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1BEE1" w14:textId="121F24B6" w:rsidR="00F04C7C" w:rsidRPr="00C03FB9" w:rsidRDefault="00142FB1">
      <w:pPr>
        <w:pStyle w:val="Titel"/>
        <w:rPr>
          <w:rFonts w:ascii="Arial" w:hAnsi="Arial" w:cs="Arial"/>
          <w:lang w:val="de-CH"/>
        </w:rPr>
      </w:pPr>
      <w:r w:rsidRPr="00C03FB9">
        <w:rPr>
          <w:rFonts w:ascii="Arial" w:hAnsi="Arial" w:cs="Arial"/>
          <w:lang w:val="de-CH"/>
        </w:rPr>
        <w:t>Stakeholder</w:t>
      </w:r>
      <w:r w:rsidR="004A1701" w:rsidRPr="00C03FB9">
        <w:rPr>
          <w:rFonts w:ascii="Arial" w:hAnsi="Arial" w:cs="Arial"/>
          <w:lang w:val="de-CH"/>
        </w:rPr>
        <w:t>a</w:t>
      </w:r>
      <w:r w:rsidRPr="00C03FB9">
        <w:rPr>
          <w:rFonts w:ascii="Arial" w:hAnsi="Arial" w:cs="Arial"/>
          <w:lang w:val="de-CH"/>
        </w:rPr>
        <w:t>nalyse</w:t>
      </w:r>
      <w:r w:rsidR="00800A79" w:rsidRPr="00C03FB9">
        <w:rPr>
          <w:rFonts w:ascii="Arial" w:hAnsi="Arial" w:cs="Arial"/>
          <w:lang w:val="de-CH"/>
        </w:rPr>
        <w:t xml:space="preserve"> </w:t>
      </w:r>
      <w:r w:rsidR="0013419E" w:rsidRPr="00C03FB9">
        <w:rPr>
          <w:rFonts w:ascii="Arial" w:hAnsi="Arial" w:cs="Arial"/>
          <w:lang w:val="de-CH"/>
        </w:rPr>
        <w:t>mit Nachhaltigkeitsfokus</w:t>
      </w:r>
    </w:p>
    <w:p w14:paraId="56B51AC2" w14:textId="6BD47790" w:rsidR="00C641F8" w:rsidRPr="00C03FB9" w:rsidRDefault="00C641F8" w:rsidP="00C641F8">
      <w:pPr>
        <w:rPr>
          <w:rFonts w:ascii="Arial" w:hAnsi="Arial" w:cs="Arial"/>
          <w:lang w:val="de-CH"/>
        </w:rPr>
      </w:pPr>
      <w:r w:rsidRPr="00C03FB9">
        <w:rPr>
          <w:rFonts w:ascii="Arial" w:hAnsi="Arial" w:cs="Arial"/>
          <w:lang w:val="de-CH"/>
        </w:rPr>
        <w:t>Die Stakeholder</w:t>
      </w:r>
      <w:r w:rsidR="004A1701" w:rsidRPr="00C03FB9">
        <w:rPr>
          <w:rFonts w:ascii="Arial" w:hAnsi="Arial" w:cs="Arial"/>
          <w:lang w:val="de-CH"/>
        </w:rPr>
        <w:t>a</w:t>
      </w:r>
      <w:r w:rsidRPr="00C03FB9">
        <w:rPr>
          <w:rFonts w:ascii="Arial" w:hAnsi="Arial" w:cs="Arial"/>
          <w:lang w:val="de-CH"/>
        </w:rPr>
        <w:t>nalyse bildet die Grundlage für einen erfolgreichen Partizipationsprozess</w:t>
      </w:r>
      <w:r w:rsidR="00C3075D" w:rsidRPr="00C03FB9">
        <w:rPr>
          <w:rFonts w:ascii="Arial" w:hAnsi="Arial" w:cs="Arial"/>
          <w:lang w:val="de-CH"/>
        </w:rPr>
        <w:t>.</w:t>
      </w:r>
      <w:r w:rsidRPr="00C03FB9">
        <w:rPr>
          <w:rFonts w:ascii="Arial" w:hAnsi="Arial" w:cs="Arial"/>
          <w:lang w:val="de-CH"/>
        </w:rPr>
        <w:t xml:space="preserve"> </w:t>
      </w:r>
      <w:r w:rsidR="00DC17CA" w:rsidRPr="00C03FB9">
        <w:rPr>
          <w:rFonts w:ascii="Arial" w:hAnsi="Arial" w:cs="Arial"/>
          <w:lang w:val="de-CH"/>
        </w:rPr>
        <w:t>Sie macht sichtbar, wer von einem Vorhaben betroffen ist, wer aktiv daran mitwirken kann oder wer den Prozess beeinflusst. Indem mögliche Stakeholder identifiziert, systematisch erfasst und anhand verschiedener Kriterien bewertet werden, entsteht ein klares Bild der Ausgangslage.</w:t>
      </w:r>
      <w:r w:rsidR="00800A79" w:rsidRPr="00C03FB9">
        <w:rPr>
          <w:rFonts w:ascii="Arial" w:hAnsi="Arial" w:cs="Arial"/>
          <w:lang w:val="de-CH"/>
        </w:rPr>
        <w:t xml:space="preserve"> </w:t>
      </w:r>
      <w:r w:rsidR="00993BB3" w:rsidRPr="00C03FB9">
        <w:rPr>
          <w:rFonts w:ascii="Arial" w:hAnsi="Arial" w:cs="Arial"/>
          <w:lang w:val="de-CH"/>
        </w:rPr>
        <w:br/>
      </w:r>
      <w:r w:rsidR="00800A79" w:rsidRPr="00C03FB9">
        <w:rPr>
          <w:rFonts w:ascii="Arial" w:hAnsi="Arial" w:cs="Arial"/>
          <w:lang w:val="de-CH"/>
        </w:rPr>
        <w:t xml:space="preserve">Der Begriff </w:t>
      </w:r>
      <w:r w:rsidR="00DC17CA" w:rsidRPr="00C03FB9">
        <w:rPr>
          <w:rFonts w:ascii="Arial" w:hAnsi="Arial" w:cs="Arial"/>
          <w:lang w:val="de-CH"/>
        </w:rPr>
        <w:t>«</w:t>
      </w:r>
      <w:r w:rsidR="00800A79" w:rsidRPr="00C03FB9">
        <w:rPr>
          <w:rFonts w:ascii="Arial" w:hAnsi="Arial" w:cs="Arial"/>
          <w:lang w:val="de-CH"/>
        </w:rPr>
        <w:t>Stakeholder</w:t>
      </w:r>
      <w:r w:rsidR="00396A75" w:rsidRPr="00C03FB9">
        <w:rPr>
          <w:rFonts w:ascii="Arial" w:hAnsi="Arial" w:cs="Arial"/>
          <w:lang w:val="de-CH"/>
        </w:rPr>
        <w:t>a</w:t>
      </w:r>
      <w:r w:rsidR="00800A79" w:rsidRPr="00C03FB9">
        <w:rPr>
          <w:rFonts w:ascii="Arial" w:hAnsi="Arial" w:cs="Arial"/>
          <w:lang w:val="de-CH"/>
        </w:rPr>
        <w:t>nalyse</w:t>
      </w:r>
      <w:r w:rsidR="00DC17CA" w:rsidRPr="00C03FB9">
        <w:rPr>
          <w:rFonts w:ascii="Arial" w:hAnsi="Arial" w:cs="Arial"/>
          <w:lang w:val="de-CH"/>
        </w:rPr>
        <w:t>»</w:t>
      </w:r>
      <w:r w:rsidR="00800A79" w:rsidRPr="00C03FB9">
        <w:rPr>
          <w:rFonts w:ascii="Arial" w:hAnsi="Arial" w:cs="Arial"/>
          <w:lang w:val="de-CH"/>
        </w:rPr>
        <w:t xml:space="preserve"> wir</w:t>
      </w:r>
      <w:r w:rsidR="00A12AB7" w:rsidRPr="00C03FB9">
        <w:rPr>
          <w:rFonts w:ascii="Arial" w:hAnsi="Arial" w:cs="Arial"/>
          <w:lang w:val="de-CH"/>
        </w:rPr>
        <w:t xml:space="preserve">d </w:t>
      </w:r>
      <w:r w:rsidR="00DC17CA" w:rsidRPr="00C03FB9">
        <w:rPr>
          <w:rFonts w:ascii="Arial" w:hAnsi="Arial" w:cs="Arial"/>
          <w:lang w:val="de-CH"/>
        </w:rPr>
        <w:t>unterschiedlich verwendet: teils</w:t>
      </w:r>
      <w:r w:rsidR="00021D4A" w:rsidRPr="00C03FB9">
        <w:rPr>
          <w:rFonts w:ascii="Arial" w:hAnsi="Arial" w:cs="Arial"/>
          <w:lang w:val="de-CH"/>
        </w:rPr>
        <w:t xml:space="preserve"> für den gesamten Prozess von der Stakeholderlist</w:t>
      </w:r>
      <w:r w:rsidR="00C57FBA" w:rsidRPr="00C03FB9">
        <w:rPr>
          <w:rFonts w:ascii="Arial" w:hAnsi="Arial" w:cs="Arial"/>
          <w:lang w:val="de-CH"/>
        </w:rPr>
        <w:t>e</w:t>
      </w:r>
      <w:r w:rsidR="00021D4A" w:rsidRPr="00C03FB9">
        <w:rPr>
          <w:rFonts w:ascii="Arial" w:hAnsi="Arial" w:cs="Arial"/>
          <w:lang w:val="de-CH"/>
        </w:rPr>
        <w:t xml:space="preserve">, über die Analyse bis hin zum Stakeholdermanagement </w:t>
      </w:r>
      <w:r w:rsidR="002553CB" w:rsidRPr="00C03FB9">
        <w:rPr>
          <w:rFonts w:ascii="Arial" w:hAnsi="Arial" w:cs="Arial"/>
          <w:lang w:val="de-CH"/>
        </w:rPr>
        <w:t>und</w:t>
      </w:r>
      <w:r w:rsidR="00021D4A" w:rsidRPr="00C03FB9">
        <w:rPr>
          <w:rFonts w:ascii="Arial" w:hAnsi="Arial" w:cs="Arial"/>
          <w:lang w:val="de-CH"/>
        </w:rPr>
        <w:t xml:space="preserve"> </w:t>
      </w:r>
      <w:r w:rsidR="00187130" w:rsidRPr="00C03FB9">
        <w:rPr>
          <w:rFonts w:ascii="Arial" w:hAnsi="Arial" w:cs="Arial"/>
          <w:lang w:val="de-CH"/>
        </w:rPr>
        <w:t>teils nur</w:t>
      </w:r>
      <w:r w:rsidR="00021D4A" w:rsidRPr="00C03FB9">
        <w:rPr>
          <w:rFonts w:ascii="Arial" w:hAnsi="Arial" w:cs="Arial"/>
          <w:lang w:val="de-CH"/>
        </w:rPr>
        <w:t xml:space="preserve"> </w:t>
      </w:r>
      <w:r w:rsidR="0080662E" w:rsidRPr="00C03FB9">
        <w:rPr>
          <w:rFonts w:ascii="Arial" w:hAnsi="Arial" w:cs="Arial"/>
          <w:lang w:val="de-CH"/>
        </w:rPr>
        <w:t xml:space="preserve">für die eigentliche Analyse </w:t>
      </w:r>
      <w:r w:rsidR="00A74796" w:rsidRPr="00C03FB9">
        <w:rPr>
          <w:rFonts w:ascii="Arial" w:hAnsi="Arial" w:cs="Arial"/>
          <w:lang w:val="de-CH"/>
        </w:rPr>
        <w:t>im engeren Sinn</w:t>
      </w:r>
      <w:r w:rsidR="0080662E" w:rsidRPr="00C03FB9">
        <w:rPr>
          <w:rFonts w:ascii="Arial" w:hAnsi="Arial" w:cs="Arial"/>
          <w:lang w:val="de-CH"/>
        </w:rPr>
        <w:t>.</w:t>
      </w:r>
      <w:r w:rsidR="00A12AB7" w:rsidRPr="00C03FB9">
        <w:rPr>
          <w:rFonts w:ascii="Arial" w:hAnsi="Arial" w:cs="Arial"/>
          <w:lang w:val="de-CH"/>
        </w:rPr>
        <w:t xml:space="preserve"> </w:t>
      </w:r>
      <w:r w:rsidR="00BA3370" w:rsidRPr="00C03FB9">
        <w:rPr>
          <w:rFonts w:ascii="Arial" w:hAnsi="Arial" w:cs="Arial"/>
          <w:lang w:val="de-CH"/>
        </w:rPr>
        <w:t xml:space="preserve">Wichtig ist: </w:t>
      </w:r>
      <w:r w:rsidR="00E86302" w:rsidRPr="00C03FB9">
        <w:rPr>
          <w:rFonts w:ascii="Arial" w:hAnsi="Arial" w:cs="Arial"/>
          <w:lang w:val="de-CH"/>
        </w:rPr>
        <w:t>Eine</w:t>
      </w:r>
      <w:r w:rsidRPr="00C03FB9">
        <w:rPr>
          <w:rFonts w:ascii="Arial" w:hAnsi="Arial" w:cs="Arial"/>
          <w:lang w:val="de-CH"/>
        </w:rPr>
        <w:t xml:space="preserve"> Stakeholder</w:t>
      </w:r>
      <w:r w:rsidR="00D366D2" w:rsidRPr="00C03FB9">
        <w:rPr>
          <w:rFonts w:ascii="Arial" w:hAnsi="Arial" w:cs="Arial"/>
          <w:lang w:val="de-CH"/>
        </w:rPr>
        <w:t>a</w:t>
      </w:r>
      <w:r w:rsidRPr="00C03FB9">
        <w:rPr>
          <w:rFonts w:ascii="Arial" w:hAnsi="Arial" w:cs="Arial"/>
          <w:lang w:val="de-CH"/>
        </w:rPr>
        <w:t xml:space="preserve">nalyse ist </w:t>
      </w:r>
      <w:r w:rsidR="0064700A" w:rsidRPr="00C03FB9">
        <w:rPr>
          <w:rFonts w:ascii="Arial" w:hAnsi="Arial" w:cs="Arial"/>
          <w:lang w:val="de-CH"/>
        </w:rPr>
        <w:t>nie</w:t>
      </w:r>
      <w:r w:rsidRPr="00C03FB9">
        <w:rPr>
          <w:rFonts w:ascii="Arial" w:hAnsi="Arial" w:cs="Arial"/>
          <w:lang w:val="de-CH"/>
        </w:rPr>
        <w:t xml:space="preserve"> </w:t>
      </w:r>
      <w:r w:rsidR="00BA3370" w:rsidRPr="00C03FB9">
        <w:rPr>
          <w:rFonts w:ascii="Arial" w:hAnsi="Arial" w:cs="Arial"/>
          <w:lang w:val="de-CH"/>
        </w:rPr>
        <w:t xml:space="preserve">abgeschlossen. </w:t>
      </w:r>
      <w:r w:rsidR="006E7CD0" w:rsidRPr="00C03FB9">
        <w:rPr>
          <w:rFonts w:ascii="Arial" w:hAnsi="Arial" w:cs="Arial"/>
          <w:lang w:val="de-CH"/>
        </w:rPr>
        <w:t>Ro</w:t>
      </w:r>
      <w:r w:rsidR="0064700A" w:rsidRPr="00C03FB9">
        <w:rPr>
          <w:rFonts w:ascii="Arial" w:hAnsi="Arial" w:cs="Arial"/>
          <w:lang w:val="de-CH"/>
        </w:rPr>
        <w:t>llen</w:t>
      </w:r>
      <w:r w:rsidR="00C81806" w:rsidRPr="00C03FB9">
        <w:rPr>
          <w:rFonts w:ascii="Arial" w:hAnsi="Arial" w:cs="Arial"/>
          <w:lang w:val="de-CH"/>
        </w:rPr>
        <w:t>, Interessen und Eiflussmöglichkeiten</w:t>
      </w:r>
      <w:r w:rsidR="0064700A" w:rsidRPr="00C03FB9">
        <w:rPr>
          <w:rFonts w:ascii="Arial" w:hAnsi="Arial" w:cs="Arial"/>
          <w:lang w:val="de-CH"/>
        </w:rPr>
        <w:t xml:space="preserve"> einzelner Personen</w:t>
      </w:r>
      <w:r w:rsidR="00C81806" w:rsidRPr="00C03FB9">
        <w:rPr>
          <w:rFonts w:ascii="Arial" w:hAnsi="Arial" w:cs="Arial"/>
          <w:lang w:val="de-CH"/>
        </w:rPr>
        <w:t xml:space="preserve"> </w:t>
      </w:r>
      <w:r w:rsidR="00954FCB" w:rsidRPr="00C03FB9">
        <w:rPr>
          <w:rFonts w:ascii="Arial" w:hAnsi="Arial" w:cs="Arial"/>
          <w:lang w:val="de-CH"/>
        </w:rPr>
        <w:t xml:space="preserve">können sich im Verlauf der Zeit </w:t>
      </w:r>
      <w:r w:rsidR="0064700A" w:rsidRPr="00C03FB9">
        <w:rPr>
          <w:rFonts w:ascii="Arial" w:hAnsi="Arial" w:cs="Arial"/>
          <w:lang w:val="de-CH"/>
        </w:rPr>
        <w:t xml:space="preserve">ändern. </w:t>
      </w:r>
      <w:r w:rsidR="00FA22AA" w:rsidRPr="00C03FB9">
        <w:rPr>
          <w:rFonts w:ascii="Arial" w:hAnsi="Arial" w:cs="Arial"/>
          <w:lang w:val="de-CH"/>
        </w:rPr>
        <w:t xml:space="preserve">Die Analyse </w:t>
      </w:r>
      <w:r w:rsidRPr="00C03FB9">
        <w:rPr>
          <w:rFonts w:ascii="Arial" w:hAnsi="Arial" w:cs="Arial"/>
          <w:lang w:val="de-CH"/>
        </w:rPr>
        <w:t xml:space="preserve">sollte </w:t>
      </w:r>
      <w:r w:rsidR="00FA22AA" w:rsidRPr="00C03FB9">
        <w:rPr>
          <w:rFonts w:ascii="Arial" w:hAnsi="Arial" w:cs="Arial"/>
          <w:lang w:val="de-CH"/>
        </w:rPr>
        <w:t xml:space="preserve">deshalb </w:t>
      </w:r>
      <w:r w:rsidRPr="00C03FB9">
        <w:rPr>
          <w:rFonts w:ascii="Arial" w:hAnsi="Arial" w:cs="Arial"/>
          <w:lang w:val="de-CH"/>
        </w:rPr>
        <w:t xml:space="preserve">während </w:t>
      </w:r>
      <w:r w:rsidR="00FA22AA" w:rsidRPr="00C03FB9">
        <w:rPr>
          <w:rFonts w:ascii="Arial" w:hAnsi="Arial" w:cs="Arial"/>
          <w:lang w:val="de-CH"/>
        </w:rPr>
        <w:t xml:space="preserve">eines längeren </w:t>
      </w:r>
      <w:r w:rsidRPr="00C03FB9">
        <w:rPr>
          <w:rFonts w:ascii="Arial" w:hAnsi="Arial" w:cs="Arial"/>
          <w:lang w:val="de-CH"/>
        </w:rPr>
        <w:t xml:space="preserve">Prozesses </w:t>
      </w:r>
      <w:r w:rsidR="00FA22AA" w:rsidRPr="00C03FB9">
        <w:rPr>
          <w:rFonts w:ascii="Arial" w:hAnsi="Arial" w:cs="Arial"/>
          <w:lang w:val="de-CH"/>
        </w:rPr>
        <w:t xml:space="preserve">regelmässig </w:t>
      </w:r>
      <w:r w:rsidRPr="00C03FB9">
        <w:rPr>
          <w:rFonts w:ascii="Arial" w:hAnsi="Arial" w:cs="Arial"/>
          <w:lang w:val="de-CH"/>
        </w:rPr>
        <w:t xml:space="preserve">überprüft und </w:t>
      </w:r>
      <w:r w:rsidR="00DB52E1" w:rsidRPr="00C03FB9">
        <w:rPr>
          <w:rFonts w:ascii="Arial" w:hAnsi="Arial" w:cs="Arial"/>
          <w:lang w:val="de-CH"/>
        </w:rPr>
        <w:t xml:space="preserve">bei Bedarf </w:t>
      </w:r>
      <w:r w:rsidRPr="00C03FB9">
        <w:rPr>
          <w:rFonts w:ascii="Arial" w:hAnsi="Arial" w:cs="Arial"/>
          <w:lang w:val="de-CH"/>
        </w:rPr>
        <w:t xml:space="preserve">ergänzt werden. </w:t>
      </w:r>
    </w:p>
    <w:p w14:paraId="00A8460D" w14:textId="77777777" w:rsidR="0012714E" w:rsidRPr="00C03FB9" w:rsidRDefault="0012714E">
      <w:pPr>
        <w:rPr>
          <w:rFonts w:ascii="Arial" w:hAnsi="Arial" w:cs="Arial"/>
          <w:b/>
          <w:bCs/>
          <w:lang w:val="de-CH"/>
        </w:rPr>
      </w:pPr>
      <w:r w:rsidRPr="00C03FB9">
        <w:rPr>
          <w:rFonts w:ascii="Arial" w:hAnsi="Arial" w:cs="Arial"/>
          <w:b/>
          <w:bCs/>
          <w:lang w:val="de-CH"/>
        </w:rPr>
        <w:t xml:space="preserve">Vorgehen: </w:t>
      </w:r>
    </w:p>
    <w:p w14:paraId="0212FC49" w14:textId="3D0C27E5" w:rsidR="00D37255" w:rsidRPr="00C03FB9" w:rsidRDefault="009A27E5">
      <w:pPr>
        <w:rPr>
          <w:rFonts w:ascii="Arial" w:hAnsi="Arial" w:cs="Arial"/>
          <w:lang w:val="de-CH"/>
        </w:rPr>
      </w:pPr>
      <w:r w:rsidRPr="00C03FB9">
        <w:rPr>
          <w:rFonts w:ascii="Arial" w:hAnsi="Arial" w:cs="Arial"/>
          <w:lang w:val="de-CH"/>
        </w:rPr>
        <w:t xml:space="preserve">Im ersten Schritt </w:t>
      </w:r>
      <w:r w:rsidR="00B852FC" w:rsidRPr="00C03FB9">
        <w:rPr>
          <w:rFonts w:ascii="Arial" w:hAnsi="Arial" w:cs="Arial"/>
          <w:lang w:val="de-CH"/>
        </w:rPr>
        <w:t>der Stakeholder</w:t>
      </w:r>
      <w:r w:rsidR="004A1701" w:rsidRPr="00C03FB9">
        <w:rPr>
          <w:rFonts w:ascii="Arial" w:hAnsi="Arial" w:cs="Arial"/>
          <w:lang w:val="de-CH"/>
        </w:rPr>
        <w:t>a</w:t>
      </w:r>
      <w:r w:rsidR="00B852FC" w:rsidRPr="00C03FB9">
        <w:rPr>
          <w:rFonts w:ascii="Arial" w:hAnsi="Arial" w:cs="Arial"/>
          <w:lang w:val="de-CH"/>
        </w:rPr>
        <w:t>nalyse</w:t>
      </w:r>
      <w:r w:rsidR="0013419E" w:rsidRPr="00C03FB9">
        <w:rPr>
          <w:rFonts w:ascii="Arial" w:hAnsi="Arial" w:cs="Arial"/>
          <w:lang w:val="de-CH"/>
        </w:rPr>
        <w:t xml:space="preserve"> </w:t>
      </w:r>
      <w:r w:rsidR="00D37255" w:rsidRPr="00C03FB9">
        <w:rPr>
          <w:rFonts w:ascii="Arial" w:hAnsi="Arial" w:cs="Arial"/>
          <w:lang w:val="de-CH"/>
        </w:rPr>
        <w:t xml:space="preserve">werden die </w:t>
      </w:r>
      <w:r w:rsidR="0013419E" w:rsidRPr="00C03FB9">
        <w:rPr>
          <w:rFonts w:ascii="Arial" w:hAnsi="Arial" w:cs="Arial"/>
          <w:lang w:val="de-CH"/>
        </w:rPr>
        <w:t>relevante</w:t>
      </w:r>
      <w:r w:rsidR="00D37255" w:rsidRPr="00C03FB9">
        <w:rPr>
          <w:rFonts w:ascii="Arial" w:hAnsi="Arial" w:cs="Arial"/>
          <w:lang w:val="de-CH"/>
        </w:rPr>
        <w:t>n</w:t>
      </w:r>
      <w:r w:rsidR="0013419E" w:rsidRPr="00C03FB9">
        <w:rPr>
          <w:rFonts w:ascii="Arial" w:hAnsi="Arial" w:cs="Arial"/>
          <w:lang w:val="de-CH"/>
        </w:rPr>
        <w:t xml:space="preserve"> </w:t>
      </w:r>
      <w:r w:rsidR="00C01785" w:rsidRPr="00C03FB9">
        <w:rPr>
          <w:rFonts w:ascii="Arial" w:hAnsi="Arial" w:cs="Arial"/>
          <w:lang w:val="de-CH"/>
        </w:rPr>
        <w:t>Stakeholder</w:t>
      </w:r>
      <w:r w:rsidR="0013419E" w:rsidRPr="00C03FB9">
        <w:rPr>
          <w:rFonts w:ascii="Arial" w:hAnsi="Arial" w:cs="Arial"/>
          <w:lang w:val="de-CH"/>
        </w:rPr>
        <w:t xml:space="preserve"> </w:t>
      </w:r>
      <w:r w:rsidR="0013419E" w:rsidRPr="00C03FB9">
        <w:rPr>
          <w:rFonts w:ascii="Arial" w:hAnsi="Arial" w:cs="Arial"/>
          <w:b/>
          <w:bCs/>
          <w:lang w:val="de-CH"/>
        </w:rPr>
        <w:t>identifizier</w:t>
      </w:r>
      <w:r w:rsidR="00D37255" w:rsidRPr="00C03FB9">
        <w:rPr>
          <w:rFonts w:ascii="Arial" w:hAnsi="Arial" w:cs="Arial"/>
          <w:b/>
          <w:bCs/>
          <w:lang w:val="de-CH"/>
        </w:rPr>
        <w:t>t</w:t>
      </w:r>
      <w:r w:rsidR="00D37255" w:rsidRPr="00C03FB9">
        <w:rPr>
          <w:rFonts w:ascii="Arial" w:hAnsi="Arial" w:cs="Arial"/>
          <w:lang w:val="de-CH"/>
        </w:rPr>
        <w:t xml:space="preserve"> und</w:t>
      </w:r>
      <w:r w:rsidR="001B4C25" w:rsidRPr="00C03FB9">
        <w:rPr>
          <w:rFonts w:ascii="Arial" w:hAnsi="Arial" w:cs="Arial"/>
          <w:lang w:val="de-CH"/>
        </w:rPr>
        <w:t xml:space="preserve"> in einer </w:t>
      </w:r>
      <w:r w:rsidR="001B4C25" w:rsidRPr="00C03FB9">
        <w:rPr>
          <w:rFonts w:ascii="Arial" w:hAnsi="Arial" w:cs="Arial"/>
          <w:b/>
          <w:bCs/>
          <w:lang w:val="de-CH"/>
        </w:rPr>
        <w:t>Stakeholder</w:t>
      </w:r>
      <w:r w:rsidR="00F871AE" w:rsidRPr="00C03FB9">
        <w:rPr>
          <w:rFonts w:ascii="Arial" w:hAnsi="Arial" w:cs="Arial"/>
          <w:b/>
          <w:bCs/>
          <w:lang w:val="de-CH"/>
        </w:rPr>
        <w:t>l</w:t>
      </w:r>
      <w:r w:rsidR="001B4C25" w:rsidRPr="00C03FB9">
        <w:rPr>
          <w:rFonts w:ascii="Arial" w:hAnsi="Arial" w:cs="Arial"/>
          <w:b/>
          <w:bCs/>
          <w:lang w:val="de-CH"/>
        </w:rPr>
        <w:t>iste</w:t>
      </w:r>
      <w:r w:rsidR="00D37255" w:rsidRPr="00C03FB9">
        <w:rPr>
          <w:rFonts w:ascii="Arial" w:hAnsi="Arial" w:cs="Arial"/>
          <w:lang w:val="de-CH"/>
        </w:rPr>
        <w:t xml:space="preserve"> zusammengetragen. </w:t>
      </w:r>
      <w:r w:rsidR="00072449" w:rsidRPr="00C03FB9">
        <w:rPr>
          <w:rFonts w:ascii="Arial" w:hAnsi="Arial" w:cs="Arial"/>
          <w:lang w:val="de-CH"/>
        </w:rPr>
        <w:t xml:space="preserve">Achte darauf, dass du an </w:t>
      </w:r>
      <w:r w:rsidR="00072449" w:rsidRPr="00C03FB9">
        <w:rPr>
          <w:rFonts w:ascii="Arial" w:hAnsi="Arial" w:cs="Arial"/>
          <w:b/>
          <w:bCs/>
          <w:lang w:val="de-CH"/>
        </w:rPr>
        <w:t>Stakeholder aller Na</w:t>
      </w:r>
      <w:r w:rsidR="00B74979" w:rsidRPr="00C03FB9">
        <w:rPr>
          <w:rFonts w:ascii="Arial" w:hAnsi="Arial" w:cs="Arial"/>
          <w:b/>
          <w:bCs/>
          <w:lang w:val="de-CH"/>
        </w:rPr>
        <w:t>chhaltigkeits-Dimensionen</w:t>
      </w:r>
      <w:r w:rsidR="00B74979" w:rsidRPr="00C03FB9">
        <w:rPr>
          <w:rFonts w:ascii="Arial" w:hAnsi="Arial" w:cs="Arial"/>
          <w:lang w:val="de-CH"/>
        </w:rPr>
        <w:t xml:space="preserve"> (Gesellschaft, Umwelt, Wirtschaft, </w:t>
      </w:r>
      <w:proofErr w:type="spellStart"/>
      <w:r w:rsidR="00B74979" w:rsidRPr="00C03FB9">
        <w:rPr>
          <w:rFonts w:ascii="Arial" w:hAnsi="Arial" w:cs="Arial"/>
          <w:lang w:val="de-CH"/>
        </w:rPr>
        <w:t>Managenemt</w:t>
      </w:r>
      <w:proofErr w:type="spellEnd"/>
      <w:r w:rsidR="00B74979" w:rsidRPr="00C03FB9">
        <w:rPr>
          <w:rFonts w:ascii="Arial" w:hAnsi="Arial" w:cs="Arial"/>
          <w:lang w:val="de-CH"/>
        </w:rPr>
        <w:t xml:space="preserve">) denkst. </w:t>
      </w:r>
      <w:r w:rsidR="00FA3BB9" w:rsidRPr="00C03FB9">
        <w:rPr>
          <w:rFonts w:ascii="Arial" w:hAnsi="Arial" w:cs="Arial"/>
          <w:lang w:val="de-CH"/>
        </w:rPr>
        <w:t>Anschliessend werden d</w:t>
      </w:r>
      <w:r w:rsidR="00432F15" w:rsidRPr="00C03FB9">
        <w:rPr>
          <w:rFonts w:ascii="Arial" w:hAnsi="Arial" w:cs="Arial"/>
          <w:lang w:val="de-CH"/>
        </w:rPr>
        <w:t xml:space="preserve">ie in der Liste erfassten Stakeholder </w:t>
      </w:r>
      <w:r w:rsidR="002834D6" w:rsidRPr="00C03FB9">
        <w:rPr>
          <w:rFonts w:ascii="Arial" w:hAnsi="Arial" w:cs="Arial"/>
          <w:lang w:val="de-CH"/>
        </w:rPr>
        <w:t xml:space="preserve">auf </w:t>
      </w:r>
      <w:r w:rsidR="00F05B97" w:rsidRPr="00C03FB9">
        <w:rPr>
          <w:rFonts w:ascii="Arial" w:hAnsi="Arial" w:cs="Arial"/>
          <w:lang w:val="de-CH"/>
        </w:rPr>
        <w:t>ihre Zustimmung bzw. Ablehnung</w:t>
      </w:r>
      <w:r w:rsidR="004679B8" w:rsidRPr="00C03FB9">
        <w:rPr>
          <w:rFonts w:ascii="Arial" w:hAnsi="Arial" w:cs="Arial"/>
          <w:lang w:val="de-CH"/>
        </w:rPr>
        <w:t xml:space="preserve"> und</w:t>
      </w:r>
      <w:r w:rsidR="00432F15" w:rsidRPr="00C03FB9">
        <w:rPr>
          <w:rFonts w:ascii="Arial" w:hAnsi="Arial" w:cs="Arial"/>
          <w:lang w:val="de-CH"/>
        </w:rPr>
        <w:t xml:space="preserve"> </w:t>
      </w:r>
      <w:r w:rsidR="009C1DCF" w:rsidRPr="00C03FB9">
        <w:rPr>
          <w:rFonts w:ascii="Arial" w:hAnsi="Arial" w:cs="Arial"/>
          <w:lang w:val="de-CH"/>
        </w:rPr>
        <w:t xml:space="preserve">auf </w:t>
      </w:r>
      <w:r w:rsidR="00432F15" w:rsidRPr="00C03FB9">
        <w:rPr>
          <w:rFonts w:ascii="Arial" w:hAnsi="Arial" w:cs="Arial"/>
          <w:lang w:val="de-CH"/>
        </w:rPr>
        <w:t>ihre</w:t>
      </w:r>
      <w:r w:rsidR="009C1DCF" w:rsidRPr="00C03FB9">
        <w:rPr>
          <w:rFonts w:ascii="Arial" w:hAnsi="Arial" w:cs="Arial"/>
          <w:lang w:val="de-CH"/>
        </w:rPr>
        <w:t>n</w:t>
      </w:r>
      <w:r w:rsidR="00432F15" w:rsidRPr="00C03FB9">
        <w:rPr>
          <w:rFonts w:ascii="Arial" w:hAnsi="Arial" w:cs="Arial"/>
          <w:lang w:val="de-CH"/>
        </w:rPr>
        <w:t xml:space="preserve"> Einfluss</w:t>
      </w:r>
      <w:r w:rsidR="004679B8" w:rsidRPr="00C03FB9">
        <w:rPr>
          <w:rFonts w:ascii="Arial" w:hAnsi="Arial" w:cs="Arial"/>
          <w:lang w:val="de-CH"/>
        </w:rPr>
        <w:t xml:space="preserve"> auf eine nachhaltige Destinationsentwick</w:t>
      </w:r>
      <w:r w:rsidR="001B4C25" w:rsidRPr="00C03FB9">
        <w:rPr>
          <w:rFonts w:ascii="Arial" w:hAnsi="Arial" w:cs="Arial"/>
          <w:lang w:val="de-CH"/>
        </w:rPr>
        <w:t xml:space="preserve">lung (oder </w:t>
      </w:r>
      <w:r w:rsidR="002715C2" w:rsidRPr="00C03FB9">
        <w:rPr>
          <w:rFonts w:ascii="Arial" w:hAnsi="Arial" w:cs="Arial"/>
          <w:lang w:val="de-CH"/>
        </w:rPr>
        <w:t>ein</w:t>
      </w:r>
      <w:r w:rsidR="001B4C25" w:rsidRPr="00C03FB9">
        <w:rPr>
          <w:rFonts w:ascii="Arial" w:hAnsi="Arial" w:cs="Arial"/>
          <w:lang w:val="de-CH"/>
        </w:rPr>
        <w:t xml:space="preserve"> </w:t>
      </w:r>
      <w:r w:rsidR="00DC37C1" w:rsidRPr="00C03FB9">
        <w:rPr>
          <w:rFonts w:ascii="Arial" w:hAnsi="Arial" w:cs="Arial"/>
          <w:lang w:val="de-CH"/>
        </w:rPr>
        <w:t xml:space="preserve">Projekt oder anderes </w:t>
      </w:r>
      <w:r w:rsidR="002834D6" w:rsidRPr="00C03FB9">
        <w:rPr>
          <w:rFonts w:ascii="Arial" w:hAnsi="Arial" w:cs="Arial"/>
          <w:lang w:val="de-CH"/>
        </w:rPr>
        <w:t>Vorhaben</w:t>
      </w:r>
      <w:r w:rsidR="001B4C25" w:rsidRPr="00C03FB9">
        <w:rPr>
          <w:rFonts w:ascii="Arial" w:hAnsi="Arial" w:cs="Arial"/>
          <w:lang w:val="de-CH"/>
        </w:rPr>
        <w:t>)</w:t>
      </w:r>
      <w:r w:rsidR="00DC37C1" w:rsidRPr="00C03FB9">
        <w:rPr>
          <w:rFonts w:ascii="Arial" w:hAnsi="Arial" w:cs="Arial"/>
          <w:lang w:val="de-CH"/>
        </w:rPr>
        <w:t xml:space="preserve"> hin</w:t>
      </w:r>
      <w:r w:rsidR="001B4C25" w:rsidRPr="00C03FB9">
        <w:rPr>
          <w:rFonts w:ascii="Arial" w:hAnsi="Arial" w:cs="Arial"/>
          <w:lang w:val="de-CH"/>
        </w:rPr>
        <w:t xml:space="preserve"> </w:t>
      </w:r>
      <w:r w:rsidR="00432F15" w:rsidRPr="00C03FB9">
        <w:rPr>
          <w:rFonts w:ascii="Arial" w:hAnsi="Arial" w:cs="Arial"/>
          <w:b/>
          <w:bCs/>
          <w:lang w:val="de-CH"/>
        </w:rPr>
        <w:t>be</w:t>
      </w:r>
      <w:r w:rsidR="00FA3BB9" w:rsidRPr="00C03FB9">
        <w:rPr>
          <w:rFonts w:ascii="Arial" w:hAnsi="Arial" w:cs="Arial"/>
          <w:b/>
          <w:bCs/>
          <w:lang w:val="de-CH"/>
        </w:rPr>
        <w:t>urteilt</w:t>
      </w:r>
      <w:r w:rsidR="00FA3BB9" w:rsidRPr="00C03FB9">
        <w:rPr>
          <w:rFonts w:ascii="Arial" w:hAnsi="Arial" w:cs="Arial"/>
          <w:lang w:val="de-CH"/>
        </w:rPr>
        <w:t xml:space="preserve"> </w:t>
      </w:r>
      <w:r w:rsidR="00FE2DD8" w:rsidRPr="00C03FB9">
        <w:rPr>
          <w:rFonts w:ascii="Arial" w:hAnsi="Arial" w:cs="Arial"/>
          <w:lang w:val="de-CH"/>
        </w:rPr>
        <w:t xml:space="preserve">und </w:t>
      </w:r>
      <w:r w:rsidR="001B4C25" w:rsidRPr="00C03FB9">
        <w:rPr>
          <w:rFonts w:ascii="Arial" w:hAnsi="Arial" w:cs="Arial"/>
          <w:lang w:val="de-CH"/>
        </w:rPr>
        <w:t xml:space="preserve">in einer </w:t>
      </w:r>
      <w:r w:rsidR="001B4C25" w:rsidRPr="00C03FB9">
        <w:rPr>
          <w:rFonts w:ascii="Arial" w:hAnsi="Arial" w:cs="Arial"/>
          <w:b/>
          <w:bCs/>
          <w:lang w:val="de-CH"/>
        </w:rPr>
        <w:t>Stakeholder</w:t>
      </w:r>
      <w:r w:rsidR="00C57FBA" w:rsidRPr="00C03FB9">
        <w:rPr>
          <w:rFonts w:ascii="Arial" w:hAnsi="Arial" w:cs="Arial"/>
          <w:b/>
          <w:bCs/>
          <w:lang w:val="de-CH"/>
        </w:rPr>
        <w:t>-M</w:t>
      </w:r>
      <w:r w:rsidR="001B4C25" w:rsidRPr="00C03FB9">
        <w:rPr>
          <w:rFonts w:ascii="Arial" w:hAnsi="Arial" w:cs="Arial"/>
          <w:b/>
          <w:bCs/>
          <w:lang w:val="de-CH"/>
        </w:rPr>
        <w:t>atrix</w:t>
      </w:r>
      <w:r w:rsidR="001B4C25" w:rsidRPr="00C03FB9">
        <w:rPr>
          <w:rFonts w:ascii="Arial" w:hAnsi="Arial" w:cs="Arial"/>
          <w:lang w:val="de-CH"/>
        </w:rPr>
        <w:t xml:space="preserve"> einge</w:t>
      </w:r>
      <w:r w:rsidR="000D0D82" w:rsidRPr="00C03FB9">
        <w:rPr>
          <w:rFonts w:ascii="Arial" w:hAnsi="Arial" w:cs="Arial"/>
          <w:lang w:val="de-CH"/>
        </w:rPr>
        <w:t>ordnet</w:t>
      </w:r>
      <w:r w:rsidR="001B4C25" w:rsidRPr="00C03FB9">
        <w:rPr>
          <w:rFonts w:ascii="Arial" w:hAnsi="Arial" w:cs="Arial"/>
          <w:lang w:val="de-CH"/>
        </w:rPr>
        <w:t>.</w:t>
      </w:r>
      <w:r w:rsidR="0012714E" w:rsidRPr="00C03FB9">
        <w:rPr>
          <w:rFonts w:ascii="Arial" w:hAnsi="Arial" w:cs="Arial"/>
          <w:lang w:val="de-CH"/>
        </w:rPr>
        <w:t xml:space="preserve"> </w:t>
      </w:r>
      <w:r w:rsidR="000D0D82" w:rsidRPr="00C03FB9">
        <w:rPr>
          <w:rFonts w:ascii="Arial" w:hAnsi="Arial" w:cs="Arial"/>
          <w:lang w:val="de-CH"/>
        </w:rPr>
        <w:t>Auf Basis der</w:t>
      </w:r>
      <w:r w:rsidR="00D57309" w:rsidRPr="00C03FB9">
        <w:rPr>
          <w:rFonts w:ascii="Arial" w:hAnsi="Arial" w:cs="Arial"/>
          <w:lang w:val="de-CH"/>
        </w:rPr>
        <w:t xml:space="preserve"> </w:t>
      </w:r>
      <w:r w:rsidR="000D0D82" w:rsidRPr="00C03FB9">
        <w:rPr>
          <w:rFonts w:ascii="Arial" w:hAnsi="Arial" w:cs="Arial"/>
          <w:lang w:val="de-CH"/>
        </w:rPr>
        <w:t>Stakeholder</w:t>
      </w:r>
      <w:r w:rsidR="002C6DB6" w:rsidRPr="00C03FB9">
        <w:rPr>
          <w:rFonts w:ascii="Arial" w:hAnsi="Arial" w:cs="Arial"/>
          <w:lang w:val="de-CH"/>
        </w:rPr>
        <w:t>-M</w:t>
      </w:r>
      <w:r w:rsidR="000D0D82" w:rsidRPr="00C03FB9">
        <w:rPr>
          <w:rFonts w:ascii="Arial" w:hAnsi="Arial" w:cs="Arial"/>
          <w:lang w:val="de-CH"/>
        </w:rPr>
        <w:t xml:space="preserve">atrix wird das </w:t>
      </w:r>
      <w:r w:rsidR="000D0D82" w:rsidRPr="00C03FB9">
        <w:rPr>
          <w:rFonts w:ascii="Arial" w:hAnsi="Arial" w:cs="Arial"/>
          <w:b/>
          <w:bCs/>
          <w:lang w:val="de-CH"/>
        </w:rPr>
        <w:t>Stakeholdermanagement</w:t>
      </w:r>
      <w:r w:rsidR="000D0D82" w:rsidRPr="00C03FB9">
        <w:rPr>
          <w:rFonts w:ascii="Arial" w:hAnsi="Arial" w:cs="Arial"/>
          <w:lang w:val="de-CH"/>
        </w:rPr>
        <w:t xml:space="preserve"> erstellt. </w:t>
      </w:r>
      <w:r w:rsidR="0012714E" w:rsidRPr="00C03FB9">
        <w:rPr>
          <w:rFonts w:ascii="Arial" w:hAnsi="Arial" w:cs="Arial"/>
          <w:lang w:val="de-CH"/>
        </w:rPr>
        <w:t>In einer Tabelle wird systematisch festgehalten, welche Stakeholder wie, wann und wie oft eingebunden werden</w:t>
      </w:r>
      <w:r w:rsidR="001465B0" w:rsidRPr="00C03FB9">
        <w:rPr>
          <w:rFonts w:ascii="Arial" w:hAnsi="Arial" w:cs="Arial"/>
          <w:lang w:val="de-CH"/>
        </w:rPr>
        <w:t>.</w:t>
      </w:r>
      <w:r w:rsidR="006F69DA" w:rsidRPr="00C03FB9">
        <w:rPr>
          <w:rFonts w:ascii="Arial" w:hAnsi="Arial" w:cs="Arial"/>
          <w:lang w:val="de-CH"/>
        </w:rPr>
        <w:t xml:space="preserve"> </w:t>
      </w:r>
      <w:r w:rsidR="00436B22" w:rsidRPr="00C03FB9">
        <w:rPr>
          <w:rFonts w:ascii="Arial" w:hAnsi="Arial" w:cs="Arial"/>
          <w:lang w:val="de-CH"/>
        </w:rPr>
        <w:t xml:space="preserve">In diesem letzten Schritt </w:t>
      </w:r>
      <w:r w:rsidR="00B65D15" w:rsidRPr="00C03FB9">
        <w:rPr>
          <w:rFonts w:ascii="Arial" w:hAnsi="Arial" w:cs="Arial"/>
          <w:lang w:val="de-CH"/>
        </w:rPr>
        <w:t>wird der</w:t>
      </w:r>
      <w:r w:rsidR="006F69DA" w:rsidRPr="00C03FB9">
        <w:rPr>
          <w:rFonts w:ascii="Arial" w:hAnsi="Arial" w:cs="Arial"/>
          <w:lang w:val="de-CH"/>
        </w:rPr>
        <w:t xml:space="preserve"> </w:t>
      </w:r>
      <w:r w:rsidR="003F1C28" w:rsidRPr="00C03FB9">
        <w:rPr>
          <w:rFonts w:ascii="Arial" w:hAnsi="Arial" w:cs="Arial"/>
          <w:lang w:val="de-CH"/>
        </w:rPr>
        <w:t>Einbezug der</w:t>
      </w:r>
      <w:r w:rsidR="006F69DA" w:rsidRPr="00C03FB9">
        <w:rPr>
          <w:rFonts w:ascii="Arial" w:hAnsi="Arial" w:cs="Arial"/>
          <w:lang w:val="de-CH"/>
        </w:rPr>
        <w:t xml:space="preserve"> einzelnen Stakeholder </w:t>
      </w:r>
      <w:r w:rsidR="006F69DA" w:rsidRPr="00C03FB9">
        <w:rPr>
          <w:rFonts w:ascii="Arial" w:hAnsi="Arial" w:cs="Arial"/>
          <w:b/>
          <w:bCs/>
          <w:lang w:val="de-CH"/>
        </w:rPr>
        <w:t>organisiert</w:t>
      </w:r>
      <w:r w:rsidR="006F69DA" w:rsidRPr="00C03FB9">
        <w:rPr>
          <w:rFonts w:ascii="Arial" w:hAnsi="Arial" w:cs="Arial"/>
          <w:lang w:val="de-CH"/>
        </w:rPr>
        <w:t>.</w:t>
      </w:r>
      <w:r w:rsidR="00B65D15" w:rsidRPr="00C03FB9">
        <w:rPr>
          <w:rFonts w:ascii="Arial" w:hAnsi="Arial" w:cs="Arial"/>
          <w:lang w:val="de-CH"/>
        </w:rPr>
        <w:t xml:space="preserve"> </w:t>
      </w:r>
      <w:r w:rsidR="00CD362D" w:rsidRPr="00C03FB9">
        <w:rPr>
          <w:rFonts w:ascii="Arial" w:hAnsi="Arial" w:cs="Arial"/>
          <w:lang w:val="de-CH"/>
        </w:rPr>
        <w:t xml:space="preserve">Auf Basis des Stakeholdermanagement kann ein </w:t>
      </w:r>
      <w:r w:rsidR="00CD362D" w:rsidRPr="00C03FB9">
        <w:rPr>
          <w:rFonts w:ascii="Arial" w:hAnsi="Arial" w:cs="Arial"/>
          <w:b/>
          <w:bCs/>
          <w:lang w:val="de-CH"/>
        </w:rPr>
        <w:t>Beteiligungs</w:t>
      </w:r>
      <w:r w:rsidR="00F61CD7" w:rsidRPr="00C03FB9">
        <w:rPr>
          <w:rFonts w:ascii="Arial" w:hAnsi="Arial" w:cs="Arial"/>
          <w:b/>
          <w:bCs/>
          <w:lang w:val="de-CH"/>
        </w:rPr>
        <w:t>-Z</w:t>
      </w:r>
      <w:r w:rsidR="00CD362D" w:rsidRPr="00C03FB9">
        <w:rPr>
          <w:rFonts w:ascii="Arial" w:hAnsi="Arial" w:cs="Arial"/>
          <w:b/>
          <w:bCs/>
          <w:lang w:val="de-CH"/>
        </w:rPr>
        <w:t>eitplan</w:t>
      </w:r>
      <w:r w:rsidR="00CD362D" w:rsidRPr="00C03FB9">
        <w:rPr>
          <w:rFonts w:ascii="Arial" w:hAnsi="Arial" w:cs="Arial"/>
          <w:lang w:val="de-CH"/>
        </w:rPr>
        <w:t xml:space="preserve"> erstellt werden, der </w:t>
      </w:r>
      <w:r w:rsidR="0019677A" w:rsidRPr="00C03FB9">
        <w:rPr>
          <w:rFonts w:ascii="Arial" w:hAnsi="Arial" w:cs="Arial"/>
          <w:lang w:val="de-CH"/>
        </w:rPr>
        <w:t xml:space="preserve">einen Überblick über </w:t>
      </w:r>
      <w:r w:rsidR="00CD362D" w:rsidRPr="00C03FB9">
        <w:rPr>
          <w:rFonts w:ascii="Arial" w:hAnsi="Arial" w:cs="Arial"/>
          <w:lang w:val="de-CH"/>
        </w:rPr>
        <w:t xml:space="preserve">den gesamten Prozess </w:t>
      </w:r>
      <w:r w:rsidR="0019677A" w:rsidRPr="00C03FB9">
        <w:rPr>
          <w:rFonts w:ascii="Arial" w:hAnsi="Arial" w:cs="Arial"/>
          <w:lang w:val="de-CH"/>
        </w:rPr>
        <w:t>gibt</w:t>
      </w:r>
      <w:r w:rsidR="00CD362D" w:rsidRPr="00C03FB9">
        <w:rPr>
          <w:rFonts w:ascii="Arial" w:hAnsi="Arial" w:cs="Arial"/>
          <w:lang w:val="de-CH"/>
        </w:rPr>
        <w:t>.</w:t>
      </w:r>
    </w:p>
    <w:p w14:paraId="14057771" w14:textId="77777777" w:rsidR="00BE5C5C" w:rsidRPr="00C03FB9" w:rsidRDefault="00BE5C5C">
      <w:pPr>
        <w:rPr>
          <w:rFonts w:ascii="Arial" w:hAnsi="Arial" w:cs="Arial"/>
          <w:lang w:val="de-CH"/>
        </w:rPr>
      </w:pPr>
    </w:p>
    <w:p w14:paraId="2E0A2956" w14:textId="77777777" w:rsidR="007D0270" w:rsidRPr="00C03FB9" w:rsidRDefault="007D0270">
      <w:pPr>
        <w:rPr>
          <w:rFonts w:ascii="Arial" w:eastAsiaTheme="majorEastAsia" w:hAnsi="Arial" w:cs="Arial"/>
          <w:b/>
          <w:bCs/>
          <w:color w:val="365F91" w:themeColor="accent1" w:themeShade="BF"/>
          <w:sz w:val="28"/>
          <w:szCs w:val="28"/>
          <w:lang w:val="de-CH"/>
        </w:rPr>
      </w:pPr>
      <w:r w:rsidRPr="00C03FB9">
        <w:rPr>
          <w:rFonts w:ascii="Arial" w:hAnsi="Arial" w:cs="Arial"/>
          <w:lang w:val="de-CH"/>
        </w:rPr>
        <w:br w:type="page"/>
      </w:r>
    </w:p>
    <w:p w14:paraId="36B4DA45" w14:textId="77777777" w:rsidR="00526FDF" w:rsidRPr="00C03FB9" w:rsidRDefault="00C73986" w:rsidP="00DB1EB5">
      <w:pPr>
        <w:pStyle w:val="berschrift1"/>
        <w:rPr>
          <w:rFonts w:ascii="Arial" w:hAnsi="Arial" w:cs="Arial"/>
        </w:rPr>
      </w:pPr>
      <w:proofErr w:type="spellStart"/>
      <w:r w:rsidRPr="00C03FB9">
        <w:rPr>
          <w:rStyle w:val="berschrift1Zchn"/>
          <w:rFonts w:ascii="Arial" w:hAnsi="Arial" w:cs="Arial"/>
          <w:b/>
          <w:bCs/>
        </w:rPr>
        <w:lastRenderedPageBreak/>
        <w:t>Identifikation</w:t>
      </w:r>
      <w:proofErr w:type="spellEnd"/>
    </w:p>
    <w:p w14:paraId="7C713837" w14:textId="5C2FF41D" w:rsidR="00C73986" w:rsidRPr="00C03FB9" w:rsidRDefault="00C73986" w:rsidP="00526FDF">
      <w:pPr>
        <w:rPr>
          <w:rFonts w:ascii="Arial" w:hAnsi="Arial" w:cs="Arial"/>
          <w:lang w:val="de-CH"/>
        </w:rPr>
      </w:pPr>
      <w:r w:rsidRPr="00C03FB9">
        <w:rPr>
          <w:rFonts w:ascii="Arial" w:hAnsi="Arial" w:cs="Arial"/>
          <w:lang w:val="de-CH"/>
        </w:rPr>
        <w:t>Relevante Stakeholder werden gesammelt und in einer Stakeholderliste festgehalten.</w:t>
      </w:r>
    </w:p>
    <w:p w14:paraId="64B02AEC" w14:textId="77777777" w:rsidR="005D03DD" w:rsidRPr="00C03FB9" w:rsidRDefault="005D03DD" w:rsidP="005D03DD">
      <w:pPr>
        <w:rPr>
          <w:rFonts w:ascii="Arial" w:hAnsi="Arial" w:cs="Arial"/>
          <w:lang w:val="de-CH"/>
        </w:rPr>
      </w:pPr>
      <w:r w:rsidRPr="00C03FB9">
        <w:rPr>
          <w:rFonts w:ascii="Arial" w:hAnsi="Arial" w:cs="Arial"/>
          <w:lang w:val="de-CH"/>
        </w:rPr>
        <w:t xml:space="preserve">Mögliche </w:t>
      </w:r>
      <w:r w:rsidRPr="00C03FB9">
        <w:rPr>
          <w:rFonts w:ascii="Arial" w:hAnsi="Arial" w:cs="Arial"/>
          <w:b/>
          <w:bCs/>
          <w:lang w:val="de-CH"/>
        </w:rPr>
        <w:t>Informationsquellen</w:t>
      </w:r>
      <w:r w:rsidRPr="00C03FB9">
        <w:rPr>
          <w:rFonts w:ascii="Arial" w:hAnsi="Arial" w:cs="Arial"/>
          <w:lang w:val="de-CH"/>
        </w:rPr>
        <w:t xml:space="preserve"> für die Stakeholderliste:</w:t>
      </w:r>
    </w:p>
    <w:p w14:paraId="556B7B4C" w14:textId="77777777" w:rsidR="005D03DD" w:rsidRPr="00C03FB9" w:rsidRDefault="005D03DD" w:rsidP="005D03DD">
      <w:pPr>
        <w:pStyle w:val="Textkrper"/>
        <w:widowControl w:val="0"/>
        <w:numPr>
          <w:ilvl w:val="1"/>
          <w:numId w:val="18"/>
        </w:numPr>
        <w:autoSpaceDE w:val="0"/>
        <w:autoSpaceDN w:val="0"/>
        <w:spacing w:after="0"/>
        <w:ind w:left="851"/>
        <w:rPr>
          <w:rFonts w:ascii="Arial" w:hAnsi="Arial" w:cs="Arial"/>
          <w:lang w:val="de-CH"/>
        </w:rPr>
      </w:pPr>
      <w:r w:rsidRPr="00C03FB9">
        <w:rPr>
          <w:rFonts w:ascii="Arial" w:hAnsi="Arial" w:cs="Arial"/>
          <w:lang w:val="de-CH"/>
        </w:rPr>
        <w:t>Recherche (Internet, Medien, Gemeindeversammlungen, Gespräche, …)</w:t>
      </w:r>
    </w:p>
    <w:p w14:paraId="1765EB1A" w14:textId="77777777" w:rsidR="005D03DD" w:rsidRPr="00C03FB9" w:rsidRDefault="005D03DD" w:rsidP="005D03DD">
      <w:pPr>
        <w:pStyle w:val="Textkrper"/>
        <w:widowControl w:val="0"/>
        <w:numPr>
          <w:ilvl w:val="0"/>
          <w:numId w:val="18"/>
        </w:numPr>
        <w:autoSpaceDE w:val="0"/>
        <w:autoSpaceDN w:val="0"/>
        <w:spacing w:after="0"/>
        <w:ind w:left="851"/>
        <w:rPr>
          <w:rFonts w:ascii="Arial" w:hAnsi="Arial" w:cs="Arial"/>
          <w:lang w:val="de-CH"/>
        </w:rPr>
      </w:pPr>
      <w:proofErr w:type="spellStart"/>
      <w:proofErr w:type="gramStart"/>
      <w:r w:rsidRPr="00C03FB9">
        <w:rPr>
          <w:rFonts w:ascii="Arial" w:hAnsi="Arial" w:cs="Arial"/>
          <w:lang w:val="de-CH"/>
        </w:rPr>
        <w:t>Expert:innen</w:t>
      </w:r>
      <w:proofErr w:type="gramEnd"/>
      <w:r w:rsidRPr="00C03FB9">
        <w:rPr>
          <w:rFonts w:ascii="Arial" w:hAnsi="Arial" w:cs="Arial"/>
          <w:lang w:val="de-CH"/>
        </w:rPr>
        <w:t>-Wissen</w:t>
      </w:r>
      <w:proofErr w:type="spellEnd"/>
      <w:r w:rsidRPr="00C03FB9">
        <w:rPr>
          <w:rFonts w:ascii="Arial" w:hAnsi="Arial" w:cs="Arial"/>
          <w:lang w:val="de-CH"/>
        </w:rPr>
        <w:t xml:space="preserve"> (frühere Erfahrungen?)</w:t>
      </w:r>
    </w:p>
    <w:p w14:paraId="3BF90BC7" w14:textId="77777777" w:rsidR="005D03DD" w:rsidRPr="00C03FB9" w:rsidRDefault="005D03DD" w:rsidP="005D03DD">
      <w:pPr>
        <w:pStyle w:val="Textkrper"/>
        <w:widowControl w:val="0"/>
        <w:numPr>
          <w:ilvl w:val="0"/>
          <w:numId w:val="19"/>
        </w:numPr>
        <w:autoSpaceDE w:val="0"/>
        <w:autoSpaceDN w:val="0"/>
        <w:spacing w:after="0"/>
        <w:ind w:left="851"/>
        <w:rPr>
          <w:rFonts w:ascii="Arial" w:hAnsi="Arial" w:cs="Arial"/>
          <w:lang w:val="de-CH"/>
        </w:rPr>
      </w:pPr>
      <w:r w:rsidRPr="00C03FB9">
        <w:rPr>
          <w:rFonts w:ascii="Arial" w:hAnsi="Arial" w:cs="Arial"/>
          <w:lang w:val="de-CH"/>
        </w:rPr>
        <w:t>Schnellball-Prinzip / schrittweise</w:t>
      </w:r>
    </w:p>
    <w:p w14:paraId="5C45A822" w14:textId="77777777" w:rsidR="005D03DD" w:rsidRPr="00C03FB9" w:rsidRDefault="005D03DD" w:rsidP="005D03DD">
      <w:pPr>
        <w:pStyle w:val="Textkrper"/>
        <w:widowControl w:val="0"/>
        <w:numPr>
          <w:ilvl w:val="0"/>
          <w:numId w:val="19"/>
        </w:numPr>
        <w:autoSpaceDE w:val="0"/>
        <w:autoSpaceDN w:val="0"/>
        <w:spacing w:after="0"/>
        <w:ind w:left="851"/>
        <w:rPr>
          <w:rFonts w:ascii="Arial" w:hAnsi="Arial" w:cs="Arial"/>
          <w:lang w:val="de-CH"/>
        </w:rPr>
      </w:pPr>
      <w:r w:rsidRPr="00C03FB9">
        <w:rPr>
          <w:rFonts w:ascii="Arial" w:hAnsi="Arial" w:cs="Arial"/>
          <w:lang w:val="de-CH"/>
        </w:rPr>
        <w:t>Speziell suchen nach</w:t>
      </w:r>
    </w:p>
    <w:p w14:paraId="77500E32" w14:textId="5053E657" w:rsidR="005D03DD" w:rsidRPr="00C03FB9" w:rsidRDefault="005D03DD" w:rsidP="005D03DD">
      <w:pPr>
        <w:pStyle w:val="Textkrper"/>
        <w:widowControl w:val="0"/>
        <w:numPr>
          <w:ilvl w:val="0"/>
          <w:numId w:val="21"/>
        </w:numPr>
        <w:autoSpaceDE w:val="0"/>
        <w:autoSpaceDN w:val="0"/>
        <w:spacing w:after="0"/>
        <w:ind w:left="1560"/>
        <w:rPr>
          <w:rFonts w:ascii="Arial" w:hAnsi="Arial" w:cs="Arial"/>
          <w:lang w:val="de-CH"/>
        </w:rPr>
      </w:pPr>
      <w:r w:rsidRPr="00C03FB9">
        <w:rPr>
          <w:rFonts w:ascii="Arial" w:hAnsi="Arial" w:cs="Arial"/>
          <w:b/>
          <w:bCs/>
          <w:lang w:val="de-CH"/>
        </w:rPr>
        <w:t xml:space="preserve">Formellen </w:t>
      </w:r>
      <w:r w:rsidR="00053F56" w:rsidRPr="00C03FB9">
        <w:rPr>
          <w:rFonts w:ascii="Arial" w:hAnsi="Arial" w:cs="Arial"/>
          <w:b/>
          <w:bCs/>
          <w:lang w:val="de-CH"/>
        </w:rPr>
        <w:t>Stakeholdern</w:t>
      </w:r>
      <w:r w:rsidRPr="00C03FB9">
        <w:rPr>
          <w:rFonts w:ascii="Arial" w:hAnsi="Arial" w:cs="Arial"/>
          <w:b/>
          <w:bCs/>
          <w:lang w:val="de-CH"/>
        </w:rPr>
        <w:t xml:space="preserve">: </w:t>
      </w:r>
      <w:proofErr w:type="spellStart"/>
      <w:proofErr w:type="gramStart"/>
      <w:r w:rsidRPr="00C03FB9">
        <w:rPr>
          <w:rFonts w:ascii="Arial" w:hAnsi="Arial" w:cs="Arial"/>
          <w:lang w:val="de-CH"/>
        </w:rPr>
        <w:t>Vertreter:innen</w:t>
      </w:r>
      <w:proofErr w:type="spellEnd"/>
      <w:proofErr w:type="gramEnd"/>
      <w:r w:rsidRPr="00C03FB9">
        <w:rPr>
          <w:rFonts w:ascii="Arial" w:hAnsi="Arial" w:cs="Arial"/>
          <w:lang w:val="de-CH"/>
        </w:rPr>
        <w:t xml:space="preserve"> von wichtigen Institutionen und Organisationen, Entscheidungs-Kompetenz</w:t>
      </w:r>
    </w:p>
    <w:p w14:paraId="553D78F1" w14:textId="310315D7" w:rsidR="005D03DD" w:rsidRPr="00C03FB9" w:rsidRDefault="005D03DD" w:rsidP="005D03DD">
      <w:pPr>
        <w:pStyle w:val="Textkrper"/>
        <w:widowControl w:val="0"/>
        <w:numPr>
          <w:ilvl w:val="0"/>
          <w:numId w:val="21"/>
        </w:numPr>
        <w:autoSpaceDE w:val="0"/>
        <w:autoSpaceDN w:val="0"/>
        <w:spacing w:after="0"/>
        <w:ind w:left="1560"/>
        <w:rPr>
          <w:rFonts w:ascii="Arial" w:hAnsi="Arial" w:cs="Arial"/>
          <w:lang w:val="de-CH"/>
        </w:rPr>
      </w:pPr>
      <w:r w:rsidRPr="00C03FB9">
        <w:rPr>
          <w:rFonts w:ascii="Arial" w:hAnsi="Arial" w:cs="Arial"/>
          <w:b/>
          <w:bCs/>
          <w:lang w:val="de-CH"/>
        </w:rPr>
        <w:t xml:space="preserve">Informellen </w:t>
      </w:r>
      <w:r w:rsidR="00053F56" w:rsidRPr="00C03FB9">
        <w:rPr>
          <w:rFonts w:ascii="Arial" w:hAnsi="Arial" w:cs="Arial"/>
          <w:b/>
          <w:bCs/>
          <w:lang w:val="de-CH"/>
        </w:rPr>
        <w:t>Stakeholdern</w:t>
      </w:r>
      <w:r w:rsidRPr="00C03FB9">
        <w:rPr>
          <w:rFonts w:ascii="Arial" w:hAnsi="Arial" w:cs="Arial"/>
          <w:b/>
          <w:bCs/>
          <w:lang w:val="de-CH"/>
        </w:rPr>
        <w:t xml:space="preserve">: </w:t>
      </w:r>
      <w:r w:rsidRPr="00C03FB9">
        <w:rPr>
          <w:rFonts w:ascii="Arial" w:hAnsi="Arial" w:cs="Arial"/>
          <w:lang w:val="de-CH"/>
        </w:rPr>
        <w:t xml:space="preserve">Zugpferde, </w:t>
      </w:r>
      <w:proofErr w:type="spellStart"/>
      <w:proofErr w:type="gramStart"/>
      <w:r w:rsidRPr="00C03FB9">
        <w:rPr>
          <w:rFonts w:ascii="Arial" w:hAnsi="Arial" w:cs="Arial"/>
          <w:lang w:val="de-CH"/>
        </w:rPr>
        <w:t>Meinungsbildner:innen</w:t>
      </w:r>
      <w:proofErr w:type="spellEnd"/>
      <w:proofErr w:type="gramEnd"/>
    </w:p>
    <w:p w14:paraId="32559B3B" w14:textId="5279C550" w:rsidR="005D03DD" w:rsidRPr="00C03FB9" w:rsidRDefault="003B06E4" w:rsidP="005D03DD">
      <w:pPr>
        <w:pStyle w:val="Textkrper"/>
        <w:widowControl w:val="0"/>
        <w:numPr>
          <w:ilvl w:val="0"/>
          <w:numId w:val="21"/>
        </w:numPr>
        <w:autoSpaceDE w:val="0"/>
        <w:autoSpaceDN w:val="0"/>
        <w:spacing w:after="0"/>
        <w:ind w:left="1560" w:right="-81"/>
        <w:rPr>
          <w:rFonts w:ascii="Arial" w:hAnsi="Arial" w:cs="Arial"/>
          <w:lang w:val="de-CH"/>
        </w:rPr>
      </w:pPr>
      <w:r w:rsidRPr="00C03FB9">
        <w:rPr>
          <w:rFonts w:ascii="Arial" w:hAnsi="Arial" w:cs="Arial"/>
          <w:b/>
          <w:bCs/>
          <w:lang w:val="de-CH"/>
        </w:rPr>
        <w:t>Stakeholder</w:t>
      </w:r>
      <w:r w:rsidR="005D03DD" w:rsidRPr="00C03FB9">
        <w:rPr>
          <w:rFonts w:ascii="Arial" w:hAnsi="Arial" w:cs="Arial"/>
          <w:b/>
          <w:bCs/>
          <w:lang w:val="de-CH"/>
        </w:rPr>
        <w:t xml:space="preserve"> «ohne Rolle»: </w:t>
      </w:r>
      <w:proofErr w:type="spellStart"/>
      <w:proofErr w:type="gramStart"/>
      <w:r w:rsidR="005D03DD" w:rsidRPr="00C03FB9">
        <w:rPr>
          <w:rFonts w:ascii="Arial" w:hAnsi="Arial" w:cs="Arial"/>
          <w:lang w:val="de-CH"/>
        </w:rPr>
        <w:t>Ideenlieferant:innen</w:t>
      </w:r>
      <w:proofErr w:type="spellEnd"/>
      <w:proofErr w:type="gramEnd"/>
      <w:r w:rsidR="005D03DD" w:rsidRPr="00C03FB9">
        <w:rPr>
          <w:rFonts w:ascii="Arial" w:hAnsi="Arial" w:cs="Arial"/>
          <w:lang w:val="de-CH"/>
        </w:rPr>
        <w:t>, zeitliche Ressourcen, ungewohnte Perspektive / «peinliche» Fragen</w:t>
      </w:r>
    </w:p>
    <w:p w14:paraId="2A60F553" w14:textId="1930EC92" w:rsidR="005D03DD" w:rsidRPr="00C03FB9" w:rsidRDefault="005D03DD" w:rsidP="005D03DD">
      <w:pPr>
        <w:rPr>
          <w:rFonts w:ascii="Arial" w:hAnsi="Arial" w:cs="Arial"/>
          <w:lang w:val="de-CH"/>
        </w:rPr>
      </w:pPr>
      <w:r w:rsidRPr="00C03FB9">
        <w:rPr>
          <w:rFonts w:ascii="Arial" w:hAnsi="Arial" w:cs="Arial"/>
          <w:b/>
          <w:bCs/>
          <w:lang w:val="de-CH"/>
        </w:rPr>
        <w:t>Ideal</w:t>
      </w:r>
      <w:r w:rsidRPr="00C03FB9">
        <w:rPr>
          <w:rFonts w:ascii="Arial" w:hAnsi="Arial" w:cs="Arial"/>
          <w:lang w:val="de-CH"/>
        </w:rPr>
        <w:t>: Kombination (z.B. engagierte Gemeinde-Präsidentin</w:t>
      </w:r>
    </w:p>
    <w:p w14:paraId="7920F74F" w14:textId="7640D6C1" w:rsidR="00877DBA" w:rsidRPr="00C03FB9" w:rsidRDefault="00877DBA" w:rsidP="00CB4408">
      <w:pPr>
        <w:pStyle w:val="berschrift2"/>
        <w:rPr>
          <w:rFonts w:ascii="Arial" w:hAnsi="Arial" w:cs="Arial"/>
          <w:lang w:val="de-CH"/>
        </w:rPr>
      </w:pPr>
      <w:r w:rsidRPr="00C03FB9">
        <w:rPr>
          <w:rFonts w:ascii="Arial" w:hAnsi="Arial" w:cs="Arial"/>
          <w:lang w:val="de-CH"/>
        </w:rPr>
        <w:t>Stakeholderliste</w:t>
      </w:r>
      <w:r w:rsidR="004A2725" w:rsidRPr="00C03FB9">
        <w:rPr>
          <w:rFonts w:ascii="Arial" w:hAnsi="Arial" w:cs="Arial"/>
          <w:lang w:val="de-CH"/>
        </w:rPr>
        <w:t xml:space="preserve"> Vorlage</w:t>
      </w:r>
    </w:p>
    <w:p w14:paraId="7606B476" w14:textId="77777777" w:rsidR="00F36A6C" w:rsidRPr="00C03FB9" w:rsidRDefault="00F36A6C" w:rsidP="00F36A6C">
      <w:pPr>
        <w:rPr>
          <w:rFonts w:ascii="Arial" w:hAnsi="Arial" w:cs="Arial"/>
          <w:lang w:val="de-CH"/>
        </w:rPr>
      </w:pPr>
      <w:r w:rsidRPr="00C03FB9">
        <w:rPr>
          <w:rFonts w:ascii="Arial" w:hAnsi="Arial" w:cs="Arial"/>
          <w:b/>
          <w:bCs/>
          <w:lang w:val="de-CH"/>
        </w:rPr>
        <w:t>Projekt/Initiative:</w:t>
      </w:r>
      <w:r w:rsidRPr="00C03FB9">
        <w:rPr>
          <w:rFonts w:ascii="Arial" w:hAnsi="Arial" w:cs="Arial"/>
          <w:lang w:val="de-CH"/>
        </w:rPr>
        <w:t xml:space="preserve"> [Name des Projekts, z. B. „Nachhaltige Destination 2030“]</w:t>
      </w:r>
      <w:r w:rsidRPr="00C03FB9">
        <w:rPr>
          <w:rFonts w:ascii="Arial" w:hAnsi="Arial" w:cs="Arial"/>
          <w:lang w:val="de-CH"/>
        </w:rPr>
        <w:br/>
      </w:r>
      <w:r w:rsidRPr="00C03FB9">
        <w:rPr>
          <w:rFonts w:ascii="Arial" w:hAnsi="Arial" w:cs="Arial"/>
          <w:b/>
          <w:bCs/>
          <w:lang w:val="de-CH"/>
        </w:rPr>
        <w:t>Datum</w:t>
      </w:r>
      <w:r w:rsidRPr="00C03FB9">
        <w:rPr>
          <w:rFonts w:ascii="Arial" w:hAnsi="Arial" w:cs="Arial"/>
          <w:lang w:val="de-CH"/>
        </w:rPr>
        <w:t>: [TT.MM.JJJJ]</w:t>
      </w:r>
      <w:r w:rsidRPr="00C03FB9">
        <w:rPr>
          <w:rFonts w:ascii="Arial" w:hAnsi="Arial" w:cs="Arial"/>
          <w:lang w:val="de-CH"/>
        </w:rPr>
        <w:br/>
      </w:r>
      <w:proofErr w:type="gramStart"/>
      <w:r w:rsidRPr="00C03FB9">
        <w:rPr>
          <w:rFonts w:ascii="Arial" w:hAnsi="Arial" w:cs="Arial"/>
          <w:b/>
          <w:bCs/>
          <w:lang w:val="de-CH"/>
        </w:rPr>
        <w:t>Erstellt</w:t>
      </w:r>
      <w:proofErr w:type="gramEnd"/>
      <w:r w:rsidRPr="00C03FB9">
        <w:rPr>
          <w:rFonts w:ascii="Arial" w:hAnsi="Arial" w:cs="Arial"/>
          <w:b/>
          <w:bCs/>
          <w:lang w:val="de-CH"/>
        </w:rPr>
        <w:t xml:space="preserve"> von:</w:t>
      </w:r>
      <w:r w:rsidRPr="00C03FB9">
        <w:rPr>
          <w:rFonts w:ascii="Arial" w:hAnsi="Arial" w:cs="Arial"/>
          <w:lang w:val="de-CH"/>
        </w:rPr>
        <w:t xml:space="preserve"> [Name, Organisation]</w:t>
      </w:r>
    </w:p>
    <w:tbl>
      <w:tblPr>
        <w:tblStyle w:val="Tabellenraster"/>
        <w:tblW w:w="13603" w:type="dxa"/>
        <w:tblLook w:val="04A0" w:firstRow="1" w:lastRow="0" w:firstColumn="1" w:lastColumn="0" w:noHBand="0" w:noVBand="1"/>
      </w:tblPr>
      <w:tblGrid>
        <w:gridCol w:w="1855"/>
        <w:gridCol w:w="1663"/>
        <w:gridCol w:w="2014"/>
        <w:gridCol w:w="2318"/>
        <w:gridCol w:w="2198"/>
        <w:gridCol w:w="1713"/>
        <w:gridCol w:w="1842"/>
      </w:tblGrid>
      <w:tr w:rsidR="00F36A6C" w:rsidRPr="00C03FB9" w14:paraId="1FA36306" w14:textId="77777777" w:rsidTr="00F36A6C">
        <w:tc>
          <w:tcPr>
            <w:tcW w:w="1855" w:type="dxa"/>
          </w:tcPr>
          <w:p w14:paraId="3A80740C" w14:textId="77777777" w:rsidR="00635ECE" w:rsidRPr="00C03FB9" w:rsidRDefault="00635ECE">
            <w:pPr>
              <w:rPr>
                <w:rFonts w:ascii="Arial" w:hAnsi="Arial" w:cs="Arial"/>
                <w:b/>
                <w:bCs/>
                <w:sz w:val="20"/>
                <w:szCs w:val="20"/>
                <w:lang w:val="de-CH"/>
              </w:rPr>
            </w:pPr>
            <w:r w:rsidRPr="00C03FB9">
              <w:rPr>
                <w:rFonts w:ascii="Arial" w:hAnsi="Arial" w:cs="Arial"/>
                <w:b/>
                <w:bCs/>
                <w:sz w:val="20"/>
                <w:szCs w:val="20"/>
                <w:lang w:val="de-CH"/>
              </w:rPr>
              <w:t>Nachhaltigkeits-</w:t>
            </w:r>
          </w:p>
          <w:p w14:paraId="6CF0C5A0" w14:textId="77777777" w:rsidR="00635ECE" w:rsidRPr="00C03FB9" w:rsidRDefault="00635ECE">
            <w:pPr>
              <w:rPr>
                <w:rFonts w:ascii="Arial" w:hAnsi="Arial" w:cs="Arial"/>
                <w:b/>
                <w:bCs/>
                <w:sz w:val="20"/>
                <w:szCs w:val="20"/>
                <w:lang w:val="de-CH"/>
              </w:rPr>
            </w:pPr>
            <w:r w:rsidRPr="00C03FB9">
              <w:rPr>
                <w:rFonts w:ascii="Arial" w:hAnsi="Arial" w:cs="Arial"/>
                <w:b/>
                <w:bCs/>
                <w:sz w:val="20"/>
                <w:szCs w:val="20"/>
                <w:lang w:val="de-CH"/>
              </w:rPr>
              <w:t>Dimension</w:t>
            </w:r>
          </w:p>
        </w:tc>
        <w:tc>
          <w:tcPr>
            <w:tcW w:w="1663" w:type="dxa"/>
          </w:tcPr>
          <w:p w14:paraId="661255A5" w14:textId="27A3980E" w:rsidR="00635ECE" w:rsidRPr="00C03FB9" w:rsidRDefault="001C3413">
            <w:pPr>
              <w:rPr>
                <w:rFonts w:ascii="Arial" w:hAnsi="Arial" w:cs="Arial"/>
                <w:b/>
                <w:bCs/>
                <w:sz w:val="20"/>
                <w:szCs w:val="20"/>
                <w:lang w:val="de-CH"/>
              </w:rPr>
            </w:pPr>
            <w:r w:rsidRPr="00C03FB9">
              <w:rPr>
                <w:rFonts w:ascii="Arial" w:hAnsi="Arial" w:cs="Arial"/>
                <w:b/>
                <w:bCs/>
                <w:sz w:val="20"/>
                <w:szCs w:val="20"/>
                <w:lang w:val="de-CH"/>
              </w:rPr>
              <w:t>Stakeholder-Gruppe</w:t>
            </w:r>
          </w:p>
        </w:tc>
        <w:tc>
          <w:tcPr>
            <w:tcW w:w="2014" w:type="dxa"/>
          </w:tcPr>
          <w:p w14:paraId="218DC523" w14:textId="784080B4" w:rsidR="00635ECE" w:rsidRPr="00C03FB9" w:rsidRDefault="001C3413">
            <w:pPr>
              <w:rPr>
                <w:rFonts w:ascii="Arial" w:hAnsi="Arial" w:cs="Arial"/>
                <w:b/>
                <w:bCs/>
                <w:sz w:val="20"/>
                <w:szCs w:val="20"/>
                <w:lang w:val="de-CH"/>
              </w:rPr>
            </w:pPr>
            <w:r w:rsidRPr="00C03FB9">
              <w:rPr>
                <w:rFonts w:ascii="Arial" w:hAnsi="Arial" w:cs="Arial"/>
                <w:b/>
                <w:bCs/>
                <w:sz w:val="20"/>
                <w:szCs w:val="20"/>
                <w:lang w:val="de-CH"/>
              </w:rPr>
              <w:t>Organisation</w:t>
            </w:r>
          </w:p>
        </w:tc>
        <w:tc>
          <w:tcPr>
            <w:tcW w:w="2318" w:type="dxa"/>
          </w:tcPr>
          <w:p w14:paraId="5843C0C6" w14:textId="6902CA15" w:rsidR="00635ECE" w:rsidRPr="00C03FB9" w:rsidRDefault="00142651">
            <w:pPr>
              <w:rPr>
                <w:rFonts w:ascii="Arial" w:hAnsi="Arial" w:cs="Arial"/>
                <w:b/>
                <w:bCs/>
                <w:sz w:val="20"/>
                <w:szCs w:val="20"/>
                <w:lang w:val="de-CH"/>
              </w:rPr>
            </w:pPr>
            <w:r w:rsidRPr="00C03FB9">
              <w:rPr>
                <w:rFonts w:ascii="Arial" w:hAnsi="Arial" w:cs="Arial"/>
                <w:b/>
                <w:bCs/>
                <w:sz w:val="20"/>
                <w:szCs w:val="20"/>
                <w:lang w:val="de-CH"/>
              </w:rPr>
              <w:t>Ansprechperson, Kontakt</w:t>
            </w:r>
          </w:p>
        </w:tc>
        <w:tc>
          <w:tcPr>
            <w:tcW w:w="2198" w:type="dxa"/>
          </w:tcPr>
          <w:p w14:paraId="6BDA8016" w14:textId="2E04474B" w:rsidR="00635ECE" w:rsidRPr="00C03FB9" w:rsidRDefault="00785FEE">
            <w:pPr>
              <w:rPr>
                <w:rFonts w:ascii="Arial" w:hAnsi="Arial" w:cs="Arial"/>
                <w:b/>
                <w:bCs/>
                <w:sz w:val="20"/>
                <w:szCs w:val="20"/>
                <w:lang w:val="de-CH"/>
              </w:rPr>
            </w:pPr>
            <w:r w:rsidRPr="00C03FB9">
              <w:rPr>
                <w:rFonts w:ascii="Arial" w:hAnsi="Arial" w:cs="Arial"/>
                <w:b/>
                <w:bCs/>
                <w:sz w:val="20"/>
                <w:szCs w:val="20"/>
                <w:lang w:val="de-CH"/>
              </w:rPr>
              <w:t>Bezug zum Projekt</w:t>
            </w:r>
          </w:p>
        </w:tc>
        <w:tc>
          <w:tcPr>
            <w:tcW w:w="1713" w:type="dxa"/>
          </w:tcPr>
          <w:p w14:paraId="3870BAA9" w14:textId="0395461C" w:rsidR="00635ECE" w:rsidRPr="00C03FB9" w:rsidRDefault="00785FEE">
            <w:pPr>
              <w:rPr>
                <w:rFonts w:ascii="Arial" w:hAnsi="Arial" w:cs="Arial"/>
                <w:b/>
                <w:bCs/>
                <w:sz w:val="20"/>
                <w:szCs w:val="20"/>
                <w:lang w:val="de-CH"/>
              </w:rPr>
            </w:pPr>
            <w:r w:rsidRPr="00C03FB9">
              <w:rPr>
                <w:rFonts w:ascii="Arial" w:hAnsi="Arial" w:cs="Arial"/>
                <w:b/>
                <w:bCs/>
                <w:sz w:val="20"/>
                <w:szCs w:val="20"/>
                <w:lang w:val="de-CH"/>
              </w:rPr>
              <w:t>Mögliche Interessen</w:t>
            </w:r>
          </w:p>
          <w:p w14:paraId="57B5CA2C" w14:textId="77777777" w:rsidR="00635ECE" w:rsidRPr="00C03FB9" w:rsidRDefault="00635ECE">
            <w:pPr>
              <w:rPr>
                <w:rFonts w:ascii="Arial" w:hAnsi="Arial" w:cs="Arial"/>
                <w:b/>
                <w:bCs/>
                <w:sz w:val="20"/>
                <w:szCs w:val="20"/>
                <w:lang w:val="de-CH"/>
              </w:rPr>
            </w:pPr>
          </w:p>
        </w:tc>
        <w:tc>
          <w:tcPr>
            <w:tcW w:w="1842" w:type="dxa"/>
          </w:tcPr>
          <w:p w14:paraId="7419DF96" w14:textId="6DB2C477" w:rsidR="00635ECE" w:rsidRPr="00C03FB9" w:rsidRDefault="00785FEE">
            <w:pPr>
              <w:rPr>
                <w:rFonts w:ascii="Arial" w:hAnsi="Arial" w:cs="Arial"/>
                <w:b/>
                <w:bCs/>
                <w:sz w:val="20"/>
                <w:szCs w:val="20"/>
                <w:lang w:val="de-CH"/>
              </w:rPr>
            </w:pPr>
            <w:r w:rsidRPr="00C03FB9">
              <w:rPr>
                <w:rFonts w:ascii="Arial" w:hAnsi="Arial" w:cs="Arial"/>
                <w:b/>
                <w:bCs/>
                <w:sz w:val="20"/>
                <w:szCs w:val="20"/>
                <w:lang w:val="de-CH"/>
              </w:rPr>
              <w:t>Mögliche Konflikte</w:t>
            </w:r>
          </w:p>
        </w:tc>
      </w:tr>
      <w:tr w:rsidR="00F36A6C" w:rsidRPr="00C03FB9" w14:paraId="316DD779" w14:textId="77777777" w:rsidTr="00F36A6C">
        <w:tc>
          <w:tcPr>
            <w:tcW w:w="1855" w:type="dxa"/>
          </w:tcPr>
          <w:p w14:paraId="5A1A9573" w14:textId="135CB9F7" w:rsidR="00635ECE" w:rsidRPr="00C03FB9" w:rsidRDefault="00635ECE" w:rsidP="007C3527">
            <w:pPr>
              <w:rPr>
                <w:rFonts w:ascii="Arial" w:hAnsi="Arial" w:cs="Arial"/>
                <w:sz w:val="20"/>
                <w:szCs w:val="20"/>
                <w:lang w:val="de-CH"/>
              </w:rPr>
            </w:pPr>
          </w:p>
        </w:tc>
        <w:tc>
          <w:tcPr>
            <w:tcW w:w="1663" w:type="dxa"/>
          </w:tcPr>
          <w:p w14:paraId="472EB29B" w14:textId="77777777" w:rsidR="00635ECE" w:rsidRPr="00C03FB9" w:rsidRDefault="00635ECE">
            <w:pPr>
              <w:rPr>
                <w:rFonts w:ascii="Arial" w:hAnsi="Arial" w:cs="Arial"/>
                <w:sz w:val="20"/>
                <w:szCs w:val="20"/>
                <w:lang w:val="de-CH"/>
              </w:rPr>
            </w:pPr>
          </w:p>
        </w:tc>
        <w:tc>
          <w:tcPr>
            <w:tcW w:w="2014" w:type="dxa"/>
          </w:tcPr>
          <w:p w14:paraId="591E89EF" w14:textId="756BE4A0" w:rsidR="00635ECE" w:rsidRPr="00C03FB9" w:rsidRDefault="00635ECE">
            <w:pPr>
              <w:rPr>
                <w:rFonts w:ascii="Arial" w:hAnsi="Arial" w:cs="Arial"/>
                <w:sz w:val="20"/>
                <w:szCs w:val="20"/>
                <w:lang w:val="de-CH"/>
              </w:rPr>
            </w:pPr>
          </w:p>
        </w:tc>
        <w:tc>
          <w:tcPr>
            <w:tcW w:w="2318" w:type="dxa"/>
          </w:tcPr>
          <w:p w14:paraId="6E8C007B" w14:textId="4821F0C5" w:rsidR="00635ECE" w:rsidRPr="00C03FB9" w:rsidRDefault="00635ECE">
            <w:pPr>
              <w:rPr>
                <w:rFonts w:ascii="Arial" w:hAnsi="Arial" w:cs="Arial"/>
                <w:sz w:val="20"/>
                <w:szCs w:val="20"/>
                <w:lang w:val="de-CH"/>
              </w:rPr>
            </w:pPr>
          </w:p>
        </w:tc>
        <w:tc>
          <w:tcPr>
            <w:tcW w:w="2198" w:type="dxa"/>
          </w:tcPr>
          <w:p w14:paraId="48E4466D" w14:textId="5C03A84F" w:rsidR="00635ECE" w:rsidRPr="00C03FB9" w:rsidRDefault="00635ECE">
            <w:pPr>
              <w:rPr>
                <w:rFonts w:ascii="Arial" w:hAnsi="Arial" w:cs="Arial"/>
                <w:sz w:val="20"/>
                <w:szCs w:val="20"/>
                <w:lang w:val="de-CH"/>
              </w:rPr>
            </w:pPr>
          </w:p>
        </w:tc>
        <w:tc>
          <w:tcPr>
            <w:tcW w:w="1713" w:type="dxa"/>
          </w:tcPr>
          <w:p w14:paraId="786EA1C8" w14:textId="655C5164" w:rsidR="00635ECE" w:rsidRPr="00C03FB9" w:rsidRDefault="00635ECE">
            <w:pPr>
              <w:rPr>
                <w:rFonts w:ascii="Arial" w:hAnsi="Arial" w:cs="Arial"/>
                <w:sz w:val="20"/>
                <w:szCs w:val="20"/>
                <w:lang w:val="de-CH"/>
              </w:rPr>
            </w:pPr>
          </w:p>
        </w:tc>
        <w:tc>
          <w:tcPr>
            <w:tcW w:w="1842" w:type="dxa"/>
          </w:tcPr>
          <w:p w14:paraId="47415BDC" w14:textId="0F6BBF34" w:rsidR="00635ECE" w:rsidRPr="00C03FB9" w:rsidRDefault="00635ECE">
            <w:pPr>
              <w:rPr>
                <w:rFonts w:ascii="Arial" w:hAnsi="Arial" w:cs="Arial"/>
                <w:sz w:val="20"/>
                <w:szCs w:val="20"/>
                <w:lang w:val="de-CH"/>
              </w:rPr>
            </w:pPr>
          </w:p>
        </w:tc>
      </w:tr>
      <w:tr w:rsidR="00F36A6C" w:rsidRPr="00C03FB9" w14:paraId="0725D536" w14:textId="77777777" w:rsidTr="00F36A6C">
        <w:tc>
          <w:tcPr>
            <w:tcW w:w="1855" w:type="dxa"/>
          </w:tcPr>
          <w:p w14:paraId="5DEFFA8C" w14:textId="0E0F2F27" w:rsidR="00635ECE" w:rsidRPr="00C03FB9" w:rsidRDefault="00635ECE" w:rsidP="00124A1E">
            <w:pPr>
              <w:rPr>
                <w:rFonts w:ascii="Arial" w:hAnsi="Arial" w:cs="Arial"/>
                <w:sz w:val="20"/>
                <w:szCs w:val="20"/>
                <w:lang w:val="de-CH"/>
              </w:rPr>
            </w:pPr>
          </w:p>
        </w:tc>
        <w:tc>
          <w:tcPr>
            <w:tcW w:w="1663" w:type="dxa"/>
          </w:tcPr>
          <w:p w14:paraId="55E39706" w14:textId="77777777" w:rsidR="00635ECE" w:rsidRPr="00C03FB9" w:rsidRDefault="00635ECE" w:rsidP="00124A1E">
            <w:pPr>
              <w:rPr>
                <w:rFonts w:ascii="Arial" w:hAnsi="Arial" w:cs="Arial"/>
                <w:sz w:val="20"/>
                <w:szCs w:val="20"/>
                <w:lang w:val="de-CH"/>
              </w:rPr>
            </w:pPr>
          </w:p>
        </w:tc>
        <w:tc>
          <w:tcPr>
            <w:tcW w:w="2014" w:type="dxa"/>
          </w:tcPr>
          <w:p w14:paraId="2B1CD0BE" w14:textId="747F621B" w:rsidR="00635ECE" w:rsidRPr="00C03FB9" w:rsidRDefault="00635ECE" w:rsidP="00124A1E">
            <w:pPr>
              <w:rPr>
                <w:rFonts w:ascii="Arial" w:hAnsi="Arial" w:cs="Arial"/>
                <w:sz w:val="20"/>
                <w:szCs w:val="20"/>
                <w:lang w:val="de-CH"/>
              </w:rPr>
            </w:pPr>
          </w:p>
        </w:tc>
        <w:tc>
          <w:tcPr>
            <w:tcW w:w="2318" w:type="dxa"/>
          </w:tcPr>
          <w:p w14:paraId="51C3D54E" w14:textId="15C469D5" w:rsidR="00635ECE" w:rsidRPr="00C03FB9" w:rsidRDefault="00635ECE" w:rsidP="00124A1E">
            <w:pPr>
              <w:rPr>
                <w:rFonts w:ascii="Arial" w:hAnsi="Arial" w:cs="Arial"/>
                <w:sz w:val="20"/>
                <w:szCs w:val="20"/>
                <w:lang w:val="de-CH"/>
              </w:rPr>
            </w:pPr>
          </w:p>
        </w:tc>
        <w:tc>
          <w:tcPr>
            <w:tcW w:w="2198" w:type="dxa"/>
          </w:tcPr>
          <w:p w14:paraId="5A6BB289" w14:textId="6756F558" w:rsidR="00635ECE" w:rsidRPr="00C03FB9" w:rsidRDefault="00635ECE" w:rsidP="00124A1E">
            <w:pPr>
              <w:rPr>
                <w:rFonts w:ascii="Arial" w:hAnsi="Arial" w:cs="Arial"/>
                <w:sz w:val="20"/>
                <w:szCs w:val="20"/>
                <w:lang w:val="de-CH"/>
              </w:rPr>
            </w:pPr>
          </w:p>
        </w:tc>
        <w:tc>
          <w:tcPr>
            <w:tcW w:w="1713" w:type="dxa"/>
          </w:tcPr>
          <w:p w14:paraId="70AD1E43" w14:textId="21AB6928" w:rsidR="00635ECE" w:rsidRPr="00C03FB9" w:rsidRDefault="00635ECE" w:rsidP="00124A1E">
            <w:pPr>
              <w:rPr>
                <w:rFonts w:ascii="Arial" w:hAnsi="Arial" w:cs="Arial"/>
                <w:sz w:val="20"/>
                <w:szCs w:val="20"/>
                <w:lang w:val="de-CH"/>
              </w:rPr>
            </w:pPr>
          </w:p>
        </w:tc>
        <w:tc>
          <w:tcPr>
            <w:tcW w:w="1842" w:type="dxa"/>
          </w:tcPr>
          <w:p w14:paraId="3C6EF124" w14:textId="3392FA3E" w:rsidR="00635ECE" w:rsidRPr="00C03FB9" w:rsidRDefault="00635ECE" w:rsidP="00124A1E">
            <w:pPr>
              <w:rPr>
                <w:rFonts w:ascii="Arial" w:hAnsi="Arial" w:cs="Arial"/>
                <w:sz w:val="20"/>
                <w:szCs w:val="20"/>
                <w:lang w:val="de-CH"/>
              </w:rPr>
            </w:pPr>
          </w:p>
        </w:tc>
      </w:tr>
      <w:tr w:rsidR="00482112" w:rsidRPr="00C03FB9" w14:paraId="600C5DAA" w14:textId="77777777" w:rsidTr="00F36A6C">
        <w:tc>
          <w:tcPr>
            <w:tcW w:w="1855" w:type="dxa"/>
          </w:tcPr>
          <w:p w14:paraId="1748CA1A" w14:textId="77777777" w:rsidR="00482112" w:rsidRPr="00C03FB9" w:rsidRDefault="00482112" w:rsidP="00124A1E">
            <w:pPr>
              <w:rPr>
                <w:rFonts w:ascii="Arial" w:hAnsi="Arial" w:cs="Arial"/>
                <w:sz w:val="20"/>
                <w:szCs w:val="20"/>
                <w:lang w:val="de-CH"/>
              </w:rPr>
            </w:pPr>
          </w:p>
        </w:tc>
        <w:tc>
          <w:tcPr>
            <w:tcW w:w="1663" w:type="dxa"/>
          </w:tcPr>
          <w:p w14:paraId="5E7E1331" w14:textId="77777777" w:rsidR="00482112" w:rsidRPr="00C03FB9" w:rsidRDefault="00482112" w:rsidP="00124A1E">
            <w:pPr>
              <w:rPr>
                <w:rFonts w:ascii="Arial" w:hAnsi="Arial" w:cs="Arial"/>
                <w:sz w:val="20"/>
                <w:szCs w:val="20"/>
                <w:lang w:val="de-CH"/>
              </w:rPr>
            </w:pPr>
          </w:p>
        </w:tc>
        <w:tc>
          <w:tcPr>
            <w:tcW w:w="2014" w:type="dxa"/>
          </w:tcPr>
          <w:p w14:paraId="25B32985" w14:textId="77777777" w:rsidR="00482112" w:rsidRPr="00C03FB9" w:rsidRDefault="00482112" w:rsidP="00124A1E">
            <w:pPr>
              <w:rPr>
                <w:rFonts w:ascii="Arial" w:hAnsi="Arial" w:cs="Arial"/>
                <w:sz w:val="20"/>
                <w:szCs w:val="20"/>
                <w:lang w:val="de-CH"/>
              </w:rPr>
            </w:pPr>
          </w:p>
        </w:tc>
        <w:tc>
          <w:tcPr>
            <w:tcW w:w="2318" w:type="dxa"/>
          </w:tcPr>
          <w:p w14:paraId="654C9819" w14:textId="77777777" w:rsidR="00482112" w:rsidRPr="00C03FB9" w:rsidRDefault="00482112" w:rsidP="00124A1E">
            <w:pPr>
              <w:rPr>
                <w:rFonts w:ascii="Arial" w:hAnsi="Arial" w:cs="Arial"/>
                <w:sz w:val="20"/>
                <w:szCs w:val="20"/>
                <w:lang w:val="de-CH"/>
              </w:rPr>
            </w:pPr>
          </w:p>
        </w:tc>
        <w:tc>
          <w:tcPr>
            <w:tcW w:w="2198" w:type="dxa"/>
          </w:tcPr>
          <w:p w14:paraId="4673ED8B" w14:textId="77777777" w:rsidR="00482112" w:rsidRPr="00C03FB9" w:rsidRDefault="00482112" w:rsidP="00124A1E">
            <w:pPr>
              <w:rPr>
                <w:rFonts w:ascii="Arial" w:hAnsi="Arial" w:cs="Arial"/>
                <w:sz w:val="20"/>
                <w:szCs w:val="20"/>
                <w:lang w:val="de-CH"/>
              </w:rPr>
            </w:pPr>
          </w:p>
        </w:tc>
        <w:tc>
          <w:tcPr>
            <w:tcW w:w="1713" w:type="dxa"/>
          </w:tcPr>
          <w:p w14:paraId="686CCE00" w14:textId="77777777" w:rsidR="00482112" w:rsidRPr="00C03FB9" w:rsidRDefault="00482112" w:rsidP="00124A1E">
            <w:pPr>
              <w:rPr>
                <w:rFonts w:ascii="Arial" w:hAnsi="Arial" w:cs="Arial"/>
                <w:sz w:val="20"/>
                <w:szCs w:val="20"/>
                <w:lang w:val="de-CH"/>
              </w:rPr>
            </w:pPr>
          </w:p>
        </w:tc>
        <w:tc>
          <w:tcPr>
            <w:tcW w:w="1842" w:type="dxa"/>
          </w:tcPr>
          <w:p w14:paraId="3127D468" w14:textId="77777777" w:rsidR="00482112" w:rsidRPr="00C03FB9" w:rsidRDefault="00482112" w:rsidP="00124A1E">
            <w:pPr>
              <w:rPr>
                <w:rFonts w:ascii="Arial" w:hAnsi="Arial" w:cs="Arial"/>
                <w:sz w:val="20"/>
                <w:szCs w:val="20"/>
                <w:lang w:val="de-CH"/>
              </w:rPr>
            </w:pPr>
          </w:p>
        </w:tc>
      </w:tr>
      <w:tr w:rsidR="0074224C" w:rsidRPr="00C03FB9" w14:paraId="417D7AD3" w14:textId="77777777" w:rsidTr="00F36A6C">
        <w:tc>
          <w:tcPr>
            <w:tcW w:w="1855" w:type="dxa"/>
          </w:tcPr>
          <w:p w14:paraId="4147FEE1" w14:textId="77777777" w:rsidR="0074224C" w:rsidRPr="00C03FB9" w:rsidRDefault="0074224C" w:rsidP="00124A1E">
            <w:pPr>
              <w:rPr>
                <w:rFonts w:ascii="Arial" w:hAnsi="Arial" w:cs="Arial"/>
                <w:sz w:val="20"/>
                <w:szCs w:val="20"/>
                <w:lang w:val="de-CH"/>
              </w:rPr>
            </w:pPr>
          </w:p>
        </w:tc>
        <w:tc>
          <w:tcPr>
            <w:tcW w:w="1663" w:type="dxa"/>
          </w:tcPr>
          <w:p w14:paraId="0209C7FF" w14:textId="77777777" w:rsidR="0074224C" w:rsidRPr="00C03FB9" w:rsidRDefault="0074224C" w:rsidP="00124A1E">
            <w:pPr>
              <w:rPr>
                <w:rFonts w:ascii="Arial" w:hAnsi="Arial" w:cs="Arial"/>
                <w:sz w:val="20"/>
                <w:szCs w:val="20"/>
                <w:lang w:val="de-CH"/>
              </w:rPr>
            </w:pPr>
          </w:p>
        </w:tc>
        <w:tc>
          <w:tcPr>
            <w:tcW w:w="2014" w:type="dxa"/>
          </w:tcPr>
          <w:p w14:paraId="4C4A3556" w14:textId="77777777" w:rsidR="0074224C" w:rsidRPr="00C03FB9" w:rsidRDefault="0074224C" w:rsidP="00124A1E">
            <w:pPr>
              <w:rPr>
                <w:rFonts w:ascii="Arial" w:hAnsi="Arial" w:cs="Arial"/>
                <w:sz w:val="20"/>
                <w:szCs w:val="20"/>
                <w:lang w:val="de-CH"/>
              </w:rPr>
            </w:pPr>
          </w:p>
        </w:tc>
        <w:tc>
          <w:tcPr>
            <w:tcW w:w="2318" w:type="dxa"/>
          </w:tcPr>
          <w:p w14:paraId="55ED0AD2" w14:textId="77777777" w:rsidR="0074224C" w:rsidRPr="00C03FB9" w:rsidRDefault="0074224C" w:rsidP="00124A1E">
            <w:pPr>
              <w:rPr>
                <w:rFonts w:ascii="Arial" w:hAnsi="Arial" w:cs="Arial"/>
                <w:sz w:val="20"/>
                <w:szCs w:val="20"/>
                <w:lang w:val="de-CH"/>
              </w:rPr>
            </w:pPr>
          </w:p>
        </w:tc>
        <w:tc>
          <w:tcPr>
            <w:tcW w:w="2198" w:type="dxa"/>
          </w:tcPr>
          <w:p w14:paraId="01C4FE53" w14:textId="77777777" w:rsidR="0074224C" w:rsidRPr="00C03FB9" w:rsidRDefault="0074224C" w:rsidP="00124A1E">
            <w:pPr>
              <w:rPr>
                <w:rFonts w:ascii="Arial" w:hAnsi="Arial" w:cs="Arial"/>
                <w:sz w:val="20"/>
                <w:szCs w:val="20"/>
                <w:lang w:val="de-CH"/>
              </w:rPr>
            </w:pPr>
          </w:p>
        </w:tc>
        <w:tc>
          <w:tcPr>
            <w:tcW w:w="1713" w:type="dxa"/>
          </w:tcPr>
          <w:p w14:paraId="7D5D5612" w14:textId="77777777" w:rsidR="0074224C" w:rsidRPr="00C03FB9" w:rsidRDefault="0074224C" w:rsidP="00124A1E">
            <w:pPr>
              <w:rPr>
                <w:rFonts w:ascii="Arial" w:hAnsi="Arial" w:cs="Arial"/>
                <w:sz w:val="20"/>
                <w:szCs w:val="20"/>
                <w:lang w:val="de-CH"/>
              </w:rPr>
            </w:pPr>
          </w:p>
        </w:tc>
        <w:tc>
          <w:tcPr>
            <w:tcW w:w="1842" w:type="dxa"/>
          </w:tcPr>
          <w:p w14:paraId="00BBD8EC" w14:textId="77777777" w:rsidR="0074224C" w:rsidRPr="00C03FB9" w:rsidRDefault="0074224C" w:rsidP="00124A1E">
            <w:pPr>
              <w:rPr>
                <w:rFonts w:ascii="Arial" w:hAnsi="Arial" w:cs="Arial"/>
                <w:sz w:val="20"/>
                <w:szCs w:val="20"/>
                <w:lang w:val="de-CH"/>
              </w:rPr>
            </w:pPr>
          </w:p>
        </w:tc>
      </w:tr>
    </w:tbl>
    <w:p w14:paraId="06FFB43B" w14:textId="77777777" w:rsidR="00877DBA" w:rsidRPr="00C03FB9" w:rsidRDefault="00877DBA" w:rsidP="00877DBA">
      <w:pPr>
        <w:rPr>
          <w:rFonts w:ascii="Arial" w:hAnsi="Arial" w:cs="Arial"/>
          <w:lang w:val="de-CH"/>
        </w:rPr>
      </w:pPr>
    </w:p>
    <w:p w14:paraId="170EC3CC" w14:textId="652B8744" w:rsidR="001069D4" w:rsidRPr="00C03FB9" w:rsidRDefault="001069D4" w:rsidP="00DB1EB5">
      <w:pPr>
        <w:pStyle w:val="Textkrper"/>
        <w:widowControl w:val="0"/>
        <w:numPr>
          <w:ilvl w:val="0"/>
          <w:numId w:val="20"/>
        </w:numPr>
        <w:tabs>
          <w:tab w:val="clear" w:pos="720"/>
          <w:tab w:val="num" w:pos="993"/>
        </w:tabs>
        <w:autoSpaceDE w:val="0"/>
        <w:autoSpaceDN w:val="0"/>
        <w:spacing w:after="0"/>
        <w:ind w:left="1560"/>
        <w:rPr>
          <w:rFonts w:ascii="Arial" w:hAnsi="Arial" w:cs="Arial"/>
          <w:lang w:val="de-CH"/>
        </w:rPr>
        <w:sectPr w:rsidR="001069D4" w:rsidRPr="00C03FB9" w:rsidSect="00D01B7F">
          <w:headerReference w:type="even" r:id="rId11"/>
          <w:headerReference w:type="default" r:id="rId12"/>
          <w:footerReference w:type="even" r:id="rId13"/>
          <w:footerReference w:type="default" r:id="rId14"/>
          <w:headerReference w:type="first" r:id="rId15"/>
          <w:footerReference w:type="first" r:id="rId16"/>
          <w:pgSz w:w="15840" w:h="12240" w:orient="landscape"/>
          <w:pgMar w:top="1800" w:right="1440" w:bottom="1800" w:left="1440" w:header="720" w:footer="720" w:gutter="0"/>
          <w:cols w:space="720"/>
          <w:docGrid w:linePitch="360"/>
        </w:sectPr>
      </w:pPr>
    </w:p>
    <w:p w14:paraId="20965564" w14:textId="49C062FE" w:rsidR="008E0321" w:rsidRPr="00C03FB9" w:rsidRDefault="008E0321" w:rsidP="00D57B7A">
      <w:pPr>
        <w:pStyle w:val="berschrift2"/>
        <w:ind w:left="-709"/>
        <w:rPr>
          <w:rFonts w:ascii="Arial" w:hAnsi="Arial" w:cs="Arial"/>
          <w:lang w:val="de-CH"/>
        </w:rPr>
      </w:pPr>
      <w:r w:rsidRPr="00C03FB9">
        <w:rPr>
          <w:rFonts w:ascii="Arial" w:hAnsi="Arial" w:cs="Arial"/>
          <w:lang w:val="de-CH"/>
        </w:rPr>
        <w:lastRenderedPageBreak/>
        <w:t xml:space="preserve">Stakeholderliste </w:t>
      </w:r>
      <w:r w:rsidR="004D6CE2" w:rsidRPr="00C03FB9">
        <w:rPr>
          <w:rFonts w:ascii="Arial" w:hAnsi="Arial" w:cs="Arial"/>
          <w:lang w:val="de-CH"/>
        </w:rPr>
        <w:t xml:space="preserve">Beispiel </w:t>
      </w:r>
      <w:r w:rsidR="005B41CB" w:rsidRPr="00C03FB9">
        <w:rPr>
          <w:rFonts w:ascii="Arial" w:hAnsi="Arial" w:cs="Arial"/>
          <w:lang w:val="de-CH"/>
        </w:rPr>
        <w:t>Mobilität</w:t>
      </w:r>
      <w:r w:rsidR="00A46EE9" w:rsidRPr="00C03FB9">
        <w:rPr>
          <w:rFonts w:ascii="Arial" w:hAnsi="Arial" w:cs="Arial"/>
          <w:lang w:val="de-CH"/>
        </w:rPr>
        <w:t xml:space="preserve"> </w:t>
      </w:r>
    </w:p>
    <w:p w14:paraId="61A1B6DD" w14:textId="64B722B5" w:rsidR="006E3399" w:rsidRPr="00C03FB9" w:rsidRDefault="006E3399" w:rsidP="00016632">
      <w:pPr>
        <w:tabs>
          <w:tab w:val="left" w:pos="4536"/>
          <w:tab w:val="right" w:pos="13728"/>
        </w:tabs>
        <w:ind w:left="-709"/>
        <w:rPr>
          <w:rFonts w:ascii="Arial" w:hAnsi="Arial" w:cs="Arial"/>
          <w:lang w:val="de-CH"/>
        </w:rPr>
      </w:pPr>
      <w:r w:rsidRPr="00C03FB9">
        <w:rPr>
          <w:rFonts w:ascii="Arial" w:hAnsi="Arial" w:cs="Arial"/>
          <w:b/>
          <w:bCs/>
          <w:lang w:val="de-CH"/>
        </w:rPr>
        <w:t>Projekt/Initiative:</w:t>
      </w:r>
      <w:r w:rsidRPr="00C03FB9">
        <w:rPr>
          <w:rFonts w:ascii="Arial" w:hAnsi="Arial" w:cs="Arial"/>
          <w:lang w:val="de-CH"/>
        </w:rPr>
        <w:t xml:space="preserve"> Mobilität in </w:t>
      </w:r>
      <w:proofErr w:type="spellStart"/>
      <w:r w:rsidRPr="00C03FB9">
        <w:rPr>
          <w:rFonts w:ascii="Arial" w:hAnsi="Arial" w:cs="Arial"/>
          <w:lang w:val="de-CH"/>
        </w:rPr>
        <w:t>Suiza</w:t>
      </w:r>
      <w:proofErr w:type="spellEnd"/>
      <w:r w:rsidRPr="00C03FB9">
        <w:rPr>
          <w:rFonts w:ascii="Arial" w:hAnsi="Arial" w:cs="Arial"/>
          <w:lang w:val="de-CH"/>
        </w:rPr>
        <w:t xml:space="preserve"> </w:t>
      </w:r>
      <w:r w:rsidR="005C34E6" w:rsidRPr="00C03FB9">
        <w:rPr>
          <w:rFonts w:ascii="Arial" w:hAnsi="Arial" w:cs="Arial"/>
          <w:lang w:val="de-CH"/>
        </w:rPr>
        <w:tab/>
      </w:r>
      <w:r w:rsidRPr="00C03FB9">
        <w:rPr>
          <w:rFonts w:ascii="Arial" w:hAnsi="Arial" w:cs="Arial"/>
          <w:b/>
          <w:bCs/>
          <w:lang w:val="de-CH"/>
        </w:rPr>
        <w:t>Datum</w:t>
      </w:r>
      <w:r w:rsidRPr="00C03FB9">
        <w:rPr>
          <w:rFonts w:ascii="Arial" w:hAnsi="Arial" w:cs="Arial"/>
          <w:lang w:val="de-CH"/>
        </w:rPr>
        <w:t xml:space="preserve">: </w:t>
      </w:r>
      <w:r w:rsidR="00ED6AE4" w:rsidRPr="00C03FB9">
        <w:rPr>
          <w:rFonts w:ascii="Arial" w:hAnsi="Arial" w:cs="Arial"/>
          <w:lang w:val="de-CH"/>
        </w:rPr>
        <w:t>01.01.20</w:t>
      </w:r>
      <w:r w:rsidR="00D57B7A" w:rsidRPr="00C03FB9">
        <w:rPr>
          <w:rFonts w:ascii="Arial" w:hAnsi="Arial" w:cs="Arial"/>
          <w:lang w:val="de-CH"/>
        </w:rPr>
        <w:t>27</w:t>
      </w:r>
      <w:r w:rsidR="005C34E6" w:rsidRPr="00C03FB9">
        <w:rPr>
          <w:rFonts w:ascii="Arial" w:hAnsi="Arial" w:cs="Arial"/>
          <w:lang w:val="de-CH"/>
        </w:rPr>
        <w:tab/>
      </w:r>
      <w:proofErr w:type="gramStart"/>
      <w:r w:rsidRPr="00C03FB9">
        <w:rPr>
          <w:rFonts w:ascii="Arial" w:hAnsi="Arial" w:cs="Arial"/>
          <w:b/>
          <w:bCs/>
          <w:lang w:val="de-CH"/>
        </w:rPr>
        <w:t>Erstellt</w:t>
      </w:r>
      <w:proofErr w:type="gramEnd"/>
      <w:r w:rsidRPr="00C03FB9">
        <w:rPr>
          <w:rFonts w:ascii="Arial" w:hAnsi="Arial" w:cs="Arial"/>
          <w:b/>
          <w:bCs/>
          <w:lang w:val="de-CH"/>
        </w:rPr>
        <w:t xml:space="preserve"> von:</w:t>
      </w:r>
      <w:r w:rsidRPr="00C03FB9">
        <w:rPr>
          <w:rFonts w:ascii="Arial" w:hAnsi="Arial" w:cs="Arial"/>
          <w:lang w:val="de-CH"/>
        </w:rPr>
        <w:t xml:space="preserve"> </w:t>
      </w:r>
      <w:r w:rsidR="00D57B7A" w:rsidRPr="00C03FB9">
        <w:rPr>
          <w:rFonts w:ascii="Arial" w:hAnsi="Arial" w:cs="Arial"/>
          <w:lang w:val="de-CH"/>
        </w:rPr>
        <w:t xml:space="preserve">Livia, Destinationsmanagement </w:t>
      </w:r>
      <w:proofErr w:type="spellStart"/>
      <w:r w:rsidR="00D57B7A" w:rsidRPr="00C03FB9">
        <w:rPr>
          <w:rFonts w:ascii="Arial" w:hAnsi="Arial" w:cs="Arial"/>
          <w:lang w:val="de-CH"/>
        </w:rPr>
        <w:t>Suiza</w:t>
      </w:r>
      <w:proofErr w:type="spellEnd"/>
    </w:p>
    <w:tbl>
      <w:tblPr>
        <w:tblStyle w:val="Tabellenraster"/>
        <w:tblW w:w="14458" w:type="dxa"/>
        <w:tblInd w:w="-714" w:type="dxa"/>
        <w:tblLayout w:type="fixed"/>
        <w:tblLook w:val="04A0" w:firstRow="1" w:lastRow="0" w:firstColumn="1" w:lastColumn="0" w:noHBand="0" w:noVBand="1"/>
      </w:tblPr>
      <w:tblGrid>
        <w:gridCol w:w="1838"/>
        <w:gridCol w:w="1706"/>
        <w:gridCol w:w="1842"/>
        <w:gridCol w:w="1843"/>
        <w:gridCol w:w="2410"/>
        <w:gridCol w:w="2410"/>
        <w:gridCol w:w="2409"/>
      </w:tblGrid>
      <w:tr w:rsidR="00D57B7A" w:rsidRPr="00C03FB9" w14:paraId="1C098A07" w14:textId="77777777" w:rsidTr="00F2139F">
        <w:tc>
          <w:tcPr>
            <w:tcW w:w="1838" w:type="dxa"/>
          </w:tcPr>
          <w:p w14:paraId="4256A82F"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Nachhaltigkeits-</w:t>
            </w:r>
          </w:p>
          <w:p w14:paraId="117ED829"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Dimension</w:t>
            </w:r>
          </w:p>
        </w:tc>
        <w:tc>
          <w:tcPr>
            <w:tcW w:w="1706" w:type="dxa"/>
          </w:tcPr>
          <w:p w14:paraId="4A376281"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Stakeholder-Gruppe</w:t>
            </w:r>
          </w:p>
        </w:tc>
        <w:tc>
          <w:tcPr>
            <w:tcW w:w="1842" w:type="dxa"/>
          </w:tcPr>
          <w:p w14:paraId="49CABEE3"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Organisation</w:t>
            </w:r>
          </w:p>
        </w:tc>
        <w:tc>
          <w:tcPr>
            <w:tcW w:w="1843" w:type="dxa"/>
          </w:tcPr>
          <w:p w14:paraId="0209E402"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Ansprechperson, Kontakt</w:t>
            </w:r>
          </w:p>
        </w:tc>
        <w:tc>
          <w:tcPr>
            <w:tcW w:w="2410" w:type="dxa"/>
          </w:tcPr>
          <w:p w14:paraId="507CD686"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Bezug zum Projekt</w:t>
            </w:r>
          </w:p>
        </w:tc>
        <w:tc>
          <w:tcPr>
            <w:tcW w:w="2410" w:type="dxa"/>
          </w:tcPr>
          <w:p w14:paraId="603EBC8E"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Mögliche Interessen</w:t>
            </w:r>
          </w:p>
          <w:p w14:paraId="61D47750" w14:textId="77777777" w:rsidR="008E0321" w:rsidRPr="00C03FB9" w:rsidRDefault="008E0321">
            <w:pPr>
              <w:rPr>
                <w:rFonts w:ascii="Arial" w:hAnsi="Arial" w:cs="Arial"/>
                <w:b/>
                <w:bCs/>
                <w:sz w:val="20"/>
                <w:szCs w:val="20"/>
                <w:lang w:val="de-CH"/>
              </w:rPr>
            </w:pPr>
          </w:p>
        </w:tc>
        <w:tc>
          <w:tcPr>
            <w:tcW w:w="2409" w:type="dxa"/>
          </w:tcPr>
          <w:p w14:paraId="2EF22F33" w14:textId="77777777" w:rsidR="008E0321" w:rsidRPr="00C03FB9" w:rsidRDefault="008E0321">
            <w:pPr>
              <w:rPr>
                <w:rFonts w:ascii="Arial" w:hAnsi="Arial" w:cs="Arial"/>
                <w:b/>
                <w:bCs/>
                <w:sz w:val="20"/>
                <w:szCs w:val="20"/>
                <w:lang w:val="de-CH"/>
              </w:rPr>
            </w:pPr>
            <w:r w:rsidRPr="00C03FB9">
              <w:rPr>
                <w:rFonts w:ascii="Arial" w:hAnsi="Arial" w:cs="Arial"/>
                <w:b/>
                <w:bCs/>
                <w:sz w:val="20"/>
                <w:szCs w:val="20"/>
                <w:lang w:val="de-CH"/>
              </w:rPr>
              <w:t>Mögliche Konflikte</w:t>
            </w:r>
          </w:p>
        </w:tc>
      </w:tr>
      <w:tr w:rsidR="00D57B7A" w:rsidRPr="00C03FB9" w14:paraId="24A30AE0" w14:textId="77777777" w:rsidTr="00F2139F">
        <w:tc>
          <w:tcPr>
            <w:tcW w:w="1838" w:type="dxa"/>
          </w:tcPr>
          <w:p w14:paraId="3500E17F" w14:textId="69E170C8" w:rsidR="008E0321" w:rsidRPr="00C03FB9" w:rsidRDefault="000E51DD">
            <w:pPr>
              <w:rPr>
                <w:rFonts w:ascii="Arial" w:hAnsi="Arial" w:cs="Arial"/>
                <w:sz w:val="20"/>
                <w:szCs w:val="20"/>
                <w:lang w:val="de-CH"/>
              </w:rPr>
            </w:pPr>
            <w:proofErr w:type="spellStart"/>
            <w:r w:rsidRPr="00C03FB9">
              <w:rPr>
                <w:rFonts w:ascii="Arial" w:hAnsi="Arial" w:cs="Arial"/>
                <w:sz w:val="20"/>
                <w:szCs w:val="20"/>
                <w:lang w:val="de-CH"/>
              </w:rPr>
              <w:t>Governance</w:t>
            </w:r>
            <w:proofErr w:type="spellEnd"/>
          </w:p>
        </w:tc>
        <w:tc>
          <w:tcPr>
            <w:tcW w:w="1706" w:type="dxa"/>
          </w:tcPr>
          <w:p w14:paraId="7DD78C64" w14:textId="7728903F" w:rsidR="008E0321" w:rsidRPr="00C03FB9" w:rsidRDefault="005B41CB">
            <w:pPr>
              <w:rPr>
                <w:rFonts w:ascii="Arial" w:hAnsi="Arial" w:cs="Arial"/>
                <w:sz w:val="20"/>
                <w:szCs w:val="20"/>
                <w:lang w:val="de-CH"/>
              </w:rPr>
            </w:pPr>
            <w:r w:rsidRPr="00C03FB9">
              <w:rPr>
                <w:rFonts w:ascii="Arial" w:hAnsi="Arial" w:cs="Arial"/>
                <w:sz w:val="20"/>
                <w:szCs w:val="20"/>
                <w:lang w:val="de-CH"/>
              </w:rPr>
              <w:t>Gemeinden</w:t>
            </w:r>
          </w:p>
        </w:tc>
        <w:tc>
          <w:tcPr>
            <w:tcW w:w="1842" w:type="dxa"/>
          </w:tcPr>
          <w:p w14:paraId="5131CE90" w14:textId="1A852F9C" w:rsidR="008E0321" w:rsidRPr="00C03FB9" w:rsidRDefault="005B41CB">
            <w:pPr>
              <w:rPr>
                <w:rFonts w:ascii="Arial" w:hAnsi="Arial" w:cs="Arial"/>
                <w:sz w:val="20"/>
                <w:szCs w:val="20"/>
                <w:lang w:val="de-CH"/>
              </w:rPr>
            </w:pPr>
            <w:r w:rsidRPr="00C03FB9">
              <w:rPr>
                <w:rFonts w:ascii="Arial" w:hAnsi="Arial" w:cs="Arial"/>
                <w:sz w:val="20"/>
                <w:szCs w:val="20"/>
                <w:lang w:val="de-CH"/>
              </w:rPr>
              <w:t>Gemeinde</w:t>
            </w:r>
            <w:r w:rsidR="00D57B7A" w:rsidRPr="00C03FB9">
              <w:rPr>
                <w:rFonts w:ascii="Arial" w:hAnsi="Arial" w:cs="Arial"/>
                <w:sz w:val="20"/>
                <w:szCs w:val="20"/>
                <w:lang w:val="de-CH"/>
              </w:rPr>
              <w:t>-</w:t>
            </w:r>
            <w:r w:rsidRPr="00C03FB9">
              <w:rPr>
                <w:rFonts w:ascii="Arial" w:hAnsi="Arial" w:cs="Arial"/>
                <w:sz w:val="20"/>
                <w:szCs w:val="20"/>
                <w:lang w:val="de-CH"/>
              </w:rPr>
              <w:t>verwaltung</w:t>
            </w:r>
            <w:r w:rsidR="00851672" w:rsidRPr="00C03FB9">
              <w:rPr>
                <w:rFonts w:ascii="Arial" w:hAnsi="Arial" w:cs="Arial"/>
                <w:sz w:val="20"/>
                <w:szCs w:val="20"/>
                <w:lang w:val="de-CH"/>
              </w:rPr>
              <w:t>en</w:t>
            </w:r>
          </w:p>
        </w:tc>
        <w:tc>
          <w:tcPr>
            <w:tcW w:w="1843" w:type="dxa"/>
          </w:tcPr>
          <w:p w14:paraId="7ECE5C6D" w14:textId="561BF1AB" w:rsidR="008E0321" w:rsidRPr="00C03FB9" w:rsidRDefault="005B41CB">
            <w:pPr>
              <w:rPr>
                <w:rFonts w:ascii="Arial" w:hAnsi="Arial" w:cs="Arial"/>
                <w:sz w:val="20"/>
                <w:szCs w:val="20"/>
                <w:lang w:val="de-CH"/>
              </w:rPr>
            </w:pPr>
            <w:r w:rsidRPr="00C03FB9">
              <w:rPr>
                <w:rFonts w:ascii="Arial" w:hAnsi="Arial" w:cs="Arial"/>
                <w:sz w:val="20"/>
                <w:szCs w:val="20"/>
                <w:lang w:val="de-CH"/>
              </w:rPr>
              <w:t>Mobilitäts</w:t>
            </w:r>
            <w:r w:rsidR="00D57B7A" w:rsidRPr="00C03FB9">
              <w:rPr>
                <w:rFonts w:ascii="Arial" w:hAnsi="Arial" w:cs="Arial"/>
                <w:sz w:val="20"/>
                <w:szCs w:val="20"/>
                <w:lang w:val="de-CH"/>
              </w:rPr>
              <w:t>-</w:t>
            </w:r>
            <w:r w:rsidRPr="00C03FB9">
              <w:rPr>
                <w:rFonts w:ascii="Arial" w:hAnsi="Arial" w:cs="Arial"/>
                <w:sz w:val="20"/>
                <w:szCs w:val="20"/>
                <w:lang w:val="de-CH"/>
              </w:rPr>
              <w:t>verantwortliche</w:t>
            </w:r>
          </w:p>
        </w:tc>
        <w:tc>
          <w:tcPr>
            <w:tcW w:w="2410" w:type="dxa"/>
          </w:tcPr>
          <w:p w14:paraId="4DBCB3F0" w14:textId="7DEB0393" w:rsidR="008E0321" w:rsidRPr="00C03FB9" w:rsidRDefault="001A6251">
            <w:pPr>
              <w:rPr>
                <w:rFonts w:ascii="Arial" w:hAnsi="Arial" w:cs="Arial"/>
                <w:sz w:val="20"/>
                <w:szCs w:val="20"/>
                <w:lang w:val="de-CH"/>
              </w:rPr>
            </w:pPr>
            <w:r w:rsidRPr="00C03FB9">
              <w:rPr>
                <w:rFonts w:ascii="Arial" w:hAnsi="Arial" w:cs="Arial"/>
                <w:sz w:val="20"/>
                <w:szCs w:val="20"/>
                <w:lang w:val="de-CH"/>
              </w:rPr>
              <w:t>Planung und Umsetzung Verkehrsinfrastruktur</w:t>
            </w:r>
          </w:p>
        </w:tc>
        <w:tc>
          <w:tcPr>
            <w:tcW w:w="2410" w:type="dxa"/>
          </w:tcPr>
          <w:p w14:paraId="5B4FDF38" w14:textId="38EFB4A6" w:rsidR="008E0321" w:rsidRPr="00C03FB9" w:rsidRDefault="00B37108">
            <w:pPr>
              <w:rPr>
                <w:rFonts w:ascii="Arial" w:hAnsi="Arial" w:cs="Arial"/>
                <w:sz w:val="20"/>
                <w:szCs w:val="20"/>
                <w:lang w:val="de-CH"/>
              </w:rPr>
            </w:pPr>
            <w:r w:rsidRPr="00C03FB9">
              <w:rPr>
                <w:rFonts w:ascii="Arial" w:hAnsi="Arial" w:cs="Arial"/>
                <w:sz w:val="20"/>
                <w:szCs w:val="20"/>
                <w:lang w:val="de-CH"/>
              </w:rPr>
              <w:t>Reduktion Emissionen, Förderung ÖV und Radwege</w:t>
            </w:r>
          </w:p>
        </w:tc>
        <w:tc>
          <w:tcPr>
            <w:tcW w:w="2409" w:type="dxa"/>
          </w:tcPr>
          <w:p w14:paraId="223349CD" w14:textId="6FA039CA" w:rsidR="008E0321" w:rsidRPr="00C03FB9" w:rsidRDefault="00B37108">
            <w:pPr>
              <w:rPr>
                <w:rFonts w:ascii="Arial" w:hAnsi="Arial" w:cs="Arial"/>
                <w:sz w:val="20"/>
                <w:szCs w:val="20"/>
                <w:lang w:val="de-CH"/>
              </w:rPr>
            </w:pPr>
            <w:r w:rsidRPr="00C03FB9">
              <w:rPr>
                <w:rFonts w:ascii="Arial" w:hAnsi="Arial" w:cs="Arial"/>
                <w:sz w:val="20"/>
                <w:szCs w:val="20"/>
                <w:lang w:val="de-CH"/>
              </w:rPr>
              <w:t>Widerstand gegen Einschränkung Individualverkehr</w:t>
            </w:r>
          </w:p>
        </w:tc>
      </w:tr>
      <w:tr w:rsidR="001703A5" w:rsidRPr="00C03FB9" w14:paraId="08E86BC6" w14:textId="77777777" w:rsidTr="00F2139F">
        <w:tc>
          <w:tcPr>
            <w:tcW w:w="1838" w:type="dxa"/>
          </w:tcPr>
          <w:p w14:paraId="3FA4D720" w14:textId="6C0E724E" w:rsidR="001703A5" w:rsidRPr="00C03FB9" w:rsidRDefault="004D5A22">
            <w:pPr>
              <w:rPr>
                <w:rFonts w:ascii="Arial" w:hAnsi="Arial" w:cs="Arial"/>
                <w:sz w:val="20"/>
                <w:szCs w:val="20"/>
                <w:lang w:val="de-CH"/>
              </w:rPr>
            </w:pPr>
            <w:proofErr w:type="spellStart"/>
            <w:r w:rsidRPr="00C03FB9">
              <w:rPr>
                <w:rFonts w:ascii="Arial" w:hAnsi="Arial" w:cs="Arial"/>
                <w:sz w:val="20"/>
                <w:szCs w:val="20"/>
                <w:lang w:val="de-CH"/>
              </w:rPr>
              <w:t>Governance</w:t>
            </w:r>
            <w:proofErr w:type="spellEnd"/>
          </w:p>
        </w:tc>
        <w:tc>
          <w:tcPr>
            <w:tcW w:w="1706" w:type="dxa"/>
          </w:tcPr>
          <w:p w14:paraId="31DDC45D" w14:textId="5D529FF2" w:rsidR="001703A5" w:rsidRPr="00C03FB9" w:rsidRDefault="004D5A22">
            <w:pPr>
              <w:rPr>
                <w:rFonts w:ascii="Arial" w:hAnsi="Arial" w:cs="Arial"/>
                <w:sz w:val="20"/>
                <w:szCs w:val="20"/>
                <w:lang w:val="de-CH"/>
              </w:rPr>
            </w:pPr>
            <w:r w:rsidRPr="00C03FB9">
              <w:rPr>
                <w:rFonts w:ascii="Arial" w:hAnsi="Arial" w:cs="Arial"/>
                <w:sz w:val="20"/>
                <w:szCs w:val="20"/>
                <w:lang w:val="de-CH"/>
              </w:rPr>
              <w:t>Regional-entwicklung</w:t>
            </w:r>
          </w:p>
        </w:tc>
        <w:tc>
          <w:tcPr>
            <w:tcW w:w="1842" w:type="dxa"/>
          </w:tcPr>
          <w:p w14:paraId="23C2E02E" w14:textId="2987B831" w:rsidR="001703A5" w:rsidRPr="00C03FB9" w:rsidRDefault="00313A69">
            <w:pPr>
              <w:rPr>
                <w:rFonts w:ascii="Arial" w:hAnsi="Arial" w:cs="Arial"/>
                <w:sz w:val="20"/>
                <w:szCs w:val="20"/>
                <w:lang w:val="de-CH"/>
              </w:rPr>
            </w:pPr>
            <w:r w:rsidRPr="00C03FB9">
              <w:rPr>
                <w:rFonts w:ascii="Arial" w:hAnsi="Arial" w:cs="Arial"/>
                <w:sz w:val="20"/>
                <w:szCs w:val="20"/>
                <w:lang w:val="de-CH"/>
              </w:rPr>
              <w:t>Regionale Entwicklungsverbände, Standortförderungen, kantonale/regionalpolitische Programme</w:t>
            </w:r>
          </w:p>
        </w:tc>
        <w:tc>
          <w:tcPr>
            <w:tcW w:w="1843" w:type="dxa"/>
          </w:tcPr>
          <w:p w14:paraId="061F07A0" w14:textId="57523CEE" w:rsidR="001703A5" w:rsidRPr="00C03FB9" w:rsidRDefault="00B828D8">
            <w:pPr>
              <w:rPr>
                <w:rFonts w:ascii="Arial" w:hAnsi="Arial" w:cs="Arial"/>
                <w:sz w:val="20"/>
                <w:szCs w:val="20"/>
                <w:lang w:val="de-CH"/>
              </w:rPr>
            </w:pPr>
            <w:r w:rsidRPr="00C03FB9">
              <w:rPr>
                <w:rFonts w:ascii="Arial" w:hAnsi="Arial" w:cs="Arial"/>
                <w:sz w:val="20"/>
                <w:szCs w:val="20"/>
                <w:lang w:val="de-CH"/>
              </w:rPr>
              <w:t>Geschäftsführung Regional-entwicklung / Projektleitung Mobilität / Standortförderung</w:t>
            </w:r>
          </w:p>
        </w:tc>
        <w:tc>
          <w:tcPr>
            <w:tcW w:w="2410" w:type="dxa"/>
          </w:tcPr>
          <w:p w14:paraId="6F744077" w14:textId="5E30B695" w:rsidR="001703A5" w:rsidRPr="00C03FB9" w:rsidRDefault="009378E7">
            <w:pPr>
              <w:rPr>
                <w:rFonts w:ascii="Arial" w:hAnsi="Arial" w:cs="Arial"/>
                <w:sz w:val="20"/>
                <w:szCs w:val="20"/>
                <w:lang w:val="de-CH"/>
              </w:rPr>
            </w:pPr>
            <w:r w:rsidRPr="00C03FB9">
              <w:rPr>
                <w:rFonts w:ascii="Arial" w:hAnsi="Arial" w:cs="Arial"/>
                <w:sz w:val="20"/>
                <w:szCs w:val="20"/>
                <w:lang w:val="de-CH"/>
              </w:rPr>
              <w:t>Strategische Koordination zwischen Gemeinden, Tourismus und Wirtschaft; Integration von Mobilität in regionale Entwicklungsprogramme</w:t>
            </w:r>
          </w:p>
        </w:tc>
        <w:tc>
          <w:tcPr>
            <w:tcW w:w="2410" w:type="dxa"/>
          </w:tcPr>
          <w:p w14:paraId="59DA1009" w14:textId="0FAD0B9F" w:rsidR="001703A5" w:rsidRPr="00C03FB9" w:rsidRDefault="00086AA5">
            <w:pPr>
              <w:rPr>
                <w:rFonts w:ascii="Arial" w:hAnsi="Arial" w:cs="Arial"/>
                <w:sz w:val="20"/>
                <w:szCs w:val="20"/>
                <w:lang w:val="de-CH"/>
              </w:rPr>
            </w:pPr>
            <w:r w:rsidRPr="00C03FB9">
              <w:rPr>
                <w:rFonts w:ascii="Arial" w:hAnsi="Arial" w:cs="Arial"/>
                <w:sz w:val="20"/>
                <w:szCs w:val="20"/>
                <w:lang w:val="de-CH"/>
              </w:rPr>
              <w:t>Stärkung</w:t>
            </w:r>
            <w:r w:rsidR="009F33FD" w:rsidRPr="00C03FB9">
              <w:rPr>
                <w:rFonts w:ascii="Arial" w:hAnsi="Arial" w:cs="Arial"/>
                <w:sz w:val="20"/>
                <w:szCs w:val="20"/>
                <w:lang w:val="de-CH"/>
              </w:rPr>
              <w:t xml:space="preserve"> der Standortattraktivität</w:t>
            </w:r>
            <w:r w:rsidRPr="00C03FB9">
              <w:rPr>
                <w:rFonts w:ascii="Arial" w:hAnsi="Arial" w:cs="Arial"/>
                <w:sz w:val="20"/>
                <w:szCs w:val="20"/>
                <w:lang w:val="de-CH"/>
              </w:rPr>
              <w:t xml:space="preserve">, </w:t>
            </w:r>
            <w:r w:rsidR="009F33FD" w:rsidRPr="00C03FB9">
              <w:rPr>
                <w:rFonts w:ascii="Arial" w:hAnsi="Arial" w:cs="Arial"/>
                <w:sz w:val="20"/>
                <w:szCs w:val="20"/>
                <w:lang w:val="de-CH"/>
              </w:rPr>
              <w:t>Förderung nachhaltiger Verkehrslösungen</w:t>
            </w:r>
            <w:r w:rsidRPr="00C03FB9">
              <w:rPr>
                <w:rFonts w:ascii="Arial" w:hAnsi="Arial" w:cs="Arial"/>
                <w:sz w:val="20"/>
                <w:szCs w:val="20"/>
                <w:lang w:val="de-CH"/>
              </w:rPr>
              <w:t xml:space="preserve">, </w:t>
            </w:r>
            <w:r w:rsidR="009F33FD" w:rsidRPr="00C03FB9">
              <w:rPr>
                <w:rFonts w:ascii="Arial" w:hAnsi="Arial" w:cs="Arial"/>
                <w:sz w:val="20"/>
                <w:szCs w:val="20"/>
                <w:lang w:val="de-CH"/>
              </w:rPr>
              <w:t>Abstimmung von Mobilität mit anderen Entwicklungsthemen (Wirtschaft, Wohnen, Tourismus)</w:t>
            </w:r>
          </w:p>
        </w:tc>
        <w:tc>
          <w:tcPr>
            <w:tcW w:w="2409" w:type="dxa"/>
          </w:tcPr>
          <w:p w14:paraId="1DA61E63" w14:textId="630668A5" w:rsidR="001703A5" w:rsidRPr="00C03FB9" w:rsidRDefault="003F6C80" w:rsidP="001069D4">
            <w:pPr>
              <w:tabs>
                <w:tab w:val="left" w:pos="2192"/>
              </w:tabs>
              <w:rPr>
                <w:rFonts w:ascii="Arial" w:hAnsi="Arial" w:cs="Arial"/>
                <w:sz w:val="20"/>
                <w:szCs w:val="20"/>
                <w:lang w:val="de-CH"/>
              </w:rPr>
            </w:pPr>
            <w:r w:rsidRPr="00C03FB9">
              <w:rPr>
                <w:rFonts w:ascii="Arial" w:hAnsi="Arial" w:cs="Arial"/>
                <w:sz w:val="20"/>
                <w:szCs w:val="20"/>
                <w:lang w:val="de-CH"/>
              </w:rPr>
              <w:t>Spannungsfeld zwischen Wirtschaftswachstum und Umweltzielen, Unterschiedliche Prioritäten der beteiligten Gemeinden, Befürchtung</w:t>
            </w:r>
            <w:r w:rsidR="001069D4" w:rsidRPr="00C03FB9">
              <w:rPr>
                <w:rFonts w:ascii="Arial" w:hAnsi="Arial" w:cs="Arial"/>
                <w:sz w:val="20"/>
                <w:szCs w:val="20"/>
                <w:lang w:val="de-CH"/>
              </w:rPr>
              <w:t xml:space="preserve"> von hohen Kosten durch</w:t>
            </w:r>
            <w:r w:rsidRPr="00C03FB9">
              <w:rPr>
                <w:rFonts w:ascii="Arial" w:hAnsi="Arial" w:cs="Arial"/>
                <w:sz w:val="20"/>
                <w:szCs w:val="20"/>
                <w:lang w:val="de-CH"/>
              </w:rPr>
              <w:t xml:space="preserve"> nachhaltige Mobilität </w:t>
            </w:r>
          </w:p>
        </w:tc>
      </w:tr>
      <w:tr w:rsidR="00D57B7A" w:rsidRPr="00C03FB9" w14:paraId="7CA96DD0" w14:textId="77777777" w:rsidTr="00F2139F">
        <w:tc>
          <w:tcPr>
            <w:tcW w:w="1838" w:type="dxa"/>
            <w:vAlign w:val="bottom"/>
          </w:tcPr>
          <w:p w14:paraId="1DE4FF34" w14:textId="0FF8C6CC"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Ökologi</w:t>
            </w:r>
            <w:r w:rsidR="00887B0C" w:rsidRPr="00C03FB9">
              <w:rPr>
                <w:rFonts w:ascii="Arial" w:hAnsi="Arial" w:cs="Arial"/>
                <w:sz w:val="20"/>
                <w:szCs w:val="20"/>
                <w:lang w:val="de-CH"/>
              </w:rPr>
              <w:t>e</w:t>
            </w:r>
          </w:p>
        </w:tc>
        <w:tc>
          <w:tcPr>
            <w:tcW w:w="1706" w:type="dxa"/>
            <w:vAlign w:val="bottom"/>
          </w:tcPr>
          <w:p w14:paraId="751F40D5" w14:textId="0F7C61DE" w:rsidR="002A6987" w:rsidRPr="00C03FB9" w:rsidRDefault="002A6987" w:rsidP="002A6987">
            <w:pPr>
              <w:rPr>
                <w:rFonts w:ascii="Arial" w:hAnsi="Arial" w:cs="Arial"/>
                <w:sz w:val="20"/>
                <w:szCs w:val="20"/>
                <w:lang w:val="de-CH"/>
              </w:rPr>
            </w:pPr>
            <w:proofErr w:type="spellStart"/>
            <w:r w:rsidRPr="00C03FB9">
              <w:rPr>
                <w:rFonts w:ascii="Arial" w:hAnsi="Arial" w:cs="Arial"/>
                <w:sz w:val="20"/>
                <w:szCs w:val="20"/>
                <w:lang w:val="de-CH"/>
              </w:rPr>
              <w:t>ÖV-</w:t>
            </w:r>
            <w:proofErr w:type="gramStart"/>
            <w:r w:rsidRPr="00C03FB9">
              <w:rPr>
                <w:rFonts w:ascii="Arial" w:hAnsi="Arial" w:cs="Arial"/>
                <w:sz w:val="20"/>
                <w:szCs w:val="20"/>
                <w:lang w:val="de-CH"/>
              </w:rPr>
              <w:t>Anbiete</w:t>
            </w:r>
            <w:r w:rsidR="00AD476E" w:rsidRPr="00C03FB9">
              <w:rPr>
                <w:rFonts w:ascii="Arial" w:hAnsi="Arial" w:cs="Arial"/>
                <w:sz w:val="20"/>
                <w:szCs w:val="20"/>
                <w:lang w:val="de-CH"/>
              </w:rPr>
              <w:t>r:innen</w:t>
            </w:r>
            <w:proofErr w:type="spellEnd"/>
            <w:proofErr w:type="gramEnd"/>
          </w:p>
        </w:tc>
        <w:tc>
          <w:tcPr>
            <w:tcW w:w="1842" w:type="dxa"/>
            <w:vAlign w:val="bottom"/>
          </w:tcPr>
          <w:p w14:paraId="4B072E81" w14:textId="077BCD9F"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Regionale Verkehrsbetriebe, Bahngesellschaft</w:t>
            </w:r>
          </w:p>
        </w:tc>
        <w:tc>
          <w:tcPr>
            <w:tcW w:w="1843" w:type="dxa"/>
            <w:vAlign w:val="bottom"/>
          </w:tcPr>
          <w:p w14:paraId="6D8FDFE8" w14:textId="4652F94A"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Kontakt Mobilitäts</w:t>
            </w:r>
            <w:r w:rsidR="00D57B7A" w:rsidRPr="00C03FB9">
              <w:rPr>
                <w:rFonts w:ascii="Arial" w:hAnsi="Arial" w:cs="Arial"/>
                <w:sz w:val="20"/>
                <w:szCs w:val="20"/>
                <w:lang w:val="de-CH"/>
              </w:rPr>
              <w:t>-</w:t>
            </w:r>
            <w:r w:rsidRPr="00C03FB9">
              <w:rPr>
                <w:rFonts w:ascii="Arial" w:hAnsi="Arial" w:cs="Arial"/>
                <w:sz w:val="20"/>
                <w:szCs w:val="20"/>
                <w:lang w:val="de-CH"/>
              </w:rPr>
              <w:t>management</w:t>
            </w:r>
          </w:p>
        </w:tc>
        <w:tc>
          <w:tcPr>
            <w:tcW w:w="2410" w:type="dxa"/>
            <w:vAlign w:val="bottom"/>
          </w:tcPr>
          <w:p w14:paraId="438DA757" w14:textId="1B3749C0"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Betrieb und Ausbau von ÖV-Angeboten</w:t>
            </w:r>
          </w:p>
        </w:tc>
        <w:tc>
          <w:tcPr>
            <w:tcW w:w="2410" w:type="dxa"/>
            <w:vAlign w:val="bottom"/>
          </w:tcPr>
          <w:p w14:paraId="2C59895A" w14:textId="3315129B"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Mehr Fahrgäste, besseres Angebot, Klimaschutz</w:t>
            </w:r>
          </w:p>
        </w:tc>
        <w:tc>
          <w:tcPr>
            <w:tcW w:w="2409" w:type="dxa"/>
            <w:vAlign w:val="bottom"/>
          </w:tcPr>
          <w:p w14:paraId="01F705E2" w14:textId="438ECEA5" w:rsidR="002A6987" w:rsidRPr="00C03FB9" w:rsidRDefault="002A6987" w:rsidP="002A6987">
            <w:pPr>
              <w:rPr>
                <w:rFonts w:ascii="Arial" w:hAnsi="Arial" w:cs="Arial"/>
                <w:sz w:val="20"/>
                <w:szCs w:val="20"/>
                <w:lang w:val="de-CH"/>
              </w:rPr>
            </w:pPr>
            <w:r w:rsidRPr="00C03FB9">
              <w:rPr>
                <w:rFonts w:ascii="Arial" w:hAnsi="Arial" w:cs="Arial"/>
                <w:sz w:val="20"/>
                <w:szCs w:val="20"/>
                <w:lang w:val="de-CH"/>
              </w:rPr>
              <w:t>Kosten für Betrieb, Konflikte um Finanzierung, Fahrplan</w:t>
            </w:r>
            <w:r w:rsidR="0058496E" w:rsidRPr="00C03FB9">
              <w:rPr>
                <w:rFonts w:ascii="Arial" w:hAnsi="Arial" w:cs="Arial"/>
                <w:sz w:val="20"/>
                <w:szCs w:val="20"/>
                <w:lang w:val="de-CH"/>
              </w:rPr>
              <w:t>-</w:t>
            </w:r>
            <w:proofErr w:type="spellStart"/>
            <w:r w:rsidRPr="00C03FB9">
              <w:rPr>
                <w:rFonts w:ascii="Arial" w:hAnsi="Arial" w:cs="Arial"/>
                <w:sz w:val="20"/>
                <w:szCs w:val="20"/>
                <w:lang w:val="de-CH"/>
              </w:rPr>
              <w:t>interessen</w:t>
            </w:r>
            <w:proofErr w:type="spellEnd"/>
          </w:p>
        </w:tc>
      </w:tr>
      <w:tr w:rsidR="00962FEB" w:rsidRPr="00C03FB9" w14:paraId="4C9878C0" w14:textId="77777777" w:rsidTr="00F2139F">
        <w:tc>
          <w:tcPr>
            <w:tcW w:w="1838" w:type="dxa"/>
            <w:vAlign w:val="bottom"/>
          </w:tcPr>
          <w:p w14:paraId="0AE6C60B" w14:textId="1F6A3A2C" w:rsidR="00F60091" w:rsidRPr="00C03FB9" w:rsidRDefault="00962FEB" w:rsidP="00F60091">
            <w:pPr>
              <w:rPr>
                <w:rFonts w:ascii="Arial" w:hAnsi="Arial" w:cs="Arial"/>
                <w:sz w:val="20"/>
                <w:szCs w:val="20"/>
                <w:lang w:val="de-CH"/>
              </w:rPr>
            </w:pPr>
            <w:r w:rsidRPr="00C03FB9">
              <w:rPr>
                <w:rFonts w:ascii="Arial" w:hAnsi="Arial" w:cs="Arial"/>
                <w:sz w:val="20"/>
                <w:szCs w:val="20"/>
                <w:lang w:val="de-CH"/>
              </w:rPr>
              <w:t>Gesellschaft</w:t>
            </w:r>
          </w:p>
        </w:tc>
        <w:tc>
          <w:tcPr>
            <w:tcW w:w="1706" w:type="dxa"/>
            <w:vAlign w:val="bottom"/>
          </w:tcPr>
          <w:p w14:paraId="524859C1" w14:textId="035F1F20" w:rsidR="00F60091" w:rsidRPr="00C03FB9" w:rsidRDefault="00F60091" w:rsidP="00F60091">
            <w:pPr>
              <w:rPr>
                <w:rFonts w:ascii="Arial" w:hAnsi="Arial" w:cs="Arial"/>
                <w:sz w:val="20"/>
                <w:szCs w:val="20"/>
                <w:lang w:val="de-CH"/>
              </w:rPr>
            </w:pPr>
            <w:r w:rsidRPr="00C03FB9">
              <w:rPr>
                <w:rFonts w:ascii="Arial" w:hAnsi="Arial" w:cs="Arial"/>
                <w:sz w:val="20"/>
                <w:szCs w:val="20"/>
                <w:lang w:val="de-CH"/>
              </w:rPr>
              <w:t>Einheimische</w:t>
            </w:r>
            <w:r w:rsidR="0058496E" w:rsidRPr="00C03FB9">
              <w:rPr>
                <w:rFonts w:ascii="Arial" w:hAnsi="Arial" w:cs="Arial"/>
                <w:sz w:val="20"/>
                <w:szCs w:val="20"/>
                <w:lang w:val="de-CH"/>
              </w:rPr>
              <w:t xml:space="preserve">, </w:t>
            </w:r>
            <w:r w:rsidRPr="00C03FB9">
              <w:rPr>
                <w:rFonts w:ascii="Arial" w:hAnsi="Arial" w:cs="Arial"/>
                <w:sz w:val="20"/>
                <w:szCs w:val="20"/>
                <w:lang w:val="de-CH"/>
              </w:rPr>
              <w:t>Bevölkerung</w:t>
            </w:r>
          </w:p>
        </w:tc>
        <w:tc>
          <w:tcPr>
            <w:tcW w:w="1842" w:type="dxa"/>
            <w:vAlign w:val="bottom"/>
          </w:tcPr>
          <w:p w14:paraId="3CA81F13" w14:textId="7B7074EE" w:rsidR="00F60091" w:rsidRPr="00C03FB9" w:rsidRDefault="00F60091" w:rsidP="00F60091">
            <w:pPr>
              <w:rPr>
                <w:rFonts w:ascii="Arial" w:hAnsi="Arial" w:cs="Arial"/>
                <w:sz w:val="20"/>
                <w:szCs w:val="20"/>
                <w:lang w:val="de-CH"/>
              </w:rPr>
            </w:pPr>
            <w:proofErr w:type="spellStart"/>
            <w:proofErr w:type="gramStart"/>
            <w:r w:rsidRPr="00C03FB9">
              <w:rPr>
                <w:rFonts w:ascii="Arial" w:hAnsi="Arial" w:cs="Arial"/>
                <w:sz w:val="20"/>
                <w:szCs w:val="20"/>
                <w:lang w:val="de-CH"/>
              </w:rPr>
              <w:t>Bewohner:innen</w:t>
            </w:r>
            <w:proofErr w:type="spellEnd"/>
            <w:proofErr w:type="gramEnd"/>
            <w:r w:rsidRPr="00C03FB9">
              <w:rPr>
                <w:rFonts w:ascii="Arial" w:hAnsi="Arial" w:cs="Arial"/>
                <w:sz w:val="20"/>
                <w:szCs w:val="20"/>
                <w:lang w:val="de-CH"/>
              </w:rPr>
              <w:t xml:space="preserve"> der Destination</w:t>
            </w:r>
          </w:p>
        </w:tc>
        <w:tc>
          <w:tcPr>
            <w:tcW w:w="1843" w:type="dxa"/>
            <w:vAlign w:val="bottom"/>
          </w:tcPr>
          <w:p w14:paraId="18BCED34" w14:textId="00469769" w:rsidR="00F60091" w:rsidRPr="00C03FB9" w:rsidRDefault="00F60091" w:rsidP="00F60091">
            <w:pPr>
              <w:rPr>
                <w:rFonts w:ascii="Arial" w:hAnsi="Arial" w:cs="Arial"/>
                <w:sz w:val="20"/>
                <w:szCs w:val="20"/>
                <w:lang w:val="de-CH"/>
              </w:rPr>
            </w:pPr>
            <w:r w:rsidRPr="00C03FB9">
              <w:rPr>
                <w:rFonts w:ascii="Arial" w:hAnsi="Arial" w:cs="Arial"/>
                <w:sz w:val="20"/>
                <w:szCs w:val="20"/>
                <w:lang w:val="de-CH"/>
              </w:rPr>
              <w:t>Vereine, Quartier</w:t>
            </w:r>
            <w:r w:rsidR="00D57B7A" w:rsidRPr="00C03FB9">
              <w:rPr>
                <w:rFonts w:ascii="Arial" w:hAnsi="Arial" w:cs="Arial"/>
                <w:sz w:val="20"/>
                <w:szCs w:val="20"/>
                <w:lang w:val="de-CH"/>
              </w:rPr>
              <w:t>-</w:t>
            </w:r>
            <w:r w:rsidRPr="00C03FB9">
              <w:rPr>
                <w:rFonts w:ascii="Arial" w:hAnsi="Arial" w:cs="Arial"/>
                <w:sz w:val="20"/>
                <w:szCs w:val="20"/>
                <w:lang w:val="de-CH"/>
              </w:rPr>
              <w:t>vertretungen</w:t>
            </w:r>
          </w:p>
        </w:tc>
        <w:tc>
          <w:tcPr>
            <w:tcW w:w="2410" w:type="dxa"/>
            <w:vAlign w:val="bottom"/>
          </w:tcPr>
          <w:p w14:paraId="22E49A71" w14:textId="2F86BDF5" w:rsidR="00F60091" w:rsidRPr="00C03FB9" w:rsidRDefault="00F60091" w:rsidP="00F60091">
            <w:pPr>
              <w:rPr>
                <w:rFonts w:ascii="Arial" w:hAnsi="Arial" w:cs="Arial"/>
                <w:sz w:val="20"/>
                <w:szCs w:val="20"/>
                <w:lang w:val="de-CH"/>
              </w:rPr>
            </w:pPr>
            <w:r w:rsidRPr="00C03FB9">
              <w:rPr>
                <w:rFonts w:ascii="Arial" w:hAnsi="Arial" w:cs="Arial"/>
                <w:sz w:val="20"/>
                <w:szCs w:val="20"/>
                <w:lang w:val="de-CH"/>
              </w:rPr>
              <w:t>Direkte Nutzung der Verkehrsinfrastruktur</w:t>
            </w:r>
          </w:p>
        </w:tc>
        <w:tc>
          <w:tcPr>
            <w:tcW w:w="2410" w:type="dxa"/>
            <w:vAlign w:val="bottom"/>
          </w:tcPr>
          <w:p w14:paraId="37059D85" w14:textId="5F323246" w:rsidR="00F60091" w:rsidRPr="00C03FB9" w:rsidRDefault="00F60091" w:rsidP="00F60091">
            <w:pPr>
              <w:rPr>
                <w:rFonts w:ascii="Arial" w:hAnsi="Arial" w:cs="Arial"/>
                <w:sz w:val="20"/>
                <w:szCs w:val="20"/>
                <w:lang w:val="de-CH"/>
              </w:rPr>
            </w:pPr>
            <w:r w:rsidRPr="00C03FB9">
              <w:rPr>
                <w:rFonts w:ascii="Arial" w:hAnsi="Arial" w:cs="Arial"/>
                <w:sz w:val="20"/>
                <w:szCs w:val="20"/>
                <w:lang w:val="de-CH"/>
              </w:rPr>
              <w:t>Lebensqualität, weniger Lärm/Abgase, sichere Wege</w:t>
            </w:r>
          </w:p>
        </w:tc>
        <w:tc>
          <w:tcPr>
            <w:tcW w:w="2409" w:type="dxa"/>
            <w:vAlign w:val="bottom"/>
          </w:tcPr>
          <w:p w14:paraId="6D78C131" w14:textId="23BF9234" w:rsidR="00F60091" w:rsidRPr="00C03FB9" w:rsidRDefault="00F60091" w:rsidP="00F60091">
            <w:pPr>
              <w:rPr>
                <w:rFonts w:ascii="Arial" w:hAnsi="Arial" w:cs="Arial"/>
                <w:sz w:val="20"/>
                <w:szCs w:val="20"/>
                <w:lang w:val="de-CH"/>
              </w:rPr>
            </w:pPr>
            <w:r w:rsidRPr="00C03FB9">
              <w:rPr>
                <w:rFonts w:ascii="Arial" w:hAnsi="Arial" w:cs="Arial"/>
                <w:sz w:val="20"/>
                <w:szCs w:val="20"/>
                <w:lang w:val="de-CH"/>
              </w:rPr>
              <w:t>Befürchtung von Einschränkungen, höhere Kosten, Parkplatzmangel</w:t>
            </w:r>
          </w:p>
        </w:tc>
      </w:tr>
      <w:tr w:rsidR="00962FEB" w:rsidRPr="00C03FB9" w14:paraId="1CCB615A" w14:textId="77777777" w:rsidTr="00F2139F">
        <w:tc>
          <w:tcPr>
            <w:tcW w:w="1838" w:type="dxa"/>
            <w:vAlign w:val="bottom"/>
          </w:tcPr>
          <w:p w14:paraId="105D32A6" w14:textId="26606844" w:rsidR="00DB019D" w:rsidRPr="00C03FB9" w:rsidRDefault="00962FEB" w:rsidP="00DB019D">
            <w:pPr>
              <w:rPr>
                <w:rFonts w:ascii="Arial" w:hAnsi="Arial" w:cs="Arial"/>
                <w:sz w:val="20"/>
                <w:szCs w:val="20"/>
                <w:lang w:val="de-CH"/>
              </w:rPr>
            </w:pPr>
            <w:r w:rsidRPr="00C03FB9">
              <w:rPr>
                <w:rFonts w:ascii="Arial" w:hAnsi="Arial" w:cs="Arial"/>
                <w:sz w:val="20"/>
                <w:szCs w:val="20"/>
                <w:lang w:val="de-CH"/>
              </w:rPr>
              <w:t>Gesellschaft</w:t>
            </w:r>
          </w:p>
        </w:tc>
        <w:tc>
          <w:tcPr>
            <w:tcW w:w="1706" w:type="dxa"/>
            <w:vAlign w:val="bottom"/>
          </w:tcPr>
          <w:p w14:paraId="626CB610" w14:textId="3CB2A6F9" w:rsidR="00DB019D" w:rsidRPr="00C03FB9" w:rsidRDefault="00DB019D" w:rsidP="00DB019D">
            <w:pPr>
              <w:rPr>
                <w:rFonts w:ascii="Arial" w:hAnsi="Arial" w:cs="Arial"/>
                <w:sz w:val="20"/>
                <w:szCs w:val="20"/>
                <w:lang w:val="de-CH"/>
              </w:rPr>
            </w:pPr>
            <w:r w:rsidRPr="00C03FB9">
              <w:rPr>
                <w:rFonts w:ascii="Arial" w:hAnsi="Arial" w:cs="Arial"/>
                <w:sz w:val="20"/>
                <w:szCs w:val="20"/>
                <w:lang w:val="de-CH"/>
              </w:rPr>
              <w:t>Gäste</w:t>
            </w:r>
            <w:r w:rsidR="00FF5F5F" w:rsidRPr="00C03FB9">
              <w:rPr>
                <w:rFonts w:ascii="Arial" w:hAnsi="Arial" w:cs="Arial"/>
                <w:sz w:val="20"/>
                <w:szCs w:val="20"/>
                <w:lang w:val="de-CH"/>
              </w:rPr>
              <w:t>, Zweitheimische</w:t>
            </w:r>
          </w:p>
        </w:tc>
        <w:tc>
          <w:tcPr>
            <w:tcW w:w="1842" w:type="dxa"/>
            <w:vAlign w:val="bottom"/>
          </w:tcPr>
          <w:p w14:paraId="7F9160A5" w14:textId="3032E071" w:rsidR="00DB019D" w:rsidRPr="00C03FB9" w:rsidRDefault="00DB019D" w:rsidP="00DB019D">
            <w:pPr>
              <w:rPr>
                <w:rFonts w:ascii="Arial" w:hAnsi="Arial" w:cs="Arial"/>
                <w:sz w:val="20"/>
                <w:szCs w:val="20"/>
                <w:lang w:val="de-CH"/>
              </w:rPr>
            </w:pPr>
            <w:proofErr w:type="spellStart"/>
            <w:proofErr w:type="gramStart"/>
            <w:r w:rsidRPr="00C03FB9">
              <w:rPr>
                <w:rFonts w:ascii="Arial" w:hAnsi="Arial" w:cs="Arial"/>
                <w:sz w:val="20"/>
                <w:szCs w:val="20"/>
                <w:lang w:val="de-CH"/>
              </w:rPr>
              <w:t>Besucher:innen</w:t>
            </w:r>
            <w:proofErr w:type="spellEnd"/>
            <w:proofErr w:type="gramEnd"/>
          </w:p>
        </w:tc>
        <w:tc>
          <w:tcPr>
            <w:tcW w:w="1843" w:type="dxa"/>
            <w:vAlign w:val="bottom"/>
          </w:tcPr>
          <w:p w14:paraId="07359C2C" w14:textId="7B3ED722" w:rsidR="00DB019D" w:rsidRPr="00C03FB9" w:rsidRDefault="00DB019D" w:rsidP="00DB019D">
            <w:pPr>
              <w:rPr>
                <w:rFonts w:ascii="Arial" w:hAnsi="Arial" w:cs="Arial"/>
                <w:sz w:val="20"/>
                <w:szCs w:val="20"/>
                <w:lang w:val="de-CH"/>
              </w:rPr>
            </w:pPr>
            <w:r w:rsidRPr="00C03FB9">
              <w:rPr>
                <w:rFonts w:ascii="Arial" w:hAnsi="Arial" w:cs="Arial"/>
                <w:sz w:val="20"/>
                <w:szCs w:val="20"/>
                <w:lang w:val="de-CH"/>
              </w:rPr>
              <w:t>Tourismus</w:t>
            </w:r>
            <w:r w:rsidR="0064216C" w:rsidRPr="00C03FB9">
              <w:rPr>
                <w:rFonts w:ascii="Arial" w:hAnsi="Arial" w:cs="Arial"/>
                <w:sz w:val="20"/>
                <w:szCs w:val="20"/>
                <w:lang w:val="de-CH"/>
              </w:rPr>
              <w:t>-</w:t>
            </w:r>
            <w:r w:rsidRPr="00C03FB9">
              <w:rPr>
                <w:rFonts w:ascii="Arial" w:hAnsi="Arial" w:cs="Arial"/>
                <w:sz w:val="20"/>
                <w:szCs w:val="20"/>
                <w:lang w:val="de-CH"/>
              </w:rPr>
              <w:t>information</w:t>
            </w:r>
            <w:r w:rsidR="00A237F2" w:rsidRPr="00C03FB9">
              <w:rPr>
                <w:rFonts w:ascii="Arial" w:hAnsi="Arial" w:cs="Arial"/>
                <w:sz w:val="20"/>
                <w:szCs w:val="20"/>
                <w:lang w:val="de-CH"/>
              </w:rPr>
              <w:t>, Organisation von Zweitheimischen</w:t>
            </w:r>
          </w:p>
        </w:tc>
        <w:tc>
          <w:tcPr>
            <w:tcW w:w="2410" w:type="dxa"/>
            <w:vAlign w:val="bottom"/>
          </w:tcPr>
          <w:p w14:paraId="2EB4EBC6" w14:textId="67EB8588" w:rsidR="00DB019D" w:rsidRPr="00C03FB9" w:rsidRDefault="00DB019D" w:rsidP="00DB019D">
            <w:pPr>
              <w:rPr>
                <w:rFonts w:ascii="Arial" w:hAnsi="Arial" w:cs="Arial"/>
                <w:sz w:val="20"/>
                <w:szCs w:val="20"/>
                <w:lang w:val="de-CH"/>
              </w:rPr>
            </w:pPr>
            <w:r w:rsidRPr="00C03FB9">
              <w:rPr>
                <w:rFonts w:ascii="Arial" w:hAnsi="Arial" w:cs="Arial"/>
                <w:sz w:val="20"/>
                <w:szCs w:val="20"/>
                <w:lang w:val="de-CH"/>
              </w:rPr>
              <w:t>Nutzung von Mobilitätsangeboten während des Aufenthalts</w:t>
            </w:r>
          </w:p>
        </w:tc>
        <w:tc>
          <w:tcPr>
            <w:tcW w:w="2410" w:type="dxa"/>
            <w:vAlign w:val="bottom"/>
          </w:tcPr>
          <w:p w14:paraId="6DC5CFB6" w14:textId="516EACC3" w:rsidR="00DB019D" w:rsidRPr="00C03FB9" w:rsidRDefault="00DB019D" w:rsidP="00DB019D">
            <w:pPr>
              <w:rPr>
                <w:rFonts w:ascii="Arial" w:hAnsi="Arial" w:cs="Arial"/>
                <w:sz w:val="20"/>
                <w:szCs w:val="20"/>
                <w:lang w:val="de-CH"/>
              </w:rPr>
            </w:pPr>
            <w:r w:rsidRPr="00C03FB9">
              <w:rPr>
                <w:rFonts w:ascii="Arial" w:hAnsi="Arial" w:cs="Arial"/>
                <w:sz w:val="20"/>
                <w:szCs w:val="20"/>
                <w:lang w:val="de-CH"/>
              </w:rPr>
              <w:t>Einfache, günstige und nachhaltige Mobilität (z.B. Gästekarte mit ÖV)</w:t>
            </w:r>
          </w:p>
        </w:tc>
        <w:tc>
          <w:tcPr>
            <w:tcW w:w="2409" w:type="dxa"/>
            <w:vAlign w:val="bottom"/>
          </w:tcPr>
          <w:p w14:paraId="58BE6F94" w14:textId="1DE6A66F" w:rsidR="00DB019D" w:rsidRPr="00C03FB9" w:rsidRDefault="00DB019D" w:rsidP="00DB019D">
            <w:pPr>
              <w:rPr>
                <w:rFonts w:ascii="Arial" w:hAnsi="Arial" w:cs="Arial"/>
                <w:sz w:val="20"/>
                <w:szCs w:val="20"/>
                <w:lang w:val="de-CH"/>
              </w:rPr>
            </w:pPr>
            <w:r w:rsidRPr="00C03FB9">
              <w:rPr>
                <w:rFonts w:ascii="Arial" w:hAnsi="Arial" w:cs="Arial"/>
                <w:sz w:val="20"/>
                <w:szCs w:val="20"/>
                <w:lang w:val="de-CH"/>
              </w:rPr>
              <w:t>Komplexität, mangelnde Information, eingeschränkter Komfort</w:t>
            </w:r>
          </w:p>
        </w:tc>
      </w:tr>
      <w:tr w:rsidR="00657266" w:rsidRPr="00C03FB9" w14:paraId="0865E26A" w14:textId="77777777" w:rsidTr="00F2139F">
        <w:tc>
          <w:tcPr>
            <w:tcW w:w="1838" w:type="dxa"/>
            <w:vAlign w:val="bottom"/>
          </w:tcPr>
          <w:p w14:paraId="075EE0FD" w14:textId="77777777" w:rsidR="008D06B3" w:rsidRPr="00C03FB9" w:rsidRDefault="008D06B3" w:rsidP="00660235">
            <w:pPr>
              <w:rPr>
                <w:rFonts w:ascii="Arial" w:hAnsi="Arial" w:cs="Arial"/>
                <w:sz w:val="20"/>
                <w:szCs w:val="20"/>
                <w:lang w:val="de-CH"/>
              </w:rPr>
            </w:pPr>
          </w:p>
          <w:p w14:paraId="73C49AFB" w14:textId="77777777" w:rsidR="008D06B3" w:rsidRPr="00C03FB9" w:rsidRDefault="008D06B3" w:rsidP="00660235">
            <w:pPr>
              <w:rPr>
                <w:rFonts w:ascii="Arial" w:hAnsi="Arial" w:cs="Arial"/>
                <w:sz w:val="20"/>
                <w:szCs w:val="20"/>
                <w:lang w:val="de-CH"/>
              </w:rPr>
            </w:pPr>
          </w:p>
          <w:p w14:paraId="12A6072E" w14:textId="5DE9F764" w:rsidR="00660235" w:rsidRPr="00C03FB9" w:rsidRDefault="00962FEB" w:rsidP="00660235">
            <w:pPr>
              <w:rPr>
                <w:rFonts w:ascii="Arial" w:hAnsi="Arial" w:cs="Arial"/>
                <w:sz w:val="20"/>
                <w:szCs w:val="20"/>
                <w:lang w:val="de-CH"/>
              </w:rPr>
            </w:pPr>
            <w:r w:rsidRPr="00C03FB9">
              <w:rPr>
                <w:rFonts w:ascii="Arial" w:hAnsi="Arial" w:cs="Arial"/>
                <w:sz w:val="20"/>
                <w:szCs w:val="20"/>
                <w:lang w:val="de-CH"/>
              </w:rPr>
              <w:t>Wirtschaft</w:t>
            </w:r>
          </w:p>
        </w:tc>
        <w:tc>
          <w:tcPr>
            <w:tcW w:w="1706" w:type="dxa"/>
            <w:vAlign w:val="bottom"/>
          </w:tcPr>
          <w:p w14:paraId="066E37CC" w14:textId="7CAAE870" w:rsidR="00660235" w:rsidRPr="00C03FB9" w:rsidRDefault="00660235" w:rsidP="00660235">
            <w:pPr>
              <w:rPr>
                <w:rFonts w:ascii="Arial" w:hAnsi="Arial" w:cs="Arial"/>
                <w:sz w:val="20"/>
                <w:szCs w:val="20"/>
                <w:lang w:val="de-CH"/>
              </w:rPr>
            </w:pPr>
            <w:r w:rsidRPr="00C03FB9">
              <w:rPr>
                <w:rFonts w:ascii="Arial" w:hAnsi="Arial" w:cs="Arial"/>
                <w:sz w:val="20"/>
                <w:szCs w:val="20"/>
                <w:lang w:val="de-CH"/>
              </w:rPr>
              <w:t>Tourismus</w:t>
            </w:r>
            <w:r w:rsidR="00657266" w:rsidRPr="00C03FB9">
              <w:rPr>
                <w:rFonts w:ascii="Arial" w:hAnsi="Arial" w:cs="Arial"/>
                <w:sz w:val="20"/>
                <w:szCs w:val="20"/>
                <w:lang w:val="de-CH"/>
              </w:rPr>
              <w:t>-</w:t>
            </w:r>
            <w:r w:rsidRPr="00C03FB9">
              <w:rPr>
                <w:rFonts w:ascii="Arial" w:hAnsi="Arial" w:cs="Arial"/>
                <w:sz w:val="20"/>
                <w:szCs w:val="20"/>
                <w:lang w:val="de-CH"/>
              </w:rPr>
              <w:t>betriebe</w:t>
            </w:r>
          </w:p>
        </w:tc>
        <w:tc>
          <w:tcPr>
            <w:tcW w:w="1842" w:type="dxa"/>
            <w:vAlign w:val="bottom"/>
          </w:tcPr>
          <w:p w14:paraId="4D5F368B" w14:textId="7B554229" w:rsidR="00660235" w:rsidRPr="00C03FB9" w:rsidRDefault="00660235" w:rsidP="00660235">
            <w:pPr>
              <w:rPr>
                <w:rFonts w:ascii="Arial" w:hAnsi="Arial" w:cs="Arial"/>
                <w:sz w:val="20"/>
                <w:szCs w:val="20"/>
                <w:lang w:val="de-CH"/>
              </w:rPr>
            </w:pPr>
            <w:r w:rsidRPr="00C03FB9">
              <w:rPr>
                <w:rFonts w:ascii="Arial" w:hAnsi="Arial" w:cs="Arial"/>
                <w:sz w:val="20"/>
                <w:szCs w:val="20"/>
                <w:lang w:val="de-CH"/>
              </w:rPr>
              <w:t>Hotels, Bergbahnen, Gastronomie</w:t>
            </w:r>
          </w:p>
        </w:tc>
        <w:tc>
          <w:tcPr>
            <w:tcW w:w="1843" w:type="dxa"/>
            <w:vAlign w:val="bottom"/>
          </w:tcPr>
          <w:p w14:paraId="58BC5D7E" w14:textId="444D2735" w:rsidR="00660235" w:rsidRPr="00C03FB9" w:rsidRDefault="00660235" w:rsidP="00660235">
            <w:pPr>
              <w:rPr>
                <w:rFonts w:ascii="Arial" w:hAnsi="Arial" w:cs="Arial"/>
                <w:sz w:val="20"/>
                <w:szCs w:val="20"/>
                <w:lang w:val="de-CH"/>
              </w:rPr>
            </w:pPr>
            <w:proofErr w:type="gramStart"/>
            <w:r w:rsidRPr="00C03FB9">
              <w:rPr>
                <w:rFonts w:ascii="Arial" w:hAnsi="Arial" w:cs="Arial"/>
                <w:sz w:val="20"/>
                <w:szCs w:val="20"/>
                <w:lang w:val="de-CH"/>
              </w:rPr>
              <w:t>Geschäftsführer</w:t>
            </w:r>
            <w:r w:rsidR="00723D36" w:rsidRPr="00C03FB9">
              <w:rPr>
                <w:rFonts w:ascii="Arial" w:hAnsi="Arial" w:cs="Arial"/>
                <w:sz w:val="20"/>
                <w:szCs w:val="20"/>
                <w:lang w:val="de-CH"/>
              </w:rPr>
              <w:t>:</w:t>
            </w:r>
            <w:r w:rsidR="007516F1" w:rsidRPr="00C03FB9">
              <w:rPr>
                <w:rFonts w:ascii="Arial" w:hAnsi="Arial" w:cs="Arial"/>
                <w:sz w:val="20"/>
                <w:szCs w:val="20"/>
                <w:lang w:val="de-CH"/>
              </w:rPr>
              <w:t>-</w:t>
            </w:r>
            <w:proofErr w:type="gramEnd"/>
            <w:r w:rsidRPr="00C03FB9">
              <w:rPr>
                <w:rFonts w:ascii="Arial" w:hAnsi="Arial" w:cs="Arial"/>
                <w:sz w:val="20"/>
                <w:szCs w:val="20"/>
                <w:lang w:val="de-CH"/>
              </w:rPr>
              <w:t>innen / Verbände</w:t>
            </w:r>
          </w:p>
        </w:tc>
        <w:tc>
          <w:tcPr>
            <w:tcW w:w="2410" w:type="dxa"/>
            <w:vAlign w:val="bottom"/>
          </w:tcPr>
          <w:p w14:paraId="4D5B934C" w14:textId="4B06183E" w:rsidR="00660235" w:rsidRPr="00C03FB9" w:rsidRDefault="00660235" w:rsidP="00660235">
            <w:pPr>
              <w:rPr>
                <w:rFonts w:ascii="Arial" w:hAnsi="Arial" w:cs="Arial"/>
                <w:sz w:val="20"/>
                <w:szCs w:val="20"/>
                <w:lang w:val="de-CH"/>
              </w:rPr>
            </w:pPr>
            <w:r w:rsidRPr="00C03FB9">
              <w:rPr>
                <w:rFonts w:ascii="Arial" w:hAnsi="Arial" w:cs="Arial"/>
                <w:sz w:val="20"/>
                <w:szCs w:val="20"/>
                <w:lang w:val="de-CH"/>
              </w:rPr>
              <w:t>Angebotsgestaltung und Gästetransport</w:t>
            </w:r>
          </w:p>
        </w:tc>
        <w:tc>
          <w:tcPr>
            <w:tcW w:w="2410" w:type="dxa"/>
            <w:vAlign w:val="bottom"/>
          </w:tcPr>
          <w:p w14:paraId="4D2EB35C" w14:textId="43DCF0F8" w:rsidR="00660235" w:rsidRPr="00C03FB9" w:rsidRDefault="00660235" w:rsidP="00660235">
            <w:pPr>
              <w:rPr>
                <w:rFonts w:ascii="Arial" w:hAnsi="Arial" w:cs="Arial"/>
                <w:sz w:val="20"/>
                <w:szCs w:val="20"/>
                <w:lang w:val="de-CH"/>
              </w:rPr>
            </w:pPr>
            <w:r w:rsidRPr="00C03FB9">
              <w:rPr>
                <w:rFonts w:ascii="Arial" w:hAnsi="Arial" w:cs="Arial"/>
                <w:sz w:val="20"/>
                <w:szCs w:val="20"/>
                <w:lang w:val="de-CH"/>
              </w:rPr>
              <w:t>Attraktive Erreichbarkeit, zusätzliche Gäste durch gute ÖV-Anbindung</w:t>
            </w:r>
          </w:p>
        </w:tc>
        <w:tc>
          <w:tcPr>
            <w:tcW w:w="2409" w:type="dxa"/>
            <w:vAlign w:val="bottom"/>
          </w:tcPr>
          <w:p w14:paraId="13A3A7B7" w14:textId="0E1529E5" w:rsidR="00660235" w:rsidRPr="00C03FB9" w:rsidRDefault="00660235" w:rsidP="00660235">
            <w:pPr>
              <w:rPr>
                <w:rFonts w:ascii="Arial" w:hAnsi="Arial" w:cs="Arial"/>
                <w:sz w:val="20"/>
                <w:szCs w:val="20"/>
                <w:lang w:val="de-CH"/>
              </w:rPr>
            </w:pPr>
            <w:r w:rsidRPr="00C03FB9">
              <w:rPr>
                <w:rFonts w:ascii="Arial" w:hAnsi="Arial" w:cs="Arial"/>
                <w:sz w:val="20"/>
                <w:szCs w:val="20"/>
                <w:lang w:val="de-CH"/>
              </w:rPr>
              <w:t>Kosten für Beteiligung, Angst vor Nachteilen bei Einschränkungen für Autoanreise</w:t>
            </w:r>
          </w:p>
        </w:tc>
      </w:tr>
      <w:tr w:rsidR="00657266" w:rsidRPr="00C03FB9" w14:paraId="01CFE639" w14:textId="77777777" w:rsidTr="00F2139F">
        <w:tc>
          <w:tcPr>
            <w:tcW w:w="1838" w:type="dxa"/>
            <w:vAlign w:val="bottom"/>
          </w:tcPr>
          <w:p w14:paraId="0D57E71D" w14:textId="57E155D7" w:rsidR="00814358" w:rsidRPr="00C03FB9" w:rsidRDefault="00962FEB" w:rsidP="00814358">
            <w:pPr>
              <w:rPr>
                <w:rFonts w:ascii="Arial" w:hAnsi="Arial" w:cs="Arial"/>
                <w:sz w:val="20"/>
                <w:szCs w:val="20"/>
                <w:lang w:val="de-CH"/>
              </w:rPr>
            </w:pPr>
            <w:r w:rsidRPr="00C03FB9">
              <w:rPr>
                <w:rFonts w:ascii="Arial" w:hAnsi="Arial" w:cs="Arial"/>
                <w:sz w:val="20"/>
                <w:szCs w:val="20"/>
                <w:lang w:val="de-CH"/>
              </w:rPr>
              <w:t>Wirtschaft</w:t>
            </w:r>
          </w:p>
        </w:tc>
        <w:tc>
          <w:tcPr>
            <w:tcW w:w="1706" w:type="dxa"/>
            <w:vAlign w:val="bottom"/>
          </w:tcPr>
          <w:p w14:paraId="0049EB40" w14:textId="076D399B" w:rsidR="00814358" w:rsidRPr="00C03FB9" w:rsidRDefault="00657266" w:rsidP="00814358">
            <w:pPr>
              <w:rPr>
                <w:rFonts w:ascii="Arial" w:hAnsi="Arial" w:cs="Arial"/>
                <w:sz w:val="20"/>
                <w:szCs w:val="20"/>
                <w:lang w:val="de-CH"/>
              </w:rPr>
            </w:pPr>
            <w:r w:rsidRPr="00C03FB9">
              <w:rPr>
                <w:rFonts w:ascii="Arial" w:hAnsi="Arial" w:cs="Arial"/>
                <w:sz w:val="20"/>
                <w:szCs w:val="20"/>
                <w:lang w:val="de-CH"/>
              </w:rPr>
              <w:t>Gewerbe</w:t>
            </w:r>
            <w:r w:rsidR="009317D9" w:rsidRPr="00C03FB9">
              <w:rPr>
                <w:rFonts w:ascii="Arial" w:hAnsi="Arial" w:cs="Arial"/>
                <w:sz w:val="20"/>
                <w:szCs w:val="20"/>
                <w:lang w:val="de-CH"/>
              </w:rPr>
              <w:t>,</w:t>
            </w:r>
            <w:r w:rsidRPr="00C03FB9">
              <w:rPr>
                <w:rFonts w:ascii="Arial" w:hAnsi="Arial" w:cs="Arial"/>
                <w:sz w:val="20"/>
                <w:szCs w:val="20"/>
                <w:lang w:val="de-CH"/>
              </w:rPr>
              <w:t xml:space="preserve"> </w:t>
            </w:r>
            <w:r w:rsidR="00814358" w:rsidRPr="00C03FB9">
              <w:rPr>
                <w:rFonts w:ascii="Arial" w:hAnsi="Arial" w:cs="Arial"/>
                <w:sz w:val="20"/>
                <w:szCs w:val="20"/>
                <w:lang w:val="de-CH"/>
              </w:rPr>
              <w:t>Unternehmen</w:t>
            </w:r>
          </w:p>
        </w:tc>
        <w:tc>
          <w:tcPr>
            <w:tcW w:w="1842" w:type="dxa"/>
            <w:vAlign w:val="bottom"/>
          </w:tcPr>
          <w:p w14:paraId="2ED2B411" w14:textId="06A63887" w:rsidR="00814358" w:rsidRPr="00C03FB9" w:rsidRDefault="00814358" w:rsidP="00814358">
            <w:pPr>
              <w:rPr>
                <w:rFonts w:ascii="Arial" w:hAnsi="Arial" w:cs="Arial"/>
                <w:sz w:val="20"/>
                <w:szCs w:val="20"/>
                <w:lang w:val="de-CH"/>
              </w:rPr>
            </w:pPr>
            <w:r w:rsidRPr="00C03FB9">
              <w:rPr>
                <w:rFonts w:ascii="Arial" w:hAnsi="Arial" w:cs="Arial"/>
                <w:sz w:val="20"/>
                <w:szCs w:val="20"/>
                <w:lang w:val="de-CH"/>
              </w:rPr>
              <w:t>Regionale Betriebe, Handelskammern</w:t>
            </w:r>
          </w:p>
        </w:tc>
        <w:tc>
          <w:tcPr>
            <w:tcW w:w="1843" w:type="dxa"/>
            <w:vAlign w:val="bottom"/>
          </w:tcPr>
          <w:p w14:paraId="159963B9" w14:textId="5AD7CC2B" w:rsidR="009317D9" w:rsidRPr="00C03FB9" w:rsidRDefault="009317D9" w:rsidP="00814358">
            <w:pPr>
              <w:rPr>
                <w:rFonts w:ascii="Arial" w:hAnsi="Arial" w:cs="Arial"/>
                <w:sz w:val="20"/>
                <w:szCs w:val="20"/>
                <w:lang w:val="de-CH"/>
              </w:rPr>
            </w:pPr>
            <w:r w:rsidRPr="00C03FB9">
              <w:rPr>
                <w:rFonts w:ascii="Arial" w:hAnsi="Arial" w:cs="Arial"/>
                <w:sz w:val="20"/>
                <w:szCs w:val="20"/>
                <w:lang w:val="de-CH"/>
              </w:rPr>
              <w:t xml:space="preserve">Einzelne Betriebe, </w:t>
            </w:r>
          </w:p>
          <w:p w14:paraId="6452C465" w14:textId="39DF08B5" w:rsidR="00814358" w:rsidRPr="00C03FB9" w:rsidRDefault="00814358" w:rsidP="00814358">
            <w:pPr>
              <w:rPr>
                <w:rFonts w:ascii="Arial" w:hAnsi="Arial" w:cs="Arial"/>
                <w:sz w:val="20"/>
                <w:szCs w:val="20"/>
                <w:lang w:val="de-CH"/>
              </w:rPr>
            </w:pPr>
            <w:r w:rsidRPr="00C03FB9">
              <w:rPr>
                <w:rFonts w:ascii="Arial" w:hAnsi="Arial" w:cs="Arial"/>
                <w:sz w:val="20"/>
                <w:szCs w:val="20"/>
                <w:lang w:val="de-CH"/>
              </w:rPr>
              <w:t>Kontaktstelle Wirtschafts</w:t>
            </w:r>
            <w:r w:rsidR="007516F1" w:rsidRPr="00C03FB9">
              <w:rPr>
                <w:rFonts w:ascii="Arial" w:hAnsi="Arial" w:cs="Arial"/>
                <w:sz w:val="20"/>
                <w:szCs w:val="20"/>
                <w:lang w:val="de-CH"/>
              </w:rPr>
              <w:t>-</w:t>
            </w:r>
            <w:r w:rsidRPr="00C03FB9">
              <w:rPr>
                <w:rFonts w:ascii="Arial" w:hAnsi="Arial" w:cs="Arial"/>
                <w:sz w:val="20"/>
                <w:szCs w:val="20"/>
                <w:lang w:val="de-CH"/>
              </w:rPr>
              <w:t>förderung</w:t>
            </w:r>
          </w:p>
        </w:tc>
        <w:tc>
          <w:tcPr>
            <w:tcW w:w="2410" w:type="dxa"/>
            <w:vAlign w:val="bottom"/>
          </w:tcPr>
          <w:p w14:paraId="56454536" w14:textId="00406A23" w:rsidR="00814358" w:rsidRPr="00C03FB9" w:rsidRDefault="00814358" w:rsidP="00814358">
            <w:pPr>
              <w:rPr>
                <w:rFonts w:ascii="Arial" w:hAnsi="Arial" w:cs="Arial"/>
                <w:sz w:val="20"/>
                <w:szCs w:val="20"/>
                <w:lang w:val="de-CH"/>
              </w:rPr>
            </w:pPr>
            <w:r w:rsidRPr="00C03FB9">
              <w:rPr>
                <w:rFonts w:ascii="Arial" w:hAnsi="Arial" w:cs="Arial"/>
                <w:sz w:val="20"/>
                <w:szCs w:val="20"/>
                <w:lang w:val="de-CH"/>
              </w:rPr>
              <w:t>Mitarbeite</w:t>
            </w:r>
            <w:r w:rsidR="009317D9" w:rsidRPr="00C03FB9">
              <w:rPr>
                <w:rFonts w:ascii="Arial" w:hAnsi="Arial" w:cs="Arial"/>
                <w:sz w:val="20"/>
                <w:szCs w:val="20"/>
                <w:lang w:val="de-CH"/>
              </w:rPr>
              <w:t>nden</w:t>
            </w:r>
            <w:r w:rsidRPr="00C03FB9">
              <w:rPr>
                <w:rFonts w:ascii="Arial" w:hAnsi="Arial" w:cs="Arial"/>
                <w:sz w:val="20"/>
                <w:szCs w:val="20"/>
                <w:lang w:val="de-CH"/>
              </w:rPr>
              <w:t>- und Kundenmobilität</w:t>
            </w:r>
          </w:p>
        </w:tc>
        <w:tc>
          <w:tcPr>
            <w:tcW w:w="2410" w:type="dxa"/>
            <w:vAlign w:val="bottom"/>
          </w:tcPr>
          <w:p w14:paraId="3A7CFF63" w14:textId="6F4BCD3A" w:rsidR="00814358" w:rsidRPr="00C03FB9" w:rsidRDefault="00814358" w:rsidP="00814358">
            <w:pPr>
              <w:rPr>
                <w:rFonts w:ascii="Arial" w:hAnsi="Arial" w:cs="Arial"/>
                <w:sz w:val="20"/>
                <w:szCs w:val="20"/>
                <w:lang w:val="de-CH"/>
              </w:rPr>
            </w:pPr>
            <w:r w:rsidRPr="00C03FB9">
              <w:rPr>
                <w:rFonts w:ascii="Arial" w:hAnsi="Arial" w:cs="Arial"/>
                <w:sz w:val="20"/>
                <w:szCs w:val="20"/>
                <w:lang w:val="de-CH"/>
              </w:rPr>
              <w:t>Erreichbarkeit für Kundschaft und Lieferungen</w:t>
            </w:r>
          </w:p>
        </w:tc>
        <w:tc>
          <w:tcPr>
            <w:tcW w:w="2409" w:type="dxa"/>
            <w:vAlign w:val="bottom"/>
          </w:tcPr>
          <w:p w14:paraId="685E397A" w14:textId="4A0D15F7" w:rsidR="00814358" w:rsidRPr="00C03FB9" w:rsidRDefault="00814358" w:rsidP="00814358">
            <w:pPr>
              <w:rPr>
                <w:rFonts w:ascii="Arial" w:hAnsi="Arial" w:cs="Arial"/>
                <w:sz w:val="20"/>
                <w:szCs w:val="20"/>
                <w:lang w:val="de-CH"/>
              </w:rPr>
            </w:pPr>
            <w:r w:rsidRPr="00C03FB9">
              <w:rPr>
                <w:rFonts w:ascii="Arial" w:hAnsi="Arial" w:cs="Arial"/>
                <w:sz w:val="20"/>
                <w:szCs w:val="20"/>
                <w:lang w:val="de-CH"/>
              </w:rPr>
              <w:t>Mehrkosten durch Auflagen, längere Transportwege</w:t>
            </w:r>
          </w:p>
        </w:tc>
      </w:tr>
      <w:tr w:rsidR="00657266" w:rsidRPr="00C03FB9" w14:paraId="502D5C40" w14:textId="77777777" w:rsidTr="00F2139F">
        <w:tc>
          <w:tcPr>
            <w:tcW w:w="1838" w:type="dxa"/>
            <w:vAlign w:val="bottom"/>
          </w:tcPr>
          <w:p w14:paraId="3E93B748" w14:textId="6118E619" w:rsidR="00887B0C" w:rsidRPr="00C03FB9" w:rsidRDefault="00887B0C" w:rsidP="00887B0C">
            <w:pPr>
              <w:rPr>
                <w:rFonts w:ascii="Arial" w:hAnsi="Arial" w:cs="Arial"/>
                <w:sz w:val="20"/>
                <w:szCs w:val="20"/>
                <w:lang w:val="de-CH"/>
              </w:rPr>
            </w:pPr>
            <w:r w:rsidRPr="00C03FB9">
              <w:rPr>
                <w:rFonts w:ascii="Arial" w:hAnsi="Arial" w:cs="Arial"/>
                <w:sz w:val="20"/>
                <w:szCs w:val="20"/>
                <w:lang w:val="de-CH"/>
              </w:rPr>
              <w:t>Ökologie/</w:t>
            </w:r>
            <w:r w:rsidR="00962FEB" w:rsidRPr="00C03FB9">
              <w:rPr>
                <w:rFonts w:ascii="Arial" w:hAnsi="Arial" w:cs="Arial"/>
                <w:sz w:val="20"/>
                <w:szCs w:val="20"/>
                <w:lang w:val="de-CH"/>
              </w:rPr>
              <w:t xml:space="preserve"> Gesellschaft</w:t>
            </w:r>
          </w:p>
        </w:tc>
        <w:tc>
          <w:tcPr>
            <w:tcW w:w="1706" w:type="dxa"/>
            <w:vAlign w:val="bottom"/>
          </w:tcPr>
          <w:p w14:paraId="43EB140E" w14:textId="40E51508" w:rsidR="00887B0C" w:rsidRPr="00C03FB9" w:rsidRDefault="00887B0C" w:rsidP="00887B0C">
            <w:pPr>
              <w:rPr>
                <w:rFonts w:ascii="Arial" w:hAnsi="Arial" w:cs="Arial"/>
                <w:sz w:val="20"/>
                <w:szCs w:val="20"/>
                <w:lang w:val="de-CH"/>
              </w:rPr>
            </w:pPr>
            <w:r w:rsidRPr="00C03FB9">
              <w:rPr>
                <w:rFonts w:ascii="Arial" w:hAnsi="Arial" w:cs="Arial"/>
                <w:sz w:val="20"/>
                <w:szCs w:val="20"/>
                <w:lang w:val="de-CH"/>
              </w:rPr>
              <w:t>NGOs/Verbände</w:t>
            </w:r>
          </w:p>
        </w:tc>
        <w:tc>
          <w:tcPr>
            <w:tcW w:w="1842" w:type="dxa"/>
            <w:vAlign w:val="bottom"/>
          </w:tcPr>
          <w:p w14:paraId="2C6D4131" w14:textId="1156BECD" w:rsidR="00887B0C" w:rsidRPr="00C03FB9" w:rsidRDefault="00887B0C" w:rsidP="00887B0C">
            <w:pPr>
              <w:rPr>
                <w:rFonts w:ascii="Arial" w:hAnsi="Arial" w:cs="Arial"/>
                <w:sz w:val="20"/>
                <w:szCs w:val="20"/>
                <w:lang w:val="de-CH"/>
              </w:rPr>
            </w:pPr>
            <w:proofErr w:type="spellStart"/>
            <w:r w:rsidRPr="00C03FB9">
              <w:rPr>
                <w:rFonts w:ascii="Arial" w:hAnsi="Arial" w:cs="Arial"/>
                <w:sz w:val="20"/>
                <w:szCs w:val="20"/>
                <w:lang w:val="de-CH"/>
              </w:rPr>
              <w:t>Umweltorganisa</w:t>
            </w:r>
            <w:r w:rsidR="00F36A6C" w:rsidRPr="00C03FB9">
              <w:rPr>
                <w:rFonts w:ascii="Arial" w:hAnsi="Arial" w:cs="Arial"/>
                <w:sz w:val="20"/>
                <w:szCs w:val="20"/>
                <w:lang w:val="de-CH"/>
              </w:rPr>
              <w:t>-</w:t>
            </w:r>
            <w:r w:rsidRPr="00C03FB9">
              <w:rPr>
                <w:rFonts w:ascii="Arial" w:hAnsi="Arial" w:cs="Arial"/>
                <w:sz w:val="20"/>
                <w:szCs w:val="20"/>
                <w:lang w:val="de-CH"/>
              </w:rPr>
              <w:t>tionen</w:t>
            </w:r>
            <w:proofErr w:type="spellEnd"/>
            <w:r w:rsidRPr="00C03FB9">
              <w:rPr>
                <w:rFonts w:ascii="Arial" w:hAnsi="Arial" w:cs="Arial"/>
                <w:sz w:val="20"/>
                <w:szCs w:val="20"/>
                <w:lang w:val="de-CH"/>
              </w:rPr>
              <w:t>, Verkehrsclubs</w:t>
            </w:r>
          </w:p>
        </w:tc>
        <w:tc>
          <w:tcPr>
            <w:tcW w:w="1843" w:type="dxa"/>
            <w:vAlign w:val="bottom"/>
          </w:tcPr>
          <w:p w14:paraId="766AC20D" w14:textId="464D3455" w:rsidR="00887B0C" w:rsidRPr="00C03FB9" w:rsidRDefault="00887B0C" w:rsidP="00887B0C">
            <w:pPr>
              <w:rPr>
                <w:rFonts w:ascii="Arial" w:hAnsi="Arial" w:cs="Arial"/>
                <w:sz w:val="20"/>
                <w:szCs w:val="20"/>
                <w:lang w:val="de-CH"/>
              </w:rPr>
            </w:pPr>
            <w:proofErr w:type="spellStart"/>
            <w:r w:rsidRPr="00C03FB9">
              <w:rPr>
                <w:rFonts w:ascii="Arial" w:hAnsi="Arial" w:cs="Arial"/>
                <w:sz w:val="20"/>
                <w:szCs w:val="20"/>
                <w:lang w:val="de-CH"/>
              </w:rPr>
              <w:t>Projektleiter:in</w:t>
            </w:r>
            <w:proofErr w:type="spellEnd"/>
            <w:r w:rsidRPr="00C03FB9">
              <w:rPr>
                <w:rFonts w:ascii="Arial" w:hAnsi="Arial" w:cs="Arial"/>
                <w:sz w:val="20"/>
                <w:szCs w:val="20"/>
                <w:lang w:val="de-CH"/>
              </w:rPr>
              <w:t xml:space="preserve"> Mobilität</w:t>
            </w:r>
          </w:p>
        </w:tc>
        <w:tc>
          <w:tcPr>
            <w:tcW w:w="2410" w:type="dxa"/>
            <w:vAlign w:val="bottom"/>
          </w:tcPr>
          <w:p w14:paraId="78A350F9" w14:textId="58CC5FD3" w:rsidR="00887B0C" w:rsidRPr="00C03FB9" w:rsidRDefault="00887B0C" w:rsidP="00887B0C">
            <w:pPr>
              <w:rPr>
                <w:rFonts w:ascii="Arial" w:hAnsi="Arial" w:cs="Arial"/>
                <w:sz w:val="20"/>
                <w:szCs w:val="20"/>
                <w:lang w:val="de-CH"/>
              </w:rPr>
            </w:pPr>
            <w:r w:rsidRPr="00C03FB9">
              <w:rPr>
                <w:rFonts w:ascii="Arial" w:hAnsi="Arial" w:cs="Arial"/>
                <w:sz w:val="20"/>
                <w:szCs w:val="20"/>
                <w:lang w:val="de-CH"/>
              </w:rPr>
              <w:t>Vertretung von Umwelt- und Nachhaltigkeits</w:t>
            </w:r>
            <w:r w:rsidR="00F36A6C" w:rsidRPr="00C03FB9">
              <w:rPr>
                <w:rFonts w:ascii="Arial" w:hAnsi="Arial" w:cs="Arial"/>
                <w:sz w:val="20"/>
                <w:szCs w:val="20"/>
                <w:lang w:val="de-CH"/>
              </w:rPr>
              <w:t>-</w:t>
            </w:r>
            <w:proofErr w:type="spellStart"/>
            <w:r w:rsidRPr="00C03FB9">
              <w:rPr>
                <w:rFonts w:ascii="Arial" w:hAnsi="Arial" w:cs="Arial"/>
                <w:sz w:val="20"/>
                <w:szCs w:val="20"/>
                <w:lang w:val="de-CH"/>
              </w:rPr>
              <w:t>interessen</w:t>
            </w:r>
            <w:proofErr w:type="spellEnd"/>
          </w:p>
        </w:tc>
        <w:tc>
          <w:tcPr>
            <w:tcW w:w="2410" w:type="dxa"/>
            <w:vAlign w:val="bottom"/>
          </w:tcPr>
          <w:p w14:paraId="2C666229" w14:textId="3D637A65" w:rsidR="00887B0C" w:rsidRPr="00C03FB9" w:rsidRDefault="00887B0C" w:rsidP="00887B0C">
            <w:pPr>
              <w:rPr>
                <w:rFonts w:ascii="Arial" w:hAnsi="Arial" w:cs="Arial"/>
                <w:sz w:val="20"/>
                <w:szCs w:val="20"/>
                <w:lang w:val="de-CH"/>
              </w:rPr>
            </w:pPr>
            <w:r w:rsidRPr="00C03FB9">
              <w:rPr>
                <w:rFonts w:ascii="Arial" w:hAnsi="Arial" w:cs="Arial"/>
                <w:sz w:val="20"/>
                <w:szCs w:val="20"/>
                <w:lang w:val="de-CH"/>
              </w:rPr>
              <w:t>Förderung von sanfter Mobilität, Schutz der Natur</w:t>
            </w:r>
          </w:p>
        </w:tc>
        <w:tc>
          <w:tcPr>
            <w:tcW w:w="2409" w:type="dxa"/>
            <w:vAlign w:val="bottom"/>
          </w:tcPr>
          <w:p w14:paraId="6ED0828D" w14:textId="2C5B56A0" w:rsidR="00887B0C" w:rsidRPr="00C03FB9" w:rsidRDefault="00887B0C" w:rsidP="00887B0C">
            <w:pPr>
              <w:rPr>
                <w:rFonts w:ascii="Arial" w:hAnsi="Arial" w:cs="Arial"/>
                <w:sz w:val="20"/>
                <w:szCs w:val="20"/>
                <w:lang w:val="de-CH"/>
              </w:rPr>
            </w:pPr>
            <w:r w:rsidRPr="00C03FB9">
              <w:rPr>
                <w:rFonts w:ascii="Arial" w:hAnsi="Arial" w:cs="Arial"/>
                <w:sz w:val="20"/>
                <w:szCs w:val="20"/>
                <w:lang w:val="de-CH"/>
              </w:rPr>
              <w:t xml:space="preserve">Konflikte mit wirtschaftlichen </w:t>
            </w:r>
            <w:r w:rsidRPr="00C03FB9">
              <w:rPr>
                <w:rFonts w:ascii="Arial" w:hAnsi="Arial" w:cs="Arial"/>
                <w:sz w:val="20"/>
                <w:szCs w:val="20"/>
                <w:lang w:val="de-CH"/>
              </w:rPr>
              <w:lastRenderedPageBreak/>
              <w:t>Interessen, Widerstand von Autofahrenden</w:t>
            </w:r>
          </w:p>
        </w:tc>
      </w:tr>
    </w:tbl>
    <w:p w14:paraId="1726279D" w14:textId="77777777" w:rsidR="001069D4" w:rsidRPr="00C03FB9" w:rsidRDefault="001069D4" w:rsidP="008E0321">
      <w:pPr>
        <w:rPr>
          <w:rFonts w:ascii="Arial" w:hAnsi="Arial" w:cs="Arial"/>
          <w:lang w:val="de-CH"/>
        </w:rPr>
        <w:sectPr w:rsidR="001069D4" w:rsidRPr="00C03FB9" w:rsidSect="00016632">
          <w:pgSz w:w="15840" w:h="12240" w:orient="landscape"/>
          <w:pgMar w:top="709" w:right="672" w:bottom="1135" w:left="1440" w:header="720" w:footer="503" w:gutter="0"/>
          <w:cols w:space="720"/>
          <w:docGrid w:linePitch="360"/>
        </w:sectPr>
      </w:pPr>
    </w:p>
    <w:p w14:paraId="5DE285C6" w14:textId="31CAFF47" w:rsidR="00DB1EB5" w:rsidRPr="00C03FB9" w:rsidRDefault="00D35F14" w:rsidP="00DB1EB5">
      <w:pPr>
        <w:pStyle w:val="berschrift1"/>
        <w:rPr>
          <w:rFonts w:ascii="Arial" w:hAnsi="Arial" w:cs="Arial"/>
          <w:lang w:val="de-CH"/>
        </w:rPr>
      </w:pPr>
      <w:r w:rsidRPr="00C03FB9">
        <w:rPr>
          <w:rFonts w:ascii="Arial" w:hAnsi="Arial" w:cs="Arial"/>
          <w:lang w:val="de-CH"/>
        </w:rPr>
        <w:lastRenderedPageBreak/>
        <w:t>Stakeholdera</w:t>
      </w:r>
      <w:r w:rsidR="00DB1EB5" w:rsidRPr="00C03FB9">
        <w:rPr>
          <w:rFonts w:ascii="Arial" w:hAnsi="Arial" w:cs="Arial"/>
          <w:lang w:val="de-CH"/>
        </w:rPr>
        <w:t>nalyse</w:t>
      </w:r>
    </w:p>
    <w:p w14:paraId="68667454" w14:textId="031B945C" w:rsidR="00DB1EB5" w:rsidRPr="00C03FB9" w:rsidRDefault="00B168F8" w:rsidP="00DB1EB5">
      <w:pPr>
        <w:rPr>
          <w:rFonts w:ascii="Arial" w:hAnsi="Arial" w:cs="Arial"/>
          <w:lang w:val="de-CH"/>
        </w:rPr>
      </w:pPr>
      <w:r w:rsidRPr="00C03FB9">
        <w:rPr>
          <w:rFonts w:ascii="Arial" w:hAnsi="Arial" w:cs="Arial"/>
          <w:lang w:val="de-CH"/>
        </w:rPr>
        <w:t xml:space="preserve">Aus der Stakeholderliste werden die einzelnen Stakeholder oder Stakeholdergruppen </w:t>
      </w:r>
      <w:r w:rsidR="00890DFB" w:rsidRPr="00C03FB9">
        <w:rPr>
          <w:rFonts w:ascii="Arial" w:hAnsi="Arial" w:cs="Arial"/>
          <w:lang w:val="de-CH"/>
        </w:rPr>
        <w:t>hinsichtlich ihre</w:t>
      </w:r>
      <w:r w:rsidR="00D25CBE" w:rsidRPr="00C03FB9">
        <w:rPr>
          <w:rFonts w:ascii="Arial" w:hAnsi="Arial" w:cs="Arial"/>
          <w:lang w:val="de-CH"/>
        </w:rPr>
        <w:t>s</w:t>
      </w:r>
      <w:r w:rsidRPr="00C03FB9">
        <w:rPr>
          <w:rFonts w:ascii="Arial" w:hAnsi="Arial" w:cs="Arial"/>
          <w:lang w:val="de-CH"/>
        </w:rPr>
        <w:t xml:space="preserve"> </w:t>
      </w:r>
      <w:r w:rsidRPr="00C03FB9">
        <w:rPr>
          <w:rFonts w:ascii="Arial" w:hAnsi="Arial" w:cs="Arial"/>
          <w:b/>
          <w:bCs/>
          <w:lang w:val="de-CH"/>
        </w:rPr>
        <w:t>Einfluss</w:t>
      </w:r>
      <w:r w:rsidR="00D25CBE" w:rsidRPr="00C03FB9">
        <w:rPr>
          <w:rFonts w:ascii="Arial" w:hAnsi="Arial" w:cs="Arial"/>
          <w:b/>
          <w:bCs/>
          <w:lang w:val="de-CH"/>
        </w:rPr>
        <w:t>es</w:t>
      </w:r>
      <w:r w:rsidRPr="00C03FB9">
        <w:rPr>
          <w:rFonts w:ascii="Arial" w:hAnsi="Arial" w:cs="Arial"/>
          <w:lang w:val="de-CH"/>
        </w:rPr>
        <w:t xml:space="preserve"> sowie</w:t>
      </w:r>
      <w:r w:rsidR="00D25CBE" w:rsidRPr="00C03FB9">
        <w:rPr>
          <w:rFonts w:ascii="Arial" w:hAnsi="Arial" w:cs="Arial"/>
          <w:lang w:val="de-CH"/>
        </w:rPr>
        <w:t xml:space="preserve"> ihrer</w:t>
      </w:r>
      <w:r w:rsidRPr="00C03FB9">
        <w:rPr>
          <w:rFonts w:ascii="Arial" w:hAnsi="Arial" w:cs="Arial"/>
          <w:lang w:val="de-CH"/>
        </w:rPr>
        <w:t xml:space="preserve"> </w:t>
      </w:r>
      <w:r w:rsidR="00D25CBE" w:rsidRPr="00C03FB9">
        <w:rPr>
          <w:rFonts w:ascii="Arial" w:hAnsi="Arial" w:cs="Arial"/>
          <w:lang w:val="de-CH"/>
        </w:rPr>
        <w:t xml:space="preserve">Haltung </w:t>
      </w:r>
      <w:r w:rsidR="00502D5F" w:rsidRPr="00C03FB9">
        <w:rPr>
          <w:rFonts w:ascii="Arial" w:hAnsi="Arial" w:cs="Arial"/>
          <w:lang w:val="de-CH"/>
        </w:rPr>
        <w:t>(</w:t>
      </w:r>
      <w:r w:rsidR="00D25CBE" w:rsidRPr="00C03FB9">
        <w:rPr>
          <w:rFonts w:ascii="Arial" w:hAnsi="Arial" w:cs="Arial"/>
          <w:b/>
          <w:bCs/>
          <w:lang w:val="de-CH"/>
        </w:rPr>
        <w:t>Z</w:t>
      </w:r>
      <w:r w:rsidRPr="00C03FB9">
        <w:rPr>
          <w:rFonts w:ascii="Arial" w:hAnsi="Arial" w:cs="Arial"/>
          <w:b/>
          <w:bCs/>
          <w:lang w:val="de-CH"/>
        </w:rPr>
        <w:t>ustimmung bzw. Ablehnung</w:t>
      </w:r>
      <w:r w:rsidR="00502D5F" w:rsidRPr="00C03FB9">
        <w:rPr>
          <w:rFonts w:ascii="Arial" w:hAnsi="Arial" w:cs="Arial"/>
          <w:b/>
          <w:bCs/>
          <w:lang w:val="de-CH"/>
        </w:rPr>
        <w:t xml:space="preserve">) </w:t>
      </w:r>
      <w:r w:rsidR="00502D5F" w:rsidRPr="00C03FB9">
        <w:rPr>
          <w:rFonts w:ascii="Arial" w:hAnsi="Arial" w:cs="Arial"/>
          <w:lang w:val="de-CH"/>
        </w:rPr>
        <w:t>eingeschätzt und</w:t>
      </w:r>
      <w:r w:rsidRPr="00C03FB9">
        <w:rPr>
          <w:rFonts w:ascii="Arial" w:hAnsi="Arial" w:cs="Arial"/>
          <w:lang w:val="de-CH"/>
        </w:rPr>
        <w:t xml:space="preserve"> in der Stakeholder-Matrix eingeordnet. Die Matrix macht sichtbar, welche Rolle </w:t>
      </w:r>
      <w:r w:rsidR="006913F3" w:rsidRPr="00C03FB9">
        <w:rPr>
          <w:rFonts w:ascii="Arial" w:hAnsi="Arial" w:cs="Arial"/>
          <w:lang w:val="de-CH"/>
        </w:rPr>
        <w:t>die einzelnen Stakeholder (-gruppen)</w:t>
      </w:r>
      <w:r w:rsidRPr="00C03FB9">
        <w:rPr>
          <w:rFonts w:ascii="Arial" w:hAnsi="Arial" w:cs="Arial"/>
          <w:lang w:val="de-CH"/>
        </w:rPr>
        <w:t xml:space="preserve"> im Prozess spielen und wo besondere Aufmerksamkeit erforderlich ist.</w:t>
      </w:r>
    </w:p>
    <w:p w14:paraId="07A80BEE" w14:textId="72364CEA" w:rsidR="004B2EFF" w:rsidRPr="00C03FB9" w:rsidRDefault="00392BB5" w:rsidP="004B2EFF">
      <w:pPr>
        <w:pStyle w:val="berschrift2"/>
        <w:rPr>
          <w:rFonts w:ascii="Arial" w:hAnsi="Arial" w:cs="Arial"/>
          <w:lang w:val="de-CH"/>
        </w:rPr>
      </w:pPr>
      <w:r w:rsidRPr="00C03FB9">
        <w:rPr>
          <w:rFonts w:ascii="Arial" w:hAnsi="Arial" w:cs="Arial"/>
          <w:lang w:val="de-CH"/>
        </w:rPr>
        <w:t>Stakeholder-Matrix</w:t>
      </w:r>
      <w:r w:rsidR="004A2725" w:rsidRPr="00C03FB9">
        <w:rPr>
          <w:rFonts w:ascii="Arial" w:hAnsi="Arial" w:cs="Arial"/>
          <w:lang w:val="de-CH"/>
        </w:rPr>
        <w:t xml:space="preserve"> Vorlage</w:t>
      </w:r>
    </w:p>
    <w:p w14:paraId="43FBB8CE" w14:textId="77777777" w:rsidR="00392BB5" w:rsidRPr="00C03FB9" w:rsidRDefault="00392BB5" w:rsidP="00424991">
      <w:pPr>
        <w:spacing w:after="0"/>
        <w:ind w:left="4111"/>
        <w:rPr>
          <w:rFonts w:ascii="Arial" w:hAnsi="Arial" w:cs="Arial"/>
          <w:sz w:val="28"/>
          <w:szCs w:val="28"/>
          <w:lang w:val="de-CH"/>
        </w:rPr>
      </w:pPr>
      <w:r w:rsidRPr="00C03FB9">
        <w:rPr>
          <w:rFonts w:ascii="Arial" w:hAnsi="Arial" w:cs="Arial"/>
          <w:sz w:val="28"/>
          <w:szCs w:val="28"/>
          <w:lang w:val="de-CH"/>
        </w:rPr>
        <w:t>viel Einfluss</w:t>
      </w:r>
    </w:p>
    <w:tbl>
      <w:tblPr>
        <w:tblStyle w:val="Tabellenraster"/>
        <w:tblW w:w="7405" w:type="dxa"/>
        <w:tblInd w:w="817" w:type="dxa"/>
        <w:tblLayout w:type="fixed"/>
        <w:tblLook w:val="04A0" w:firstRow="1" w:lastRow="0" w:firstColumn="1" w:lastColumn="0" w:noHBand="0" w:noVBand="1"/>
      </w:tblPr>
      <w:tblGrid>
        <w:gridCol w:w="567"/>
        <w:gridCol w:w="567"/>
        <w:gridCol w:w="1406"/>
        <w:gridCol w:w="398"/>
        <w:gridCol w:w="1009"/>
        <w:gridCol w:w="398"/>
        <w:gridCol w:w="1013"/>
        <w:gridCol w:w="398"/>
        <w:gridCol w:w="1013"/>
        <w:gridCol w:w="398"/>
        <w:gridCol w:w="238"/>
      </w:tblGrid>
      <w:tr w:rsidR="00C362FF" w:rsidRPr="00C03FB9" w14:paraId="534B5AD8" w14:textId="404A025F" w:rsidTr="00C362FF">
        <w:trPr>
          <w:cantSplit/>
          <w:trHeight w:val="1254"/>
        </w:trPr>
        <w:tc>
          <w:tcPr>
            <w:tcW w:w="567" w:type="dxa"/>
            <w:vMerge w:val="restart"/>
            <w:tcBorders>
              <w:top w:val="nil"/>
              <w:left w:val="nil"/>
              <w:right w:val="nil"/>
            </w:tcBorders>
            <w:textDirection w:val="btLr"/>
            <w:vAlign w:val="center"/>
          </w:tcPr>
          <w:p w14:paraId="2AEDA030" w14:textId="7533DFB2" w:rsidR="00C362FF" w:rsidRPr="00C03FB9" w:rsidRDefault="00C362FF">
            <w:pPr>
              <w:ind w:left="113" w:right="113"/>
              <w:jc w:val="center"/>
              <w:rPr>
                <w:rFonts w:ascii="Arial" w:hAnsi="Arial" w:cs="Arial"/>
              </w:rPr>
            </w:pPr>
            <w:proofErr w:type="spellStart"/>
            <w:r w:rsidRPr="00C03FB9">
              <w:rPr>
                <w:rFonts w:ascii="Arial" w:hAnsi="Arial" w:cs="Arial"/>
                <w:sz w:val="28"/>
                <w:szCs w:val="28"/>
              </w:rPr>
              <w:t>Ablehnung</w:t>
            </w:r>
            <w:proofErr w:type="spellEnd"/>
          </w:p>
        </w:tc>
        <w:tc>
          <w:tcPr>
            <w:tcW w:w="567" w:type="dxa"/>
            <w:tcBorders>
              <w:top w:val="nil"/>
              <w:left w:val="nil"/>
              <w:bottom w:val="nil"/>
              <w:right w:val="single" w:sz="4" w:space="0" w:color="auto"/>
            </w:tcBorders>
          </w:tcPr>
          <w:p w14:paraId="792713BF" w14:textId="77777777" w:rsidR="00C362FF" w:rsidRPr="00C03FB9" w:rsidRDefault="00C362FF">
            <w:pPr>
              <w:rPr>
                <w:rFonts w:ascii="Arial" w:hAnsi="Arial" w:cs="Arial"/>
              </w:rPr>
            </w:pPr>
            <w:r w:rsidRPr="00C03FB9">
              <w:rPr>
                <w:rFonts w:ascii="Arial" w:hAnsi="Arial" w:cs="Arial"/>
              </w:rPr>
              <w:t>+2</w:t>
            </w:r>
          </w:p>
        </w:tc>
        <w:tc>
          <w:tcPr>
            <w:tcW w:w="1406" w:type="dxa"/>
            <w:tcBorders>
              <w:left w:val="single" w:sz="4" w:space="0" w:color="auto"/>
              <w:bottom w:val="nil"/>
              <w:right w:val="nil"/>
            </w:tcBorders>
            <w:shd w:val="clear" w:color="auto" w:fill="FFF2CC"/>
          </w:tcPr>
          <w:p w14:paraId="6B2D7D12" w14:textId="77777777" w:rsidR="00C362FF" w:rsidRPr="00C03FB9" w:rsidRDefault="00C362FF">
            <w:pPr>
              <w:jc w:val="right"/>
              <w:rPr>
                <w:rFonts w:ascii="Arial" w:hAnsi="Arial" w:cs="Arial"/>
                <w:sz w:val="40"/>
                <w:szCs w:val="40"/>
              </w:rPr>
            </w:pPr>
          </w:p>
          <w:p w14:paraId="4B2410F4" w14:textId="77777777" w:rsidR="00C362FF" w:rsidRPr="00C03FB9" w:rsidRDefault="00C362FF">
            <w:pPr>
              <w:jc w:val="right"/>
              <w:rPr>
                <w:rFonts w:ascii="Arial" w:hAnsi="Arial" w:cs="Arial"/>
                <w:sz w:val="40"/>
                <w:szCs w:val="40"/>
              </w:rPr>
            </w:pPr>
          </w:p>
          <w:p w14:paraId="41AB2C65" w14:textId="02050C81" w:rsidR="00C362FF" w:rsidRPr="00C03FB9" w:rsidRDefault="00C362FF">
            <w:pPr>
              <w:jc w:val="right"/>
              <w:rPr>
                <w:rFonts w:ascii="Arial" w:hAnsi="Arial" w:cs="Arial"/>
                <w:sz w:val="40"/>
                <w:szCs w:val="40"/>
              </w:rPr>
            </w:pPr>
          </w:p>
        </w:tc>
        <w:tc>
          <w:tcPr>
            <w:tcW w:w="1407" w:type="dxa"/>
            <w:gridSpan w:val="2"/>
            <w:tcBorders>
              <w:left w:val="nil"/>
              <w:bottom w:val="nil"/>
              <w:right w:val="single" w:sz="8" w:space="0" w:color="auto"/>
            </w:tcBorders>
            <w:shd w:val="clear" w:color="auto" w:fill="FFF2CC"/>
          </w:tcPr>
          <w:p w14:paraId="5ED2EAAB" w14:textId="77777777" w:rsidR="00C362FF" w:rsidRPr="00C03FB9" w:rsidRDefault="00C362FF">
            <w:pPr>
              <w:rPr>
                <w:rFonts w:ascii="Arial" w:hAnsi="Arial" w:cs="Arial"/>
              </w:rPr>
            </w:pPr>
          </w:p>
        </w:tc>
        <w:tc>
          <w:tcPr>
            <w:tcW w:w="1411" w:type="dxa"/>
            <w:gridSpan w:val="2"/>
            <w:tcBorders>
              <w:left w:val="single" w:sz="8" w:space="0" w:color="auto"/>
              <w:bottom w:val="nil"/>
              <w:right w:val="nil"/>
            </w:tcBorders>
            <w:shd w:val="clear" w:color="auto" w:fill="F4B084"/>
          </w:tcPr>
          <w:p w14:paraId="5C818301" w14:textId="77777777" w:rsidR="00C362FF" w:rsidRPr="00C03FB9" w:rsidRDefault="00C362FF">
            <w:pPr>
              <w:jc w:val="right"/>
              <w:rPr>
                <w:rFonts w:ascii="Arial" w:hAnsi="Arial" w:cs="Arial"/>
                <w:sz w:val="40"/>
                <w:szCs w:val="40"/>
              </w:rPr>
            </w:pPr>
          </w:p>
          <w:p w14:paraId="6F8B91E1" w14:textId="77777777" w:rsidR="00C362FF" w:rsidRPr="00C03FB9" w:rsidRDefault="00C362FF">
            <w:pPr>
              <w:jc w:val="right"/>
              <w:rPr>
                <w:rFonts w:ascii="Arial" w:hAnsi="Arial" w:cs="Arial"/>
                <w:sz w:val="40"/>
                <w:szCs w:val="40"/>
              </w:rPr>
            </w:pPr>
          </w:p>
          <w:p w14:paraId="586860BE" w14:textId="7A4F9DED" w:rsidR="00C362FF" w:rsidRPr="00C03FB9" w:rsidRDefault="00C362FF">
            <w:pPr>
              <w:jc w:val="right"/>
              <w:rPr>
                <w:rFonts w:ascii="Arial" w:hAnsi="Arial" w:cs="Arial"/>
              </w:rPr>
            </w:pPr>
          </w:p>
        </w:tc>
        <w:tc>
          <w:tcPr>
            <w:tcW w:w="1411" w:type="dxa"/>
            <w:gridSpan w:val="2"/>
            <w:tcBorders>
              <w:left w:val="nil"/>
              <w:bottom w:val="nil"/>
            </w:tcBorders>
            <w:shd w:val="clear" w:color="auto" w:fill="F4B084"/>
          </w:tcPr>
          <w:p w14:paraId="37544A8A" w14:textId="77777777" w:rsidR="00C362FF" w:rsidRPr="00C03FB9" w:rsidRDefault="00C362FF">
            <w:pPr>
              <w:rPr>
                <w:rFonts w:ascii="Arial" w:hAnsi="Arial" w:cs="Arial"/>
              </w:rPr>
            </w:pPr>
          </w:p>
        </w:tc>
        <w:tc>
          <w:tcPr>
            <w:tcW w:w="636" w:type="dxa"/>
            <w:gridSpan w:val="2"/>
            <w:vMerge w:val="restart"/>
            <w:tcBorders>
              <w:top w:val="nil"/>
              <w:left w:val="nil"/>
              <w:bottom w:val="nil"/>
              <w:right w:val="nil"/>
            </w:tcBorders>
            <w:textDirection w:val="tbRl"/>
            <w:vAlign w:val="center"/>
          </w:tcPr>
          <w:p w14:paraId="37BC7117" w14:textId="77777777" w:rsidR="00C362FF" w:rsidRPr="00C03FB9" w:rsidRDefault="00C362FF">
            <w:pPr>
              <w:ind w:left="113" w:right="113"/>
              <w:jc w:val="center"/>
              <w:rPr>
                <w:rFonts w:ascii="Arial" w:hAnsi="Arial" w:cs="Arial"/>
              </w:rPr>
            </w:pPr>
            <w:proofErr w:type="spellStart"/>
            <w:r w:rsidRPr="00C03FB9">
              <w:rPr>
                <w:rFonts w:ascii="Arial" w:hAnsi="Arial" w:cs="Arial"/>
                <w:sz w:val="28"/>
                <w:szCs w:val="28"/>
              </w:rPr>
              <w:t>Zustimmung</w:t>
            </w:r>
            <w:proofErr w:type="spellEnd"/>
          </w:p>
        </w:tc>
      </w:tr>
      <w:tr w:rsidR="00C362FF" w:rsidRPr="00C03FB9" w14:paraId="7DA08683" w14:textId="24DBC549" w:rsidTr="004B2EFF">
        <w:trPr>
          <w:trHeight w:val="973"/>
        </w:trPr>
        <w:tc>
          <w:tcPr>
            <w:tcW w:w="567" w:type="dxa"/>
            <w:vMerge/>
            <w:tcBorders>
              <w:left w:val="nil"/>
              <w:right w:val="nil"/>
            </w:tcBorders>
          </w:tcPr>
          <w:p w14:paraId="0CE8E1FF" w14:textId="77777777" w:rsidR="00C362FF" w:rsidRPr="00C03FB9" w:rsidRDefault="00C362FF">
            <w:pPr>
              <w:rPr>
                <w:rFonts w:ascii="Arial" w:hAnsi="Arial" w:cs="Arial"/>
                <w:lang w:val="de-CH"/>
              </w:rPr>
            </w:pPr>
          </w:p>
        </w:tc>
        <w:tc>
          <w:tcPr>
            <w:tcW w:w="567" w:type="dxa"/>
            <w:tcBorders>
              <w:top w:val="nil"/>
              <w:left w:val="nil"/>
              <w:bottom w:val="nil"/>
              <w:right w:val="single" w:sz="4" w:space="0" w:color="auto"/>
            </w:tcBorders>
          </w:tcPr>
          <w:p w14:paraId="5D3298BA" w14:textId="77777777" w:rsidR="00C362FF" w:rsidRPr="00C03FB9" w:rsidRDefault="00C362FF">
            <w:pPr>
              <w:rPr>
                <w:rFonts w:ascii="Arial" w:hAnsi="Arial" w:cs="Arial"/>
              </w:rPr>
            </w:pPr>
            <w:r w:rsidRPr="00C03FB9">
              <w:rPr>
                <w:rFonts w:ascii="Arial" w:hAnsi="Arial" w:cs="Arial"/>
              </w:rPr>
              <w:t>+1</w:t>
            </w:r>
          </w:p>
        </w:tc>
        <w:tc>
          <w:tcPr>
            <w:tcW w:w="1406" w:type="dxa"/>
            <w:tcBorders>
              <w:top w:val="nil"/>
              <w:left w:val="single" w:sz="4" w:space="0" w:color="auto"/>
              <w:bottom w:val="single" w:sz="8" w:space="0" w:color="auto"/>
              <w:right w:val="nil"/>
            </w:tcBorders>
            <w:shd w:val="clear" w:color="auto" w:fill="FFF2CC"/>
          </w:tcPr>
          <w:p w14:paraId="7919EE09" w14:textId="77777777" w:rsidR="00C362FF" w:rsidRPr="00C03FB9" w:rsidRDefault="00C362FF">
            <w:pPr>
              <w:jc w:val="right"/>
              <w:rPr>
                <w:rFonts w:ascii="Arial" w:hAnsi="Arial" w:cs="Arial"/>
                <w:sz w:val="40"/>
                <w:szCs w:val="40"/>
              </w:rPr>
            </w:pPr>
          </w:p>
        </w:tc>
        <w:tc>
          <w:tcPr>
            <w:tcW w:w="1407" w:type="dxa"/>
            <w:gridSpan w:val="2"/>
            <w:tcBorders>
              <w:top w:val="nil"/>
              <w:left w:val="nil"/>
              <w:bottom w:val="single" w:sz="8" w:space="0" w:color="auto"/>
              <w:right w:val="single" w:sz="8" w:space="0" w:color="auto"/>
            </w:tcBorders>
            <w:shd w:val="clear" w:color="auto" w:fill="FFF2CC"/>
          </w:tcPr>
          <w:p w14:paraId="72CDC0A2" w14:textId="77777777" w:rsidR="00C362FF" w:rsidRPr="00C03FB9" w:rsidRDefault="00C362FF">
            <w:pPr>
              <w:rPr>
                <w:rFonts w:ascii="Arial" w:hAnsi="Arial" w:cs="Arial"/>
              </w:rPr>
            </w:pPr>
          </w:p>
        </w:tc>
        <w:tc>
          <w:tcPr>
            <w:tcW w:w="1411" w:type="dxa"/>
            <w:gridSpan w:val="2"/>
            <w:tcBorders>
              <w:top w:val="nil"/>
              <w:left w:val="single" w:sz="8" w:space="0" w:color="auto"/>
              <w:bottom w:val="single" w:sz="8" w:space="0" w:color="auto"/>
              <w:right w:val="nil"/>
            </w:tcBorders>
            <w:shd w:val="clear" w:color="auto" w:fill="F4B084"/>
          </w:tcPr>
          <w:p w14:paraId="5A64004F" w14:textId="77777777" w:rsidR="00C362FF" w:rsidRPr="00C03FB9" w:rsidRDefault="00C362FF">
            <w:pPr>
              <w:rPr>
                <w:rFonts w:ascii="Arial" w:hAnsi="Arial" w:cs="Arial"/>
              </w:rPr>
            </w:pPr>
          </w:p>
        </w:tc>
        <w:tc>
          <w:tcPr>
            <w:tcW w:w="1411" w:type="dxa"/>
            <w:gridSpan w:val="2"/>
            <w:tcBorders>
              <w:top w:val="nil"/>
              <w:left w:val="nil"/>
              <w:bottom w:val="single" w:sz="8" w:space="0" w:color="auto"/>
            </w:tcBorders>
            <w:shd w:val="clear" w:color="auto" w:fill="F4B084"/>
          </w:tcPr>
          <w:p w14:paraId="496CC179" w14:textId="77777777" w:rsidR="00C362FF" w:rsidRPr="00C03FB9" w:rsidRDefault="00C362FF">
            <w:pPr>
              <w:rPr>
                <w:rFonts w:ascii="Arial" w:hAnsi="Arial" w:cs="Arial"/>
              </w:rPr>
            </w:pPr>
          </w:p>
        </w:tc>
        <w:tc>
          <w:tcPr>
            <w:tcW w:w="636" w:type="dxa"/>
            <w:gridSpan w:val="2"/>
            <w:vMerge/>
            <w:tcBorders>
              <w:left w:val="nil"/>
              <w:bottom w:val="nil"/>
              <w:right w:val="nil"/>
            </w:tcBorders>
          </w:tcPr>
          <w:p w14:paraId="6C471293" w14:textId="77777777" w:rsidR="00C362FF" w:rsidRPr="00C03FB9" w:rsidRDefault="00C362FF">
            <w:pPr>
              <w:rPr>
                <w:rFonts w:ascii="Arial" w:hAnsi="Arial" w:cs="Arial"/>
              </w:rPr>
            </w:pPr>
          </w:p>
        </w:tc>
      </w:tr>
      <w:tr w:rsidR="00C362FF" w:rsidRPr="00C03FB9" w14:paraId="1BC26ED1" w14:textId="1DA03BD9" w:rsidTr="00C362FF">
        <w:trPr>
          <w:trHeight w:val="1261"/>
        </w:trPr>
        <w:tc>
          <w:tcPr>
            <w:tcW w:w="567" w:type="dxa"/>
            <w:vMerge/>
            <w:tcBorders>
              <w:left w:val="nil"/>
              <w:right w:val="nil"/>
            </w:tcBorders>
          </w:tcPr>
          <w:p w14:paraId="12554C33" w14:textId="77777777" w:rsidR="00C362FF" w:rsidRPr="00C03FB9" w:rsidRDefault="00C362FF">
            <w:pPr>
              <w:rPr>
                <w:rFonts w:ascii="Arial" w:hAnsi="Arial" w:cs="Arial"/>
                <w:lang w:val="de-CH"/>
              </w:rPr>
            </w:pPr>
          </w:p>
        </w:tc>
        <w:tc>
          <w:tcPr>
            <w:tcW w:w="567" w:type="dxa"/>
            <w:tcBorders>
              <w:top w:val="nil"/>
              <w:left w:val="nil"/>
              <w:bottom w:val="nil"/>
              <w:right w:val="single" w:sz="4" w:space="0" w:color="auto"/>
            </w:tcBorders>
          </w:tcPr>
          <w:p w14:paraId="6D58F6B3" w14:textId="77777777" w:rsidR="00C362FF" w:rsidRPr="00C03FB9" w:rsidRDefault="00C362FF">
            <w:pPr>
              <w:rPr>
                <w:rFonts w:ascii="Arial" w:hAnsi="Arial" w:cs="Arial"/>
              </w:rPr>
            </w:pPr>
            <w:r w:rsidRPr="00C03FB9">
              <w:rPr>
                <w:rFonts w:ascii="Arial" w:hAnsi="Arial" w:cs="Arial"/>
              </w:rPr>
              <w:t>0</w:t>
            </w:r>
          </w:p>
          <w:p w14:paraId="08FD1762" w14:textId="77777777" w:rsidR="00C362FF" w:rsidRPr="00C03FB9" w:rsidRDefault="00C362FF">
            <w:pPr>
              <w:rPr>
                <w:rFonts w:ascii="Arial" w:hAnsi="Arial" w:cs="Arial"/>
              </w:rPr>
            </w:pPr>
          </w:p>
          <w:p w14:paraId="7076C2DF" w14:textId="77777777" w:rsidR="00C362FF" w:rsidRPr="00C03FB9" w:rsidRDefault="00C362FF">
            <w:pPr>
              <w:rPr>
                <w:rFonts w:ascii="Arial" w:hAnsi="Arial" w:cs="Arial"/>
              </w:rPr>
            </w:pPr>
          </w:p>
          <w:p w14:paraId="171ECEAA" w14:textId="77777777" w:rsidR="00C362FF" w:rsidRPr="00C03FB9" w:rsidRDefault="00C362FF">
            <w:pPr>
              <w:rPr>
                <w:rFonts w:ascii="Arial" w:hAnsi="Arial" w:cs="Arial"/>
              </w:rPr>
            </w:pPr>
          </w:p>
          <w:p w14:paraId="13EB07BB" w14:textId="77777777" w:rsidR="00C362FF" w:rsidRPr="00C03FB9" w:rsidRDefault="00C362FF">
            <w:pPr>
              <w:rPr>
                <w:rFonts w:ascii="Arial" w:hAnsi="Arial" w:cs="Arial"/>
              </w:rPr>
            </w:pPr>
            <w:r w:rsidRPr="00C03FB9">
              <w:rPr>
                <w:rFonts w:ascii="Arial" w:hAnsi="Arial" w:cs="Arial"/>
              </w:rPr>
              <w:t>-1</w:t>
            </w:r>
          </w:p>
        </w:tc>
        <w:tc>
          <w:tcPr>
            <w:tcW w:w="1406" w:type="dxa"/>
            <w:tcBorders>
              <w:top w:val="single" w:sz="8" w:space="0" w:color="auto"/>
              <w:left w:val="single" w:sz="4" w:space="0" w:color="auto"/>
              <w:bottom w:val="nil"/>
              <w:right w:val="nil"/>
            </w:tcBorders>
            <w:shd w:val="clear" w:color="auto" w:fill="F2F2F2" w:themeFill="background1" w:themeFillShade="F2"/>
          </w:tcPr>
          <w:p w14:paraId="3A945EB6" w14:textId="77777777" w:rsidR="00C362FF" w:rsidRPr="00C03FB9" w:rsidRDefault="00C362FF">
            <w:pPr>
              <w:jc w:val="right"/>
              <w:rPr>
                <w:rFonts w:ascii="Arial" w:hAnsi="Arial" w:cs="Arial"/>
                <w:sz w:val="40"/>
                <w:szCs w:val="40"/>
              </w:rPr>
            </w:pPr>
          </w:p>
          <w:p w14:paraId="14A1F7F1" w14:textId="6BF46F20" w:rsidR="00C362FF" w:rsidRPr="00C03FB9" w:rsidRDefault="00C362FF">
            <w:pPr>
              <w:jc w:val="right"/>
              <w:rPr>
                <w:rFonts w:ascii="Arial" w:hAnsi="Arial" w:cs="Arial"/>
              </w:rPr>
            </w:pPr>
          </w:p>
        </w:tc>
        <w:tc>
          <w:tcPr>
            <w:tcW w:w="1407" w:type="dxa"/>
            <w:gridSpan w:val="2"/>
            <w:tcBorders>
              <w:top w:val="single" w:sz="8" w:space="0" w:color="auto"/>
              <w:left w:val="nil"/>
              <w:bottom w:val="nil"/>
              <w:right w:val="single" w:sz="8" w:space="0" w:color="auto"/>
            </w:tcBorders>
            <w:shd w:val="clear" w:color="auto" w:fill="F2F2F2" w:themeFill="background1" w:themeFillShade="F2"/>
          </w:tcPr>
          <w:p w14:paraId="24B190D3" w14:textId="77777777" w:rsidR="00C362FF" w:rsidRPr="00C03FB9" w:rsidRDefault="00C362FF">
            <w:pPr>
              <w:rPr>
                <w:rFonts w:ascii="Arial" w:hAnsi="Arial" w:cs="Arial"/>
              </w:rPr>
            </w:pPr>
          </w:p>
        </w:tc>
        <w:tc>
          <w:tcPr>
            <w:tcW w:w="1411" w:type="dxa"/>
            <w:gridSpan w:val="2"/>
            <w:tcBorders>
              <w:top w:val="single" w:sz="8" w:space="0" w:color="auto"/>
              <w:left w:val="single" w:sz="8" w:space="0" w:color="auto"/>
              <w:bottom w:val="nil"/>
              <w:right w:val="nil"/>
            </w:tcBorders>
            <w:shd w:val="clear" w:color="auto" w:fill="D9D9D9"/>
          </w:tcPr>
          <w:p w14:paraId="4B0DB1F0" w14:textId="77777777" w:rsidR="00C362FF" w:rsidRPr="00C03FB9" w:rsidRDefault="00C362FF">
            <w:pPr>
              <w:jc w:val="right"/>
              <w:rPr>
                <w:rFonts w:ascii="Arial" w:hAnsi="Arial" w:cs="Arial"/>
                <w:sz w:val="40"/>
                <w:szCs w:val="40"/>
              </w:rPr>
            </w:pPr>
          </w:p>
          <w:p w14:paraId="53E37CB7" w14:textId="481AB7D9" w:rsidR="00C362FF" w:rsidRPr="00C03FB9" w:rsidRDefault="00C362FF">
            <w:pPr>
              <w:jc w:val="right"/>
              <w:rPr>
                <w:rFonts w:ascii="Arial" w:hAnsi="Arial" w:cs="Arial"/>
              </w:rPr>
            </w:pPr>
          </w:p>
        </w:tc>
        <w:tc>
          <w:tcPr>
            <w:tcW w:w="1411" w:type="dxa"/>
            <w:gridSpan w:val="2"/>
            <w:tcBorders>
              <w:top w:val="single" w:sz="8" w:space="0" w:color="auto"/>
              <w:left w:val="nil"/>
              <w:bottom w:val="nil"/>
            </w:tcBorders>
            <w:shd w:val="clear" w:color="auto" w:fill="D9D9D9"/>
          </w:tcPr>
          <w:p w14:paraId="59344907" w14:textId="77777777" w:rsidR="00C362FF" w:rsidRPr="00C03FB9" w:rsidRDefault="00C362FF">
            <w:pPr>
              <w:rPr>
                <w:rFonts w:ascii="Arial" w:hAnsi="Arial" w:cs="Arial"/>
              </w:rPr>
            </w:pPr>
          </w:p>
        </w:tc>
        <w:tc>
          <w:tcPr>
            <w:tcW w:w="636" w:type="dxa"/>
            <w:gridSpan w:val="2"/>
            <w:vMerge/>
            <w:tcBorders>
              <w:left w:val="nil"/>
              <w:bottom w:val="nil"/>
              <w:right w:val="nil"/>
            </w:tcBorders>
          </w:tcPr>
          <w:p w14:paraId="45E2757F" w14:textId="77777777" w:rsidR="00C362FF" w:rsidRPr="00C03FB9" w:rsidRDefault="00C362FF">
            <w:pPr>
              <w:rPr>
                <w:rFonts w:ascii="Arial" w:hAnsi="Arial" w:cs="Arial"/>
              </w:rPr>
            </w:pPr>
          </w:p>
        </w:tc>
      </w:tr>
      <w:tr w:rsidR="00C362FF" w:rsidRPr="00C03FB9" w14:paraId="2A8291C7" w14:textId="4985F755" w:rsidTr="004B2EFF">
        <w:trPr>
          <w:trHeight w:val="1009"/>
        </w:trPr>
        <w:tc>
          <w:tcPr>
            <w:tcW w:w="567" w:type="dxa"/>
            <w:vMerge/>
            <w:tcBorders>
              <w:left w:val="nil"/>
              <w:right w:val="nil"/>
            </w:tcBorders>
          </w:tcPr>
          <w:p w14:paraId="0D220E10" w14:textId="77777777" w:rsidR="00C362FF" w:rsidRPr="00C03FB9" w:rsidRDefault="00C362FF">
            <w:pPr>
              <w:rPr>
                <w:rFonts w:ascii="Arial" w:hAnsi="Arial" w:cs="Arial"/>
                <w:lang w:val="de-CH"/>
              </w:rPr>
            </w:pPr>
          </w:p>
        </w:tc>
        <w:tc>
          <w:tcPr>
            <w:tcW w:w="567" w:type="dxa"/>
            <w:tcBorders>
              <w:top w:val="nil"/>
              <w:left w:val="nil"/>
              <w:bottom w:val="nil"/>
              <w:right w:val="single" w:sz="4" w:space="0" w:color="auto"/>
            </w:tcBorders>
          </w:tcPr>
          <w:p w14:paraId="6E822FE3" w14:textId="77777777" w:rsidR="00C362FF" w:rsidRPr="00C03FB9" w:rsidRDefault="00C362FF">
            <w:pPr>
              <w:rPr>
                <w:rFonts w:ascii="Arial" w:hAnsi="Arial" w:cs="Arial"/>
                <w:lang w:val="de-CH"/>
              </w:rPr>
            </w:pPr>
          </w:p>
          <w:p w14:paraId="1373FA86" w14:textId="77777777" w:rsidR="00C362FF" w:rsidRPr="00C03FB9" w:rsidRDefault="00C362FF">
            <w:pPr>
              <w:rPr>
                <w:rFonts w:ascii="Arial" w:hAnsi="Arial" w:cs="Arial"/>
                <w:lang w:val="de-CH"/>
              </w:rPr>
            </w:pPr>
          </w:p>
          <w:p w14:paraId="40103969" w14:textId="77777777" w:rsidR="00C362FF" w:rsidRPr="00C03FB9" w:rsidRDefault="00C362FF">
            <w:pPr>
              <w:rPr>
                <w:rFonts w:ascii="Arial" w:hAnsi="Arial" w:cs="Arial"/>
                <w:lang w:val="de-CH"/>
              </w:rPr>
            </w:pPr>
          </w:p>
          <w:p w14:paraId="49773ED8" w14:textId="77777777" w:rsidR="00C362FF" w:rsidRPr="00C03FB9" w:rsidRDefault="00C362FF">
            <w:pPr>
              <w:rPr>
                <w:rFonts w:ascii="Arial" w:hAnsi="Arial" w:cs="Arial"/>
              </w:rPr>
            </w:pPr>
            <w:r w:rsidRPr="00C03FB9">
              <w:rPr>
                <w:rFonts w:ascii="Arial" w:hAnsi="Arial" w:cs="Arial"/>
              </w:rPr>
              <w:t>-2</w:t>
            </w:r>
          </w:p>
        </w:tc>
        <w:tc>
          <w:tcPr>
            <w:tcW w:w="1406" w:type="dxa"/>
            <w:tcBorders>
              <w:top w:val="nil"/>
              <w:left w:val="single" w:sz="4" w:space="0" w:color="auto"/>
              <w:bottom w:val="single" w:sz="4" w:space="0" w:color="auto"/>
              <w:right w:val="nil"/>
            </w:tcBorders>
            <w:shd w:val="clear" w:color="auto" w:fill="F2F2F2" w:themeFill="background1" w:themeFillShade="F2"/>
          </w:tcPr>
          <w:p w14:paraId="7EB2CC2A" w14:textId="77777777" w:rsidR="00C362FF" w:rsidRPr="00C03FB9" w:rsidRDefault="00C362FF">
            <w:pPr>
              <w:rPr>
                <w:rFonts w:ascii="Arial" w:hAnsi="Arial" w:cs="Arial"/>
              </w:rPr>
            </w:pPr>
          </w:p>
        </w:tc>
        <w:tc>
          <w:tcPr>
            <w:tcW w:w="1407" w:type="dxa"/>
            <w:gridSpan w:val="2"/>
            <w:tcBorders>
              <w:top w:val="nil"/>
              <w:left w:val="nil"/>
              <w:bottom w:val="single" w:sz="4" w:space="0" w:color="auto"/>
              <w:right w:val="single" w:sz="8" w:space="0" w:color="auto"/>
            </w:tcBorders>
            <w:shd w:val="clear" w:color="auto" w:fill="F2F2F2" w:themeFill="background1" w:themeFillShade="F2"/>
          </w:tcPr>
          <w:p w14:paraId="2C4F7673" w14:textId="77777777" w:rsidR="00C362FF" w:rsidRPr="00C03FB9" w:rsidRDefault="00C362FF">
            <w:pPr>
              <w:rPr>
                <w:rFonts w:ascii="Arial" w:hAnsi="Arial" w:cs="Arial"/>
              </w:rPr>
            </w:pPr>
          </w:p>
        </w:tc>
        <w:tc>
          <w:tcPr>
            <w:tcW w:w="1411" w:type="dxa"/>
            <w:gridSpan w:val="2"/>
            <w:tcBorders>
              <w:top w:val="nil"/>
              <w:left w:val="single" w:sz="8" w:space="0" w:color="auto"/>
              <w:bottom w:val="single" w:sz="4" w:space="0" w:color="auto"/>
              <w:right w:val="nil"/>
            </w:tcBorders>
            <w:shd w:val="clear" w:color="auto" w:fill="D9D9D9"/>
          </w:tcPr>
          <w:p w14:paraId="7F7FD1BF" w14:textId="77777777" w:rsidR="00C362FF" w:rsidRPr="00C03FB9" w:rsidRDefault="00C362FF">
            <w:pPr>
              <w:rPr>
                <w:rFonts w:ascii="Arial" w:hAnsi="Arial" w:cs="Arial"/>
              </w:rPr>
            </w:pPr>
          </w:p>
        </w:tc>
        <w:tc>
          <w:tcPr>
            <w:tcW w:w="1411" w:type="dxa"/>
            <w:gridSpan w:val="2"/>
            <w:tcBorders>
              <w:top w:val="nil"/>
              <w:left w:val="nil"/>
              <w:bottom w:val="single" w:sz="4" w:space="0" w:color="auto"/>
            </w:tcBorders>
            <w:shd w:val="clear" w:color="auto" w:fill="D9D9D9"/>
          </w:tcPr>
          <w:p w14:paraId="659E8086" w14:textId="77777777" w:rsidR="00C362FF" w:rsidRPr="00C03FB9" w:rsidRDefault="00C362FF">
            <w:pPr>
              <w:rPr>
                <w:rFonts w:ascii="Arial" w:hAnsi="Arial" w:cs="Arial"/>
              </w:rPr>
            </w:pPr>
          </w:p>
        </w:tc>
        <w:tc>
          <w:tcPr>
            <w:tcW w:w="636" w:type="dxa"/>
            <w:gridSpan w:val="2"/>
            <w:vMerge/>
            <w:tcBorders>
              <w:left w:val="nil"/>
              <w:bottom w:val="nil"/>
              <w:right w:val="nil"/>
            </w:tcBorders>
          </w:tcPr>
          <w:p w14:paraId="0CB58381" w14:textId="77777777" w:rsidR="00C362FF" w:rsidRPr="00C03FB9" w:rsidRDefault="00C362FF">
            <w:pPr>
              <w:rPr>
                <w:rFonts w:ascii="Arial" w:hAnsi="Arial" w:cs="Arial"/>
              </w:rPr>
            </w:pPr>
          </w:p>
        </w:tc>
      </w:tr>
      <w:tr w:rsidR="00C362FF" w:rsidRPr="00C03FB9" w14:paraId="037952A0" w14:textId="77777777" w:rsidTr="00C362FF">
        <w:trPr>
          <w:gridAfter w:val="1"/>
          <w:wAfter w:w="238" w:type="dxa"/>
        </w:trPr>
        <w:tc>
          <w:tcPr>
            <w:tcW w:w="567" w:type="dxa"/>
            <w:vMerge/>
            <w:tcBorders>
              <w:left w:val="nil"/>
              <w:bottom w:val="nil"/>
              <w:right w:val="nil"/>
            </w:tcBorders>
          </w:tcPr>
          <w:p w14:paraId="6E1F55AF" w14:textId="77777777" w:rsidR="00C362FF" w:rsidRPr="00C03FB9" w:rsidRDefault="00C362FF">
            <w:pPr>
              <w:rPr>
                <w:rFonts w:ascii="Arial" w:hAnsi="Arial" w:cs="Arial"/>
                <w:lang w:val="de-CH"/>
              </w:rPr>
            </w:pPr>
          </w:p>
        </w:tc>
        <w:tc>
          <w:tcPr>
            <w:tcW w:w="567" w:type="dxa"/>
            <w:tcBorders>
              <w:top w:val="nil"/>
              <w:left w:val="nil"/>
              <w:bottom w:val="nil"/>
              <w:right w:val="nil"/>
            </w:tcBorders>
          </w:tcPr>
          <w:p w14:paraId="432704F9" w14:textId="77777777" w:rsidR="00C362FF" w:rsidRPr="00C03FB9" w:rsidRDefault="00C362FF">
            <w:pPr>
              <w:rPr>
                <w:rFonts w:ascii="Arial" w:hAnsi="Arial" w:cs="Arial"/>
                <w:lang w:val="de-CH"/>
              </w:rPr>
            </w:pPr>
          </w:p>
        </w:tc>
        <w:tc>
          <w:tcPr>
            <w:tcW w:w="1804" w:type="dxa"/>
            <w:gridSpan w:val="2"/>
            <w:tcBorders>
              <w:top w:val="nil"/>
              <w:left w:val="nil"/>
              <w:bottom w:val="nil"/>
              <w:right w:val="nil"/>
            </w:tcBorders>
          </w:tcPr>
          <w:p w14:paraId="4AF69B99" w14:textId="77777777" w:rsidR="00C362FF" w:rsidRPr="00C03FB9" w:rsidRDefault="00C362FF">
            <w:pPr>
              <w:tabs>
                <w:tab w:val="left" w:pos="1347"/>
              </w:tabs>
              <w:rPr>
                <w:rFonts w:ascii="Arial" w:hAnsi="Arial" w:cs="Arial"/>
              </w:rPr>
            </w:pPr>
            <w:r w:rsidRPr="00C03FB9">
              <w:rPr>
                <w:rFonts w:ascii="Arial" w:hAnsi="Arial" w:cs="Arial"/>
              </w:rPr>
              <w:t>-2</w:t>
            </w:r>
            <w:r w:rsidRPr="00C03FB9">
              <w:rPr>
                <w:rFonts w:ascii="Arial" w:hAnsi="Arial" w:cs="Arial"/>
              </w:rPr>
              <w:tab/>
              <w:t>-1</w:t>
            </w:r>
          </w:p>
        </w:tc>
        <w:tc>
          <w:tcPr>
            <w:tcW w:w="1407" w:type="dxa"/>
            <w:gridSpan w:val="2"/>
            <w:tcBorders>
              <w:top w:val="nil"/>
              <w:left w:val="nil"/>
              <w:bottom w:val="nil"/>
              <w:right w:val="nil"/>
            </w:tcBorders>
          </w:tcPr>
          <w:p w14:paraId="71BC1FEF" w14:textId="77777777" w:rsidR="00C362FF" w:rsidRPr="00C03FB9" w:rsidRDefault="00C362FF">
            <w:pPr>
              <w:tabs>
                <w:tab w:val="left" w:pos="862"/>
              </w:tabs>
              <w:ind w:left="-42"/>
              <w:rPr>
                <w:rFonts w:ascii="Arial" w:hAnsi="Arial" w:cs="Arial"/>
              </w:rPr>
            </w:pPr>
            <w:r w:rsidRPr="00C03FB9">
              <w:rPr>
                <w:rFonts w:ascii="Arial" w:hAnsi="Arial" w:cs="Arial"/>
              </w:rPr>
              <w:tab/>
              <w:t>0</w:t>
            </w:r>
          </w:p>
        </w:tc>
        <w:tc>
          <w:tcPr>
            <w:tcW w:w="1411" w:type="dxa"/>
            <w:gridSpan w:val="2"/>
            <w:tcBorders>
              <w:top w:val="nil"/>
              <w:left w:val="nil"/>
              <w:bottom w:val="nil"/>
              <w:right w:val="nil"/>
            </w:tcBorders>
          </w:tcPr>
          <w:p w14:paraId="59220E7B" w14:textId="77777777" w:rsidR="00C362FF" w:rsidRPr="00C03FB9" w:rsidRDefault="00C362FF">
            <w:pPr>
              <w:ind w:right="369"/>
              <w:jc w:val="right"/>
              <w:rPr>
                <w:rFonts w:ascii="Arial" w:hAnsi="Arial" w:cs="Arial"/>
              </w:rPr>
            </w:pPr>
            <w:r w:rsidRPr="00C03FB9">
              <w:rPr>
                <w:rFonts w:ascii="Arial" w:hAnsi="Arial" w:cs="Arial"/>
              </w:rPr>
              <w:t>+1</w:t>
            </w:r>
          </w:p>
        </w:tc>
        <w:tc>
          <w:tcPr>
            <w:tcW w:w="1411" w:type="dxa"/>
            <w:gridSpan w:val="2"/>
            <w:tcBorders>
              <w:top w:val="nil"/>
              <w:left w:val="nil"/>
              <w:bottom w:val="nil"/>
              <w:right w:val="nil"/>
            </w:tcBorders>
          </w:tcPr>
          <w:p w14:paraId="0A926BDD" w14:textId="77777777" w:rsidR="00C362FF" w:rsidRPr="00C03FB9" w:rsidRDefault="00C362FF">
            <w:pPr>
              <w:ind w:right="362"/>
              <w:jc w:val="right"/>
              <w:rPr>
                <w:rFonts w:ascii="Arial" w:hAnsi="Arial" w:cs="Arial"/>
              </w:rPr>
            </w:pPr>
            <w:r w:rsidRPr="00C03FB9">
              <w:rPr>
                <w:rFonts w:ascii="Arial" w:hAnsi="Arial" w:cs="Arial"/>
              </w:rPr>
              <w:t>+2</w:t>
            </w:r>
          </w:p>
        </w:tc>
      </w:tr>
    </w:tbl>
    <w:p w14:paraId="619342EB" w14:textId="27040FE1" w:rsidR="00392BB5" w:rsidRPr="00C03FB9" w:rsidRDefault="00392BB5" w:rsidP="00963CE0">
      <w:pPr>
        <w:ind w:left="4111"/>
        <w:rPr>
          <w:rFonts w:ascii="Arial" w:hAnsi="Arial" w:cs="Arial"/>
          <w:sz w:val="28"/>
          <w:szCs w:val="28"/>
          <w:lang w:val="de-CH"/>
        </w:rPr>
      </w:pPr>
      <w:r w:rsidRPr="00C03FB9">
        <w:rPr>
          <w:rFonts w:ascii="Arial" w:hAnsi="Arial" w:cs="Arial"/>
          <w:sz w:val="28"/>
          <w:szCs w:val="28"/>
          <w:lang w:val="de-CH"/>
        </w:rPr>
        <w:t>wenig Einfluss</w:t>
      </w:r>
    </w:p>
    <w:p w14:paraId="1B002886" w14:textId="77777777" w:rsidR="00291F9E" w:rsidRPr="00C03FB9" w:rsidRDefault="00291F9E">
      <w:pPr>
        <w:rPr>
          <w:rFonts w:ascii="Arial" w:hAnsi="Arial" w:cs="Arial"/>
          <w:lang w:val="de-CH"/>
        </w:rPr>
        <w:sectPr w:rsidR="00291F9E" w:rsidRPr="00C03FB9" w:rsidSect="00D01B7F">
          <w:pgSz w:w="15840" w:h="12240" w:orient="landscape"/>
          <w:pgMar w:top="1800" w:right="1440" w:bottom="1800" w:left="1440" w:header="720" w:footer="720" w:gutter="0"/>
          <w:cols w:space="720"/>
          <w:docGrid w:linePitch="360"/>
        </w:sectPr>
      </w:pPr>
    </w:p>
    <w:p w14:paraId="24133511" w14:textId="4A167949" w:rsidR="004D6CE2" w:rsidRPr="00C03FB9" w:rsidRDefault="004D6CE2" w:rsidP="004D6CE2">
      <w:pPr>
        <w:pStyle w:val="berschrift2"/>
        <w:rPr>
          <w:rFonts w:ascii="Arial" w:hAnsi="Arial" w:cs="Arial"/>
          <w:lang w:val="de-CH"/>
        </w:rPr>
      </w:pPr>
      <w:r w:rsidRPr="00C03FB9">
        <w:rPr>
          <w:rFonts w:ascii="Arial" w:hAnsi="Arial" w:cs="Arial"/>
          <w:lang w:val="de-CH"/>
        </w:rPr>
        <w:lastRenderedPageBreak/>
        <w:t>Stakeholder-Matrix Beispiel Mobilität</w:t>
      </w:r>
    </w:p>
    <w:p w14:paraId="79E51C43" w14:textId="77777777" w:rsidR="00A86D63" w:rsidRPr="00C03FB9" w:rsidRDefault="00A86D63" w:rsidP="00A86D63">
      <w:pPr>
        <w:rPr>
          <w:rFonts w:ascii="Arial" w:hAnsi="Arial" w:cs="Arial"/>
          <w:lang w:val="de-CH"/>
        </w:rPr>
      </w:pPr>
    </w:p>
    <w:p w14:paraId="0FE79BEE" w14:textId="74C669D8" w:rsidR="004D6CE2" w:rsidRPr="00C03FB9" w:rsidRDefault="00424991" w:rsidP="004D6CE2">
      <w:pPr>
        <w:ind w:left="4111"/>
        <w:rPr>
          <w:rFonts w:ascii="Arial" w:hAnsi="Arial" w:cs="Arial"/>
          <w:sz w:val="28"/>
          <w:szCs w:val="28"/>
        </w:rPr>
      </w:pPr>
      <w:r w:rsidRPr="00C03FB9">
        <w:rPr>
          <w:rFonts w:ascii="Arial" w:hAnsi="Arial" w:cs="Arial"/>
          <w:noProof/>
        </w:rPr>
        <mc:AlternateContent>
          <mc:Choice Requires="wps">
            <w:drawing>
              <wp:anchor distT="45720" distB="45720" distL="114300" distR="114300" simplePos="0" relativeHeight="251658240" behindDoc="0" locked="0" layoutInCell="1" allowOverlap="1" wp14:anchorId="3EC620E2" wp14:editId="6DA95FB6">
                <wp:simplePos x="0" y="0"/>
                <wp:positionH relativeFrom="column">
                  <wp:posOffset>3860800</wp:posOffset>
                </wp:positionH>
                <wp:positionV relativeFrom="paragraph">
                  <wp:posOffset>337820</wp:posOffset>
                </wp:positionV>
                <wp:extent cx="2597150" cy="28575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85750"/>
                        </a:xfrm>
                        <a:prstGeom prst="rect">
                          <a:avLst/>
                        </a:prstGeom>
                        <a:noFill/>
                        <a:ln w="9525">
                          <a:noFill/>
                          <a:miter lim="800000"/>
                          <a:headEnd/>
                          <a:tailEnd/>
                        </a:ln>
                      </wps:spPr>
                      <wps:txbx>
                        <w:txbxContent>
                          <w:p w14:paraId="6C8E54F1" w14:textId="36E38641" w:rsidR="00CC0D3C" w:rsidRPr="00424991" w:rsidRDefault="00CC0D3C" w:rsidP="00570928">
                            <w:pPr>
                              <w:pStyle w:val="Listenabsatz"/>
                              <w:numPr>
                                <w:ilvl w:val="0"/>
                                <w:numId w:val="16"/>
                              </w:numPr>
                              <w:ind w:hanging="294"/>
                              <w:rPr>
                                <w:lang w:val="de-CH"/>
                              </w:rPr>
                            </w:pPr>
                            <w:r w:rsidRPr="00424991">
                              <w:rPr>
                                <w:lang w:val="de-CH"/>
                              </w:rPr>
                              <w:t>Regionalentwicklun</w:t>
                            </w:r>
                            <w:r w:rsidR="00424991" w:rsidRPr="00424991">
                              <w:rPr>
                                <w:lang w:val="de-CH"/>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620E2" id="_x0000_t202" coordsize="21600,21600" o:spt="202" path="m,l,21600r21600,l21600,xe">
                <v:stroke joinstyle="miter"/>
                <v:path gradientshapeok="t" o:connecttype="rect"/>
              </v:shapetype>
              <v:shape id="Textfeld 2" o:spid="_x0000_s1026" type="#_x0000_t202" style="position:absolute;left:0;text-align:left;margin-left:304pt;margin-top:26.6pt;width:204.5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" filled="f" stroked="f">
                <v:textbox>
                  <w:txbxContent>
                    <w:p w14:paraId="6C8E54F1" w14:textId="36E38641" w:rsidR="00CC0D3C" w:rsidRPr="00424991" w:rsidRDefault="00CC0D3C" w:rsidP="00570928">
                      <w:pPr>
                        <w:pStyle w:val="Listenabsatz"/>
                        <w:numPr>
                          <w:ilvl w:val="0"/>
                          <w:numId w:val="16"/>
                        </w:numPr>
                        <w:ind w:hanging="294"/>
                        <w:rPr>
                          <w:lang w:val="de-CH"/>
                        </w:rPr>
                      </w:pPr>
                      <w:r w:rsidRPr="00424991">
                        <w:rPr>
                          <w:lang w:val="de-CH"/>
                        </w:rPr>
                        <w:t>Regionalentwicklun</w:t>
                      </w:r>
                      <w:r w:rsidR="00424991" w:rsidRPr="00424991">
                        <w:rPr>
                          <w:lang w:val="de-CH"/>
                        </w:rPr>
                        <w:t>g</w:t>
                      </w:r>
                    </w:p>
                  </w:txbxContent>
                </v:textbox>
              </v:shape>
            </w:pict>
          </mc:Fallback>
        </mc:AlternateContent>
      </w:r>
      <w:r w:rsidR="004267E1" w:rsidRPr="00C03FB9">
        <w:rPr>
          <w:rFonts w:ascii="Arial" w:hAnsi="Arial" w:cs="Arial"/>
          <w:noProof/>
        </w:rPr>
        <mc:AlternateContent>
          <mc:Choice Requires="wps">
            <w:drawing>
              <wp:anchor distT="45720" distB="45720" distL="114300" distR="114300" simplePos="0" relativeHeight="251658247" behindDoc="0" locked="0" layoutInCell="1" allowOverlap="1" wp14:anchorId="004D4D0E" wp14:editId="4947CC05">
                <wp:simplePos x="0" y="0"/>
                <wp:positionH relativeFrom="column">
                  <wp:posOffset>4319905</wp:posOffset>
                </wp:positionH>
                <wp:positionV relativeFrom="paragraph">
                  <wp:posOffset>1149985</wp:posOffset>
                </wp:positionV>
                <wp:extent cx="1990725" cy="285750"/>
                <wp:effectExtent l="0" t="0" r="0" b="0"/>
                <wp:wrapNone/>
                <wp:docPr id="18832844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0FB4CC7E" w14:textId="271C7614" w:rsidR="00172CCB" w:rsidRPr="002463FB" w:rsidRDefault="00172CCB" w:rsidP="00172CCB">
                            <w:pPr>
                              <w:pStyle w:val="Listenabsatz"/>
                              <w:numPr>
                                <w:ilvl w:val="0"/>
                                <w:numId w:val="16"/>
                              </w:numPr>
                              <w:ind w:hanging="294"/>
                              <w:rPr>
                                <w:lang w:val="de-CH"/>
                              </w:rPr>
                            </w:pPr>
                            <w:r>
                              <w:rPr>
                                <w:lang w:val="de-CH"/>
                              </w:rPr>
                              <w:t>NGOs / Verbände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D4D0E" id="_x0000_t202" coordsize="21600,21600" o:spt="202" path="m,l,21600r21600,l21600,xe">
                <v:stroke joinstyle="miter"/>
                <v:path gradientshapeok="t" o:connecttype="rect"/>
              </v:shapetype>
              <v:shape id="_x0000_s1027" type="#_x0000_t202" style="position:absolute;left:0;text-align:left;margin-left:340.15pt;margin-top:90.55pt;width:156.75pt;height:2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" filled="f" stroked="f">
                <v:textbox>
                  <w:txbxContent>
                    <w:p w14:paraId="0FB4CC7E" w14:textId="271C7614" w:rsidR="00172CCB" w:rsidRPr="002463FB" w:rsidRDefault="00172CCB" w:rsidP="00172CCB">
                      <w:pPr>
                        <w:pStyle w:val="Listenabsatz"/>
                        <w:numPr>
                          <w:ilvl w:val="0"/>
                          <w:numId w:val="16"/>
                        </w:numPr>
                        <w:ind w:hanging="294"/>
                        <w:rPr>
                          <w:rFonts w:hint="eastAsia"/>
                          <w:lang w:val="de-CH"/>
                        </w:rPr>
                      </w:pPr>
                      <w:r>
                        <w:rPr>
                          <w:lang w:val="de-CH"/>
                        </w:rPr>
                        <w:t>NGOs / Verbände</w:t>
                      </w:r>
                    </w:p>
                  </w:txbxContent>
                </v:textbox>
              </v:shape>
            </w:pict>
          </mc:Fallback>
        </mc:AlternateContent>
      </w:r>
      <w:proofErr w:type="spellStart"/>
      <w:r w:rsidR="004D6CE2" w:rsidRPr="00C03FB9">
        <w:rPr>
          <w:rFonts w:ascii="Arial" w:hAnsi="Arial" w:cs="Arial"/>
          <w:sz w:val="28"/>
          <w:szCs w:val="28"/>
        </w:rPr>
        <w:t>viel</w:t>
      </w:r>
      <w:proofErr w:type="spellEnd"/>
      <w:r w:rsidR="004D6CE2" w:rsidRPr="00C03FB9">
        <w:rPr>
          <w:rFonts w:ascii="Arial" w:hAnsi="Arial" w:cs="Arial"/>
          <w:sz w:val="28"/>
          <w:szCs w:val="28"/>
        </w:rPr>
        <w:t xml:space="preserve"> </w:t>
      </w:r>
      <w:proofErr w:type="spellStart"/>
      <w:r w:rsidR="004D6CE2" w:rsidRPr="00C03FB9">
        <w:rPr>
          <w:rFonts w:ascii="Arial" w:hAnsi="Arial" w:cs="Arial"/>
          <w:sz w:val="28"/>
          <w:szCs w:val="28"/>
        </w:rPr>
        <w:t>Einfluss</w:t>
      </w:r>
      <w:proofErr w:type="spellEnd"/>
    </w:p>
    <w:tbl>
      <w:tblPr>
        <w:tblStyle w:val="Tabellenraster"/>
        <w:tblW w:w="7405" w:type="dxa"/>
        <w:tblInd w:w="817" w:type="dxa"/>
        <w:tblLayout w:type="fixed"/>
        <w:tblLook w:val="04A0" w:firstRow="1" w:lastRow="0" w:firstColumn="1" w:lastColumn="0" w:noHBand="0" w:noVBand="1"/>
      </w:tblPr>
      <w:tblGrid>
        <w:gridCol w:w="567"/>
        <w:gridCol w:w="567"/>
        <w:gridCol w:w="1406"/>
        <w:gridCol w:w="398"/>
        <w:gridCol w:w="1009"/>
        <w:gridCol w:w="398"/>
        <w:gridCol w:w="1013"/>
        <w:gridCol w:w="398"/>
        <w:gridCol w:w="1013"/>
        <w:gridCol w:w="398"/>
        <w:gridCol w:w="238"/>
      </w:tblGrid>
      <w:tr w:rsidR="004D6CE2" w:rsidRPr="00C03FB9" w14:paraId="545AD17E" w14:textId="77777777">
        <w:trPr>
          <w:cantSplit/>
          <w:trHeight w:val="1254"/>
        </w:trPr>
        <w:tc>
          <w:tcPr>
            <w:tcW w:w="567" w:type="dxa"/>
            <w:vMerge w:val="restart"/>
            <w:tcBorders>
              <w:top w:val="nil"/>
              <w:left w:val="nil"/>
              <w:right w:val="nil"/>
            </w:tcBorders>
            <w:textDirection w:val="btLr"/>
            <w:vAlign w:val="center"/>
          </w:tcPr>
          <w:p w14:paraId="4355A944" w14:textId="77777777" w:rsidR="004D6CE2" w:rsidRPr="00C03FB9" w:rsidRDefault="004D6CE2">
            <w:pPr>
              <w:ind w:left="113" w:right="113"/>
              <w:jc w:val="center"/>
              <w:rPr>
                <w:rFonts w:ascii="Arial" w:hAnsi="Arial" w:cs="Arial"/>
              </w:rPr>
            </w:pPr>
            <w:proofErr w:type="spellStart"/>
            <w:r w:rsidRPr="00C03FB9">
              <w:rPr>
                <w:rFonts w:ascii="Arial" w:hAnsi="Arial" w:cs="Arial"/>
                <w:sz w:val="28"/>
                <w:szCs w:val="28"/>
              </w:rPr>
              <w:t>Ablehnung</w:t>
            </w:r>
            <w:proofErr w:type="spellEnd"/>
          </w:p>
        </w:tc>
        <w:tc>
          <w:tcPr>
            <w:tcW w:w="567" w:type="dxa"/>
            <w:tcBorders>
              <w:top w:val="nil"/>
              <w:left w:val="nil"/>
              <w:bottom w:val="nil"/>
              <w:right w:val="single" w:sz="4" w:space="0" w:color="auto"/>
            </w:tcBorders>
          </w:tcPr>
          <w:p w14:paraId="484B6B32" w14:textId="335964F6" w:rsidR="004D6CE2" w:rsidRPr="00C03FB9" w:rsidRDefault="004D6CE2">
            <w:pPr>
              <w:rPr>
                <w:rFonts w:ascii="Arial" w:hAnsi="Arial" w:cs="Arial"/>
              </w:rPr>
            </w:pPr>
            <w:r w:rsidRPr="00C03FB9">
              <w:rPr>
                <w:rFonts w:ascii="Arial" w:hAnsi="Arial" w:cs="Arial"/>
              </w:rPr>
              <w:t>+2</w:t>
            </w:r>
          </w:p>
        </w:tc>
        <w:tc>
          <w:tcPr>
            <w:tcW w:w="1406" w:type="dxa"/>
            <w:tcBorders>
              <w:left w:val="single" w:sz="4" w:space="0" w:color="auto"/>
              <w:bottom w:val="nil"/>
              <w:right w:val="nil"/>
            </w:tcBorders>
            <w:shd w:val="clear" w:color="auto" w:fill="FFF2CC"/>
          </w:tcPr>
          <w:p w14:paraId="105C40AC" w14:textId="77777777" w:rsidR="004D6CE2" w:rsidRPr="00C03FB9" w:rsidRDefault="004D6CE2">
            <w:pPr>
              <w:jc w:val="right"/>
              <w:rPr>
                <w:rFonts w:ascii="Arial" w:hAnsi="Arial" w:cs="Arial"/>
                <w:sz w:val="40"/>
                <w:szCs w:val="40"/>
              </w:rPr>
            </w:pPr>
          </w:p>
          <w:p w14:paraId="3E29C25A" w14:textId="51725F70" w:rsidR="004D6CE2" w:rsidRPr="00C03FB9" w:rsidRDefault="004D6CE2">
            <w:pPr>
              <w:jc w:val="right"/>
              <w:rPr>
                <w:rFonts w:ascii="Arial" w:hAnsi="Arial" w:cs="Arial"/>
                <w:sz w:val="40"/>
                <w:szCs w:val="40"/>
              </w:rPr>
            </w:pPr>
          </w:p>
          <w:p w14:paraId="6311D58D" w14:textId="5E8ADD20" w:rsidR="004D6CE2" w:rsidRPr="00C03FB9" w:rsidRDefault="004D6CE2">
            <w:pPr>
              <w:jc w:val="right"/>
              <w:rPr>
                <w:rFonts w:ascii="Arial" w:hAnsi="Arial" w:cs="Arial"/>
                <w:sz w:val="40"/>
                <w:szCs w:val="40"/>
              </w:rPr>
            </w:pPr>
          </w:p>
        </w:tc>
        <w:tc>
          <w:tcPr>
            <w:tcW w:w="1407" w:type="dxa"/>
            <w:gridSpan w:val="2"/>
            <w:tcBorders>
              <w:left w:val="nil"/>
              <w:bottom w:val="nil"/>
              <w:right w:val="single" w:sz="8" w:space="0" w:color="auto"/>
            </w:tcBorders>
            <w:shd w:val="clear" w:color="auto" w:fill="FFF2CC"/>
          </w:tcPr>
          <w:p w14:paraId="3E3A80C7" w14:textId="5B1FA909" w:rsidR="004D6CE2" w:rsidRPr="00C03FB9" w:rsidRDefault="004D6CE2">
            <w:pPr>
              <w:rPr>
                <w:rFonts w:ascii="Arial" w:hAnsi="Arial" w:cs="Arial"/>
              </w:rPr>
            </w:pPr>
          </w:p>
        </w:tc>
        <w:tc>
          <w:tcPr>
            <w:tcW w:w="1411" w:type="dxa"/>
            <w:gridSpan w:val="2"/>
            <w:tcBorders>
              <w:left w:val="single" w:sz="8" w:space="0" w:color="auto"/>
              <w:bottom w:val="nil"/>
              <w:right w:val="nil"/>
            </w:tcBorders>
            <w:shd w:val="clear" w:color="auto" w:fill="F4B084"/>
          </w:tcPr>
          <w:p w14:paraId="656B241D" w14:textId="7B6244B0" w:rsidR="004D6CE2" w:rsidRPr="00C03FB9" w:rsidRDefault="00A86D63">
            <w:pPr>
              <w:jc w:val="right"/>
              <w:rPr>
                <w:rFonts w:ascii="Arial" w:hAnsi="Arial" w:cs="Arial"/>
                <w:sz w:val="40"/>
                <w:szCs w:val="40"/>
              </w:rPr>
            </w:pPr>
            <w:r w:rsidRPr="00C03FB9">
              <w:rPr>
                <w:rFonts w:ascii="Arial" w:hAnsi="Arial" w:cs="Arial"/>
                <w:noProof/>
              </w:rPr>
              <mc:AlternateContent>
                <mc:Choice Requires="wps">
                  <w:drawing>
                    <wp:anchor distT="45720" distB="45720" distL="114300" distR="114300" simplePos="0" relativeHeight="251658241" behindDoc="0" locked="0" layoutInCell="1" allowOverlap="1" wp14:anchorId="16050EEC" wp14:editId="70712967">
                      <wp:simplePos x="0" y="0"/>
                      <wp:positionH relativeFrom="column">
                        <wp:posOffset>-331470</wp:posOffset>
                      </wp:positionH>
                      <wp:positionV relativeFrom="paragraph">
                        <wp:posOffset>-32385</wp:posOffset>
                      </wp:positionV>
                      <wp:extent cx="1990725" cy="285750"/>
                      <wp:effectExtent l="0" t="0" r="0" b="0"/>
                      <wp:wrapNone/>
                      <wp:docPr id="4997119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20FB85C6" w14:textId="2293C3F1" w:rsidR="00570928" w:rsidRPr="002463FB" w:rsidRDefault="00570928" w:rsidP="00570928">
                                  <w:pPr>
                                    <w:pStyle w:val="Listenabsatz"/>
                                    <w:numPr>
                                      <w:ilvl w:val="0"/>
                                      <w:numId w:val="16"/>
                                    </w:numPr>
                                    <w:ind w:hanging="294"/>
                                    <w:rPr>
                                      <w:lang w:val="de-CH"/>
                                    </w:rPr>
                                  </w:pPr>
                                  <w:r>
                                    <w:rPr>
                                      <w:lang w:val="de-CH"/>
                                    </w:rPr>
                                    <w:t>Gemeinden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50EEC" id="_x0000_s1028" type="#_x0000_t202" style="position:absolute;left:0;text-align:left;margin-left:-26.1pt;margin-top:-2.55pt;width:156.75pt;height:2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" filled="f" stroked="f">
                      <v:textbox>
                        <w:txbxContent>
                          <w:p w14:paraId="20FB85C6" w14:textId="2293C3F1" w:rsidR="00570928" w:rsidRPr="002463FB" w:rsidRDefault="00570928" w:rsidP="00570928">
                            <w:pPr>
                              <w:pStyle w:val="Listenabsatz"/>
                              <w:numPr>
                                <w:ilvl w:val="0"/>
                                <w:numId w:val="16"/>
                              </w:numPr>
                              <w:ind w:hanging="294"/>
                              <w:rPr>
                                <w:lang w:val="de-CH"/>
                              </w:rPr>
                            </w:pPr>
                            <w:r>
                              <w:rPr>
                                <w:lang w:val="de-CH"/>
                              </w:rPr>
                              <w:t>Gemeinden</w:t>
                            </w:r>
                          </w:p>
                        </w:txbxContent>
                      </v:textbox>
                    </v:shape>
                  </w:pict>
                </mc:Fallback>
              </mc:AlternateContent>
            </w:r>
          </w:p>
          <w:p w14:paraId="5A5553DC" w14:textId="66ED7DB7" w:rsidR="004D6CE2" w:rsidRPr="00C03FB9" w:rsidRDefault="004D6CE2">
            <w:pPr>
              <w:jc w:val="right"/>
              <w:rPr>
                <w:rFonts w:ascii="Arial" w:hAnsi="Arial" w:cs="Arial"/>
                <w:sz w:val="40"/>
                <w:szCs w:val="40"/>
              </w:rPr>
            </w:pPr>
          </w:p>
          <w:p w14:paraId="167F0B45" w14:textId="2DE3815A" w:rsidR="004D6CE2" w:rsidRPr="00C03FB9" w:rsidRDefault="004D6CE2">
            <w:pPr>
              <w:jc w:val="right"/>
              <w:rPr>
                <w:rFonts w:ascii="Arial" w:hAnsi="Arial" w:cs="Arial"/>
              </w:rPr>
            </w:pPr>
          </w:p>
        </w:tc>
        <w:tc>
          <w:tcPr>
            <w:tcW w:w="1411" w:type="dxa"/>
            <w:gridSpan w:val="2"/>
            <w:tcBorders>
              <w:left w:val="nil"/>
              <w:bottom w:val="nil"/>
            </w:tcBorders>
            <w:shd w:val="clear" w:color="auto" w:fill="F4B084"/>
          </w:tcPr>
          <w:p w14:paraId="22E02292" w14:textId="52860B09" w:rsidR="004D6CE2" w:rsidRPr="00C03FB9" w:rsidRDefault="00917AFC">
            <w:pPr>
              <w:rPr>
                <w:rFonts w:ascii="Arial" w:hAnsi="Arial" w:cs="Arial"/>
              </w:rPr>
            </w:pPr>
            <w:r w:rsidRPr="00C03FB9">
              <w:rPr>
                <w:rFonts w:ascii="Arial" w:hAnsi="Arial" w:cs="Arial"/>
                <w:noProof/>
              </w:rPr>
              <mc:AlternateContent>
                <mc:Choice Requires="wps">
                  <w:drawing>
                    <wp:anchor distT="45720" distB="45720" distL="114300" distR="114300" simplePos="0" relativeHeight="251658245" behindDoc="0" locked="0" layoutInCell="1" allowOverlap="1" wp14:anchorId="2FAB5D37" wp14:editId="5FB2365D">
                      <wp:simplePos x="0" y="0"/>
                      <wp:positionH relativeFrom="column">
                        <wp:posOffset>-1133475</wp:posOffset>
                      </wp:positionH>
                      <wp:positionV relativeFrom="paragraph">
                        <wp:posOffset>567690</wp:posOffset>
                      </wp:positionV>
                      <wp:extent cx="1990725" cy="285750"/>
                      <wp:effectExtent l="0" t="0" r="0" b="0"/>
                      <wp:wrapNone/>
                      <wp:docPr id="8954929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6458E89C" w14:textId="2173B308" w:rsidR="00FA750C" w:rsidRPr="002463FB" w:rsidRDefault="00917AFC" w:rsidP="00FA750C">
                                  <w:pPr>
                                    <w:pStyle w:val="Listenabsatz"/>
                                    <w:numPr>
                                      <w:ilvl w:val="0"/>
                                      <w:numId w:val="16"/>
                                    </w:numPr>
                                    <w:ind w:hanging="294"/>
                                    <w:rPr>
                                      <w:lang w:val="de-CH"/>
                                    </w:rPr>
                                  </w:pPr>
                                  <w:r>
                                    <w:rPr>
                                      <w:lang w:val="de-CH"/>
                                    </w:rPr>
                                    <w:t>Tourismusbetriebe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B5D37" id="_x0000_s1029" type="#_x0000_t202" style="position:absolute;margin-left:-89.25pt;margin-top:44.7pt;width:156.75pt;height:2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" filled="f" stroked="f">
                      <v:textbox>
                        <w:txbxContent>
                          <w:p w14:paraId="6458E89C" w14:textId="2173B308" w:rsidR="00FA750C" w:rsidRPr="002463FB" w:rsidRDefault="00917AFC" w:rsidP="00FA750C">
                            <w:pPr>
                              <w:pStyle w:val="Listenabsatz"/>
                              <w:numPr>
                                <w:ilvl w:val="0"/>
                                <w:numId w:val="16"/>
                              </w:numPr>
                              <w:ind w:hanging="294"/>
                              <w:rPr>
                                <w:rFonts w:hint="eastAsia"/>
                                <w:lang w:val="de-CH"/>
                              </w:rPr>
                            </w:pPr>
                            <w:r>
                              <w:rPr>
                                <w:lang w:val="de-CH"/>
                              </w:rPr>
                              <w:t>Tourismusbetriebe</w:t>
                            </w:r>
                          </w:p>
                        </w:txbxContent>
                      </v:textbox>
                    </v:shape>
                  </w:pict>
                </mc:Fallback>
              </mc:AlternateContent>
            </w:r>
          </w:p>
        </w:tc>
        <w:tc>
          <w:tcPr>
            <w:tcW w:w="636" w:type="dxa"/>
            <w:gridSpan w:val="2"/>
            <w:vMerge w:val="restart"/>
            <w:tcBorders>
              <w:top w:val="nil"/>
              <w:left w:val="nil"/>
              <w:bottom w:val="nil"/>
              <w:right w:val="nil"/>
            </w:tcBorders>
            <w:textDirection w:val="tbRl"/>
            <w:vAlign w:val="center"/>
          </w:tcPr>
          <w:p w14:paraId="0B9AFFFA" w14:textId="41143F4D" w:rsidR="004D6CE2" w:rsidRPr="00C03FB9" w:rsidRDefault="004267E1">
            <w:pPr>
              <w:ind w:left="113" w:right="113"/>
              <w:jc w:val="center"/>
              <w:rPr>
                <w:rFonts w:ascii="Arial" w:hAnsi="Arial" w:cs="Arial"/>
              </w:rPr>
            </w:pPr>
            <w:r w:rsidRPr="00C03FB9">
              <w:rPr>
                <w:rFonts w:ascii="Arial" w:hAnsi="Arial" w:cs="Arial"/>
                <w:noProof/>
              </w:rPr>
              <mc:AlternateContent>
                <mc:Choice Requires="wps">
                  <w:drawing>
                    <wp:anchor distT="45720" distB="45720" distL="114300" distR="114300" simplePos="0" relativeHeight="251658242" behindDoc="0" locked="0" layoutInCell="1" allowOverlap="1" wp14:anchorId="41D3C523" wp14:editId="59B6C6D4">
                      <wp:simplePos x="0" y="0"/>
                      <wp:positionH relativeFrom="column">
                        <wp:posOffset>-851535</wp:posOffset>
                      </wp:positionH>
                      <wp:positionV relativeFrom="paragraph">
                        <wp:posOffset>401320</wp:posOffset>
                      </wp:positionV>
                      <wp:extent cx="1990725" cy="285750"/>
                      <wp:effectExtent l="0" t="0" r="0" b="0"/>
                      <wp:wrapNone/>
                      <wp:docPr id="2530700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0CCD7033" w14:textId="5B383293" w:rsidR="007F772E" w:rsidRPr="002463FB" w:rsidRDefault="004228D5" w:rsidP="007F772E">
                                  <w:pPr>
                                    <w:pStyle w:val="Listenabsatz"/>
                                    <w:numPr>
                                      <w:ilvl w:val="0"/>
                                      <w:numId w:val="16"/>
                                    </w:numPr>
                                    <w:ind w:hanging="294"/>
                                    <w:rPr>
                                      <w:lang w:val="de-CH"/>
                                    </w:rPr>
                                  </w:pPr>
                                  <w:r>
                                    <w:rPr>
                                      <w:lang w:val="de-CH"/>
                                    </w:rPr>
                                    <w:t>ÖV-Anbietende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3C523" id="_x0000_s1030" type="#_x0000_t202" style="position:absolute;left:0;text-align:left;margin-left:-67.05pt;margin-top:31.6pt;width:156.75pt;height:2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" filled="f" stroked="f">
                      <v:textbox>
                        <w:txbxContent>
                          <w:p w14:paraId="0CCD7033" w14:textId="5B383293" w:rsidR="007F772E" w:rsidRPr="002463FB" w:rsidRDefault="004228D5" w:rsidP="007F772E">
                            <w:pPr>
                              <w:pStyle w:val="Listenabsatz"/>
                              <w:numPr>
                                <w:ilvl w:val="0"/>
                                <w:numId w:val="16"/>
                              </w:numPr>
                              <w:ind w:hanging="294"/>
                              <w:rPr>
                                <w:lang w:val="de-CH"/>
                              </w:rPr>
                            </w:pPr>
                            <w:r>
                              <w:rPr>
                                <w:lang w:val="de-CH"/>
                              </w:rPr>
                              <w:t>ÖV-Anbietende</w:t>
                            </w:r>
                          </w:p>
                        </w:txbxContent>
                      </v:textbox>
                    </v:shape>
                  </w:pict>
                </mc:Fallback>
              </mc:AlternateContent>
            </w:r>
            <w:proofErr w:type="spellStart"/>
            <w:r w:rsidR="004D6CE2" w:rsidRPr="00C03FB9">
              <w:rPr>
                <w:rFonts w:ascii="Arial" w:hAnsi="Arial" w:cs="Arial"/>
                <w:sz w:val="28"/>
                <w:szCs w:val="28"/>
              </w:rPr>
              <w:t>Zustimmung</w:t>
            </w:r>
            <w:proofErr w:type="spellEnd"/>
          </w:p>
        </w:tc>
      </w:tr>
      <w:tr w:rsidR="004D6CE2" w:rsidRPr="00C03FB9" w14:paraId="001C45E7" w14:textId="77777777">
        <w:trPr>
          <w:trHeight w:val="1105"/>
        </w:trPr>
        <w:tc>
          <w:tcPr>
            <w:tcW w:w="567" w:type="dxa"/>
            <w:vMerge/>
            <w:tcBorders>
              <w:left w:val="nil"/>
              <w:right w:val="nil"/>
            </w:tcBorders>
          </w:tcPr>
          <w:p w14:paraId="3B23A70A" w14:textId="77777777" w:rsidR="004D6CE2" w:rsidRPr="00C03FB9" w:rsidRDefault="004D6CE2">
            <w:pPr>
              <w:rPr>
                <w:rFonts w:ascii="Arial" w:hAnsi="Arial" w:cs="Arial"/>
                <w:lang w:val="de-CH"/>
              </w:rPr>
            </w:pPr>
          </w:p>
        </w:tc>
        <w:tc>
          <w:tcPr>
            <w:tcW w:w="567" w:type="dxa"/>
            <w:tcBorders>
              <w:top w:val="nil"/>
              <w:left w:val="nil"/>
              <w:bottom w:val="nil"/>
              <w:right w:val="single" w:sz="4" w:space="0" w:color="auto"/>
            </w:tcBorders>
          </w:tcPr>
          <w:p w14:paraId="61CC036C" w14:textId="77777777" w:rsidR="004D6CE2" w:rsidRPr="00C03FB9" w:rsidRDefault="004D6CE2">
            <w:pPr>
              <w:rPr>
                <w:rFonts w:ascii="Arial" w:hAnsi="Arial" w:cs="Arial"/>
              </w:rPr>
            </w:pPr>
            <w:r w:rsidRPr="00C03FB9">
              <w:rPr>
                <w:rFonts w:ascii="Arial" w:hAnsi="Arial" w:cs="Arial"/>
              </w:rPr>
              <w:t>+1</w:t>
            </w:r>
          </w:p>
        </w:tc>
        <w:tc>
          <w:tcPr>
            <w:tcW w:w="1406" w:type="dxa"/>
            <w:tcBorders>
              <w:top w:val="nil"/>
              <w:left w:val="single" w:sz="4" w:space="0" w:color="auto"/>
              <w:bottom w:val="single" w:sz="8" w:space="0" w:color="auto"/>
              <w:right w:val="nil"/>
            </w:tcBorders>
            <w:shd w:val="clear" w:color="auto" w:fill="FFF2CC"/>
          </w:tcPr>
          <w:p w14:paraId="6AAC2970" w14:textId="77777777" w:rsidR="004D6CE2" w:rsidRPr="00C03FB9" w:rsidRDefault="004D6CE2">
            <w:pPr>
              <w:jc w:val="right"/>
              <w:rPr>
                <w:rFonts w:ascii="Arial" w:hAnsi="Arial" w:cs="Arial"/>
                <w:sz w:val="40"/>
                <w:szCs w:val="40"/>
              </w:rPr>
            </w:pPr>
          </w:p>
        </w:tc>
        <w:tc>
          <w:tcPr>
            <w:tcW w:w="1407" w:type="dxa"/>
            <w:gridSpan w:val="2"/>
            <w:tcBorders>
              <w:top w:val="nil"/>
              <w:left w:val="nil"/>
              <w:bottom w:val="single" w:sz="8" w:space="0" w:color="auto"/>
              <w:right w:val="single" w:sz="8" w:space="0" w:color="auto"/>
            </w:tcBorders>
            <w:shd w:val="clear" w:color="auto" w:fill="FFF2CC"/>
          </w:tcPr>
          <w:p w14:paraId="69BE9A68" w14:textId="3B42DF22" w:rsidR="004D6CE2" w:rsidRPr="00C03FB9" w:rsidRDefault="004D6CE2">
            <w:pPr>
              <w:rPr>
                <w:rFonts w:ascii="Arial" w:hAnsi="Arial" w:cs="Arial"/>
              </w:rPr>
            </w:pPr>
          </w:p>
        </w:tc>
        <w:tc>
          <w:tcPr>
            <w:tcW w:w="1411" w:type="dxa"/>
            <w:gridSpan w:val="2"/>
            <w:tcBorders>
              <w:top w:val="nil"/>
              <w:left w:val="single" w:sz="8" w:space="0" w:color="auto"/>
              <w:bottom w:val="single" w:sz="8" w:space="0" w:color="auto"/>
              <w:right w:val="nil"/>
            </w:tcBorders>
            <w:shd w:val="clear" w:color="auto" w:fill="F4B084"/>
          </w:tcPr>
          <w:p w14:paraId="50367720" w14:textId="5911E6F5" w:rsidR="004D6CE2" w:rsidRPr="00C03FB9" w:rsidRDefault="004228D5">
            <w:pPr>
              <w:rPr>
                <w:rFonts w:ascii="Arial" w:hAnsi="Arial" w:cs="Arial"/>
              </w:rPr>
            </w:pPr>
            <w:r w:rsidRPr="00C03FB9">
              <w:rPr>
                <w:rFonts w:ascii="Arial" w:hAnsi="Arial" w:cs="Arial"/>
                <w:noProof/>
              </w:rPr>
              <mc:AlternateContent>
                <mc:Choice Requires="wps">
                  <w:drawing>
                    <wp:anchor distT="45720" distB="45720" distL="114300" distR="114300" simplePos="0" relativeHeight="251658243" behindDoc="0" locked="0" layoutInCell="1" allowOverlap="1" wp14:anchorId="5001D024" wp14:editId="3AC6F055">
                      <wp:simplePos x="0" y="0"/>
                      <wp:positionH relativeFrom="column">
                        <wp:posOffset>-72390</wp:posOffset>
                      </wp:positionH>
                      <wp:positionV relativeFrom="paragraph">
                        <wp:posOffset>153670</wp:posOffset>
                      </wp:positionV>
                      <wp:extent cx="1990725" cy="285750"/>
                      <wp:effectExtent l="0" t="0" r="0" b="0"/>
                      <wp:wrapNone/>
                      <wp:docPr id="1519292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19246544" w14:textId="7CAA6714" w:rsidR="004228D5" w:rsidRPr="002463FB" w:rsidRDefault="004228D5" w:rsidP="004228D5">
                                  <w:pPr>
                                    <w:pStyle w:val="Listenabsatz"/>
                                    <w:numPr>
                                      <w:ilvl w:val="0"/>
                                      <w:numId w:val="16"/>
                                    </w:numPr>
                                    <w:ind w:hanging="294"/>
                                    <w:rPr>
                                      <w:lang w:val="de-CH"/>
                                    </w:rPr>
                                  </w:pPr>
                                  <w:r>
                                    <w:rPr>
                                      <w:lang w:val="de-CH"/>
                                    </w:rPr>
                                    <w:t>Bevölkerung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1D024" id="_x0000_s1031" type="#_x0000_t202" style="position:absolute;margin-left:-5.7pt;margin-top:12.1pt;width:156.75pt;height:2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" filled="f" stroked="f">
                      <v:textbox>
                        <w:txbxContent>
                          <w:p w14:paraId="19246544" w14:textId="7CAA6714" w:rsidR="004228D5" w:rsidRPr="002463FB" w:rsidRDefault="004228D5" w:rsidP="004228D5">
                            <w:pPr>
                              <w:pStyle w:val="Listenabsatz"/>
                              <w:numPr>
                                <w:ilvl w:val="0"/>
                                <w:numId w:val="16"/>
                              </w:numPr>
                              <w:ind w:hanging="294"/>
                              <w:rPr>
                                <w:rFonts w:hint="eastAsia"/>
                                <w:lang w:val="de-CH"/>
                              </w:rPr>
                            </w:pPr>
                            <w:r>
                              <w:rPr>
                                <w:lang w:val="de-CH"/>
                              </w:rPr>
                              <w:t>Bevölkerung</w:t>
                            </w:r>
                          </w:p>
                        </w:txbxContent>
                      </v:textbox>
                    </v:shape>
                  </w:pict>
                </mc:Fallback>
              </mc:AlternateContent>
            </w:r>
          </w:p>
        </w:tc>
        <w:tc>
          <w:tcPr>
            <w:tcW w:w="1411" w:type="dxa"/>
            <w:gridSpan w:val="2"/>
            <w:tcBorders>
              <w:top w:val="nil"/>
              <w:left w:val="nil"/>
              <w:bottom w:val="single" w:sz="8" w:space="0" w:color="auto"/>
            </w:tcBorders>
            <w:shd w:val="clear" w:color="auto" w:fill="F4B084"/>
          </w:tcPr>
          <w:p w14:paraId="5484DD51" w14:textId="0BE61DE2" w:rsidR="004D6CE2" w:rsidRPr="00C03FB9" w:rsidRDefault="00A86D63">
            <w:pPr>
              <w:rPr>
                <w:rFonts w:ascii="Arial" w:hAnsi="Arial" w:cs="Arial"/>
              </w:rPr>
            </w:pPr>
            <w:r w:rsidRPr="00C03FB9">
              <w:rPr>
                <w:rFonts w:ascii="Arial" w:hAnsi="Arial" w:cs="Arial"/>
                <w:noProof/>
              </w:rPr>
              <mc:AlternateContent>
                <mc:Choice Requires="wps">
                  <w:drawing>
                    <wp:anchor distT="45720" distB="45720" distL="114300" distR="114300" simplePos="0" relativeHeight="251658246" behindDoc="0" locked="0" layoutInCell="1" allowOverlap="1" wp14:anchorId="20E22996" wp14:editId="3377F8AD">
                      <wp:simplePos x="0" y="0"/>
                      <wp:positionH relativeFrom="column">
                        <wp:posOffset>-2230755</wp:posOffset>
                      </wp:positionH>
                      <wp:positionV relativeFrom="paragraph">
                        <wp:posOffset>-129540</wp:posOffset>
                      </wp:positionV>
                      <wp:extent cx="2895600" cy="285750"/>
                      <wp:effectExtent l="0" t="0" r="0" b="0"/>
                      <wp:wrapNone/>
                      <wp:docPr id="20731977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85750"/>
                              </a:xfrm>
                              <a:prstGeom prst="rect">
                                <a:avLst/>
                              </a:prstGeom>
                              <a:noFill/>
                              <a:ln w="9525">
                                <a:noFill/>
                                <a:miter lim="800000"/>
                                <a:headEnd/>
                                <a:tailEnd/>
                              </a:ln>
                            </wps:spPr>
                            <wps:txbx>
                              <w:txbxContent>
                                <w:p w14:paraId="02523005" w14:textId="4143934E" w:rsidR="00172CCB" w:rsidRPr="002463FB" w:rsidRDefault="00172CCB" w:rsidP="00172CCB">
                                  <w:pPr>
                                    <w:pStyle w:val="Listenabsatz"/>
                                    <w:numPr>
                                      <w:ilvl w:val="0"/>
                                      <w:numId w:val="16"/>
                                    </w:numPr>
                                    <w:ind w:hanging="294"/>
                                    <w:rPr>
                                      <w:lang w:val="de-CH"/>
                                    </w:rPr>
                                  </w:pPr>
                                  <w:r>
                                    <w:rPr>
                                      <w:lang w:val="de-CH"/>
                                    </w:rPr>
                                    <w:t>Gewerbe / Unternehmen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22996" id="_x0000_s1032" type="#_x0000_t202" style="position:absolute;margin-left:-175.65pt;margin-top:-10.2pt;width:228pt;height:2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" filled="f" stroked="f">
                      <v:textbox>
                        <w:txbxContent>
                          <w:p w14:paraId="02523005" w14:textId="4143934E" w:rsidR="00172CCB" w:rsidRPr="002463FB" w:rsidRDefault="00172CCB" w:rsidP="00172CCB">
                            <w:pPr>
                              <w:pStyle w:val="Listenabsatz"/>
                              <w:numPr>
                                <w:ilvl w:val="0"/>
                                <w:numId w:val="16"/>
                              </w:numPr>
                              <w:ind w:hanging="294"/>
                              <w:rPr>
                                <w:lang w:val="de-CH"/>
                              </w:rPr>
                            </w:pPr>
                            <w:r>
                              <w:rPr>
                                <w:lang w:val="de-CH"/>
                              </w:rPr>
                              <w:t>Gewerbe / Unternehmen</w:t>
                            </w:r>
                          </w:p>
                        </w:txbxContent>
                      </v:textbox>
                    </v:shape>
                  </w:pict>
                </mc:Fallback>
              </mc:AlternateContent>
            </w:r>
          </w:p>
        </w:tc>
        <w:tc>
          <w:tcPr>
            <w:tcW w:w="636" w:type="dxa"/>
            <w:gridSpan w:val="2"/>
            <w:vMerge/>
            <w:tcBorders>
              <w:left w:val="nil"/>
              <w:bottom w:val="nil"/>
              <w:right w:val="nil"/>
            </w:tcBorders>
          </w:tcPr>
          <w:p w14:paraId="082B4C56" w14:textId="77777777" w:rsidR="004D6CE2" w:rsidRPr="00C03FB9" w:rsidRDefault="004D6CE2">
            <w:pPr>
              <w:rPr>
                <w:rFonts w:ascii="Arial" w:hAnsi="Arial" w:cs="Arial"/>
              </w:rPr>
            </w:pPr>
          </w:p>
        </w:tc>
      </w:tr>
      <w:tr w:rsidR="004D6CE2" w:rsidRPr="00C03FB9" w14:paraId="57CFEF07" w14:textId="77777777">
        <w:trPr>
          <w:trHeight w:val="1261"/>
        </w:trPr>
        <w:tc>
          <w:tcPr>
            <w:tcW w:w="567" w:type="dxa"/>
            <w:vMerge/>
            <w:tcBorders>
              <w:left w:val="nil"/>
              <w:right w:val="nil"/>
            </w:tcBorders>
          </w:tcPr>
          <w:p w14:paraId="57B26D68" w14:textId="77777777" w:rsidR="004D6CE2" w:rsidRPr="00C03FB9" w:rsidRDefault="004D6CE2">
            <w:pPr>
              <w:rPr>
                <w:rFonts w:ascii="Arial" w:hAnsi="Arial" w:cs="Arial"/>
                <w:lang w:val="de-CH"/>
              </w:rPr>
            </w:pPr>
          </w:p>
        </w:tc>
        <w:tc>
          <w:tcPr>
            <w:tcW w:w="567" w:type="dxa"/>
            <w:tcBorders>
              <w:top w:val="nil"/>
              <w:left w:val="nil"/>
              <w:bottom w:val="nil"/>
              <w:right w:val="single" w:sz="4" w:space="0" w:color="auto"/>
            </w:tcBorders>
          </w:tcPr>
          <w:p w14:paraId="731C1B5A" w14:textId="77777777" w:rsidR="004D6CE2" w:rsidRPr="00C03FB9" w:rsidRDefault="004D6CE2">
            <w:pPr>
              <w:rPr>
                <w:rFonts w:ascii="Arial" w:hAnsi="Arial" w:cs="Arial"/>
              </w:rPr>
            </w:pPr>
            <w:r w:rsidRPr="00C03FB9">
              <w:rPr>
                <w:rFonts w:ascii="Arial" w:hAnsi="Arial" w:cs="Arial"/>
              </w:rPr>
              <w:t>0</w:t>
            </w:r>
          </w:p>
          <w:p w14:paraId="18523B7E" w14:textId="77777777" w:rsidR="004D6CE2" w:rsidRPr="00C03FB9" w:rsidRDefault="004D6CE2">
            <w:pPr>
              <w:rPr>
                <w:rFonts w:ascii="Arial" w:hAnsi="Arial" w:cs="Arial"/>
              </w:rPr>
            </w:pPr>
          </w:p>
          <w:p w14:paraId="25C1048D" w14:textId="77777777" w:rsidR="004D6CE2" w:rsidRPr="00C03FB9" w:rsidRDefault="004D6CE2">
            <w:pPr>
              <w:rPr>
                <w:rFonts w:ascii="Arial" w:hAnsi="Arial" w:cs="Arial"/>
              </w:rPr>
            </w:pPr>
          </w:p>
          <w:p w14:paraId="78D85C67" w14:textId="77777777" w:rsidR="004D6CE2" w:rsidRPr="00C03FB9" w:rsidRDefault="004D6CE2">
            <w:pPr>
              <w:rPr>
                <w:rFonts w:ascii="Arial" w:hAnsi="Arial" w:cs="Arial"/>
              </w:rPr>
            </w:pPr>
          </w:p>
          <w:p w14:paraId="1F5DCAB0" w14:textId="77777777" w:rsidR="004D6CE2" w:rsidRPr="00C03FB9" w:rsidRDefault="004D6CE2">
            <w:pPr>
              <w:rPr>
                <w:rFonts w:ascii="Arial" w:hAnsi="Arial" w:cs="Arial"/>
              </w:rPr>
            </w:pPr>
            <w:r w:rsidRPr="00C03FB9">
              <w:rPr>
                <w:rFonts w:ascii="Arial" w:hAnsi="Arial" w:cs="Arial"/>
              </w:rPr>
              <w:t>-1</w:t>
            </w:r>
          </w:p>
        </w:tc>
        <w:tc>
          <w:tcPr>
            <w:tcW w:w="1406" w:type="dxa"/>
            <w:tcBorders>
              <w:top w:val="single" w:sz="8" w:space="0" w:color="auto"/>
              <w:left w:val="single" w:sz="4" w:space="0" w:color="auto"/>
              <w:bottom w:val="nil"/>
              <w:right w:val="nil"/>
            </w:tcBorders>
            <w:shd w:val="clear" w:color="auto" w:fill="F2F2F2" w:themeFill="background1" w:themeFillShade="F2"/>
          </w:tcPr>
          <w:p w14:paraId="6C3591BC" w14:textId="77777777" w:rsidR="004D6CE2" w:rsidRPr="00C03FB9" w:rsidRDefault="004D6CE2">
            <w:pPr>
              <w:jc w:val="right"/>
              <w:rPr>
                <w:rFonts w:ascii="Arial" w:hAnsi="Arial" w:cs="Arial"/>
                <w:sz w:val="40"/>
                <w:szCs w:val="40"/>
              </w:rPr>
            </w:pPr>
          </w:p>
          <w:p w14:paraId="5E24C44B" w14:textId="77777777" w:rsidR="004D6CE2" w:rsidRPr="00C03FB9" w:rsidRDefault="004D6CE2">
            <w:pPr>
              <w:jc w:val="right"/>
              <w:rPr>
                <w:rFonts w:ascii="Arial" w:hAnsi="Arial" w:cs="Arial"/>
                <w:sz w:val="40"/>
                <w:szCs w:val="40"/>
              </w:rPr>
            </w:pPr>
          </w:p>
          <w:p w14:paraId="438B59C5" w14:textId="7CCE6F42" w:rsidR="004D6CE2" w:rsidRPr="00C03FB9" w:rsidRDefault="004D6CE2">
            <w:pPr>
              <w:jc w:val="right"/>
              <w:rPr>
                <w:rFonts w:ascii="Arial" w:hAnsi="Arial" w:cs="Arial"/>
              </w:rPr>
            </w:pPr>
          </w:p>
        </w:tc>
        <w:tc>
          <w:tcPr>
            <w:tcW w:w="1407" w:type="dxa"/>
            <w:gridSpan w:val="2"/>
            <w:tcBorders>
              <w:top w:val="single" w:sz="8" w:space="0" w:color="auto"/>
              <w:left w:val="nil"/>
              <w:bottom w:val="nil"/>
              <w:right w:val="single" w:sz="8" w:space="0" w:color="auto"/>
            </w:tcBorders>
            <w:shd w:val="clear" w:color="auto" w:fill="F2F2F2" w:themeFill="background1" w:themeFillShade="F2"/>
          </w:tcPr>
          <w:p w14:paraId="53FFC351" w14:textId="728E8C22" w:rsidR="004D6CE2" w:rsidRPr="00C03FB9" w:rsidRDefault="004D6CE2">
            <w:pPr>
              <w:rPr>
                <w:rFonts w:ascii="Arial" w:hAnsi="Arial" w:cs="Arial"/>
              </w:rPr>
            </w:pPr>
          </w:p>
        </w:tc>
        <w:tc>
          <w:tcPr>
            <w:tcW w:w="1411" w:type="dxa"/>
            <w:gridSpan w:val="2"/>
            <w:tcBorders>
              <w:top w:val="single" w:sz="8" w:space="0" w:color="auto"/>
              <w:left w:val="single" w:sz="8" w:space="0" w:color="auto"/>
              <w:bottom w:val="nil"/>
              <w:right w:val="nil"/>
            </w:tcBorders>
            <w:shd w:val="clear" w:color="auto" w:fill="D9D9D9"/>
          </w:tcPr>
          <w:p w14:paraId="15F4D1B8" w14:textId="4C490D03" w:rsidR="004D6CE2" w:rsidRPr="00C03FB9" w:rsidRDefault="004D6CE2">
            <w:pPr>
              <w:jc w:val="right"/>
              <w:rPr>
                <w:rFonts w:ascii="Arial" w:hAnsi="Arial" w:cs="Arial"/>
                <w:sz w:val="40"/>
                <w:szCs w:val="40"/>
              </w:rPr>
            </w:pPr>
          </w:p>
          <w:p w14:paraId="6C1E4AC5" w14:textId="00EE643C" w:rsidR="004D6CE2" w:rsidRPr="00C03FB9" w:rsidRDefault="004D6CE2">
            <w:pPr>
              <w:jc w:val="right"/>
              <w:rPr>
                <w:rFonts w:ascii="Arial" w:hAnsi="Arial" w:cs="Arial"/>
                <w:sz w:val="40"/>
                <w:szCs w:val="40"/>
              </w:rPr>
            </w:pPr>
          </w:p>
          <w:p w14:paraId="612759FB" w14:textId="2184633A" w:rsidR="004D6CE2" w:rsidRPr="00C03FB9" w:rsidRDefault="004D6CE2">
            <w:pPr>
              <w:jc w:val="right"/>
              <w:rPr>
                <w:rFonts w:ascii="Arial" w:hAnsi="Arial" w:cs="Arial"/>
              </w:rPr>
            </w:pPr>
          </w:p>
        </w:tc>
        <w:tc>
          <w:tcPr>
            <w:tcW w:w="1411" w:type="dxa"/>
            <w:gridSpan w:val="2"/>
            <w:tcBorders>
              <w:top w:val="single" w:sz="8" w:space="0" w:color="auto"/>
              <w:left w:val="nil"/>
              <w:bottom w:val="nil"/>
            </w:tcBorders>
            <w:shd w:val="clear" w:color="auto" w:fill="D9D9D9"/>
          </w:tcPr>
          <w:p w14:paraId="3DB3DA1C" w14:textId="7C754367" w:rsidR="004D6CE2" w:rsidRPr="00C03FB9" w:rsidRDefault="00FA750C">
            <w:pPr>
              <w:rPr>
                <w:rFonts w:ascii="Arial" w:hAnsi="Arial" w:cs="Arial"/>
              </w:rPr>
            </w:pPr>
            <w:r w:rsidRPr="00C03FB9">
              <w:rPr>
                <w:rFonts w:ascii="Arial" w:hAnsi="Arial" w:cs="Arial"/>
                <w:noProof/>
              </w:rPr>
              <mc:AlternateContent>
                <mc:Choice Requires="wps">
                  <w:drawing>
                    <wp:anchor distT="45720" distB="45720" distL="114300" distR="114300" simplePos="0" relativeHeight="251658244" behindDoc="0" locked="0" layoutInCell="1" allowOverlap="1" wp14:anchorId="19E0EC8C" wp14:editId="4B4E34CB">
                      <wp:simplePos x="0" y="0"/>
                      <wp:positionH relativeFrom="column">
                        <wp:posOffset>-523875</wp:posOffset>
                      </wp:positionH>
                      <wp:positionV relativeFrom="paragraph">
                        <wp:posOffset>334645</wp:posOffset>
                      </wp:positionV>
                      <wp:extent cx="1990725" cy="285750"/>
                      <wp:effectExtent l="0" t="0" r="0" b="0"/>
                      <wp:wrapNone/>
                      <wp:docPr id="19989459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noFill/>
                              <a:ln w="9525">
                                <a:noFill/>
                                <a:miter lim="800000"/>
                                <a:headEnd/>
                                <a:tailEnd/>
                              </a:ln>
                            </wps:spPr>
                            <wps:txbx>
                              <w:txbxContent>
                                <w:p w14:paraId="58D926C1" w14:textId="4CBF5CD3" w:rsidR="00FA750C" w:rsidRPr="002463FB" w:rsidRDefault="00FA750C" w:rsidP="00FA750C">
                                  <w:pPr>
                                    <w:pStyle w:val="Listenabsatz"/>
                                    <w:numPr>
                                      <w:ilvl w:val="0"/>
                                      <w:numId w:val="16"/>
                                    </w:numPr>
                                    <w:ind w:hanging="294"/>
                                    <w:rPr>
                                      <w:lang w:val="de-CH"/>
                                    </w:rPr>
                                  </w:pPr>
                                  <w:r>
                                    <w:rPr>
                                      <w:lang w:val="de-CH"/>
                                    </w:rPr>
                                    <w:t>Gäste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0EC8C" id="_x0000_s1033" type="#_x0000_t202" style="position:absolute;margin-left:-41.25pt;margin-top:26.35pt;width:156.75pt;height:2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" filled="f" stroked="f">
                      <v:textbox>
                        <w:txbxContent>
                          <w:p w14:paraId="58D926C1" w14:textId="4CBF5CD3" w:rsidR="00FA750C" w:rsidRPr="002463FB" w:rsidRDefault="00FA750C" w:rsidP="00FA750C">
                            <w:pPr>
                              <w:pStyle w:val="Listenabsatz"/>
                              <w:numPr>
                                <w:ilvl w:val="0"/>
                                <w:numId w:val="16"/>
                              </w:numPr>
                              <w:ind w:hanging="294"/>
                              <w:rPr>
                                <w:rFonts w:hint="eastAsia"/>
                                <w:lang w:val="de-CH"/>
                              </w:rPr>
                            </w:pPr>
                            <w:r>
                              <w:rPr>
                                <w:lang w:val="de-CH"/>
                              </w:rPr>
                              <w:t>Gäste</w:t>
                            </w:r>
                          </w:p>
                        </w:txbxContent>
                      </v:textbox>
                    </v:shape>
                  </w:pict>
                </mc:Fallback>
              </mc:AlternateContent>
            </w:r>
          </w:p>
        </w:tc>
        <w:tc>
          <w:tcPr>
            <w:tcW w:w="636" w:type="dxa"/>
            <w:gridSpan w:val="2"/>
            <w:vMerge/>
            <w:tcBorders>
              <w:left w:val="nil"/>
              <w:bottom w:val="nil"/>
              <w:right w:val="nil"/>
            </w:tcBorders>
          </w:tcPr>
          <w:p w14:paraId="37C33B8A" w14:textId="77777777" w:rsidR="004D6CE2" w:rsidRPr="00C03FB9" w:rsidRDefault="004D6CE2">
            <w:pPr>
              <w:rPr>
                <w:rFonts w:ascii="Arial" w:hAnsi="Arial" w:cs="Arial"/>
              </w:rPr>
            </w:pPr>
          </w:p>
        </w:tc>
      </w:tr>
      <w:tr w:rsidR="004D6CE2" w:rsidRPr="00C03FB9" w14:paraId="3BA9D668" w14:textId="77777777">
        <w:trPr>
          <w:trHeight w:val="1279"/>
        </w:trPr>
        <w:tc>
          <w:tcPr>
            <w:tcW w:w="567" w:type="dxa"/>
            <w:vMerge/>
            <w:tcBorders>
              <w:left w:val="nil"/>
              <w:right w:val="nil"/>
            </w:tcBorders>
          </w:tcPr>
          <w:p w14:paraId="5F11CDD6" w14:textId="77777777" w:rsidR="004D6CE2" w:rsidRPr="00C03FB9" w:rsidRDefault="004D6CE2">
            <w:pPr>
              <w:rPr>
                <w:rFonts w:ascii="Arial" w:hAnsi="Arial" w:cs="Arial"/>
                <w:lang w:val="de-CH"/>
              </w:rPr>
            </w:pPr>
          </w:p>
        </w:tc>
        <w:tc>
          <w:tcPr>
            <w:tcW w:w="567" w:type="dxa"/>
            <w:tcBorders>
              <w:top w:val="nil"/>
              <w:left w:val="nil"/>
              <w:bottom w:val="nil"/>
              <w:right w:val="single" w:sz="4" w:space="0" w:color="auto"/>
            </w:tcBorders>
          </w:tcPr>
          <w:p w14:paraId="491272F8" w14:textId="77777777" w:rsidR="004D6CE2" w:rsidRPr="00C03FB9" w:rsidRDefault="004D6CE2">
            <w:pPr>
              <w:rPr>
                <w:rFonts w:ascii="Arial" w:hAnsi="Arial" w:cs="Arial"/>
                <w:lang w:val="de-CH"/>
              </w:rPr>
            </w:pPr>
          </w:p>
          <w:p w14:paraId="63D160F8" w14:textId="77777777" w:rsidR="004D6CE2" w:rsidRPr="00C03FB9" w:rsidRDefault="004D6CE2">
            <w:pPr>
              <w:rPr>
                <w:rFonts w:ascii="Arial" w:hAnsi="Arial" w:cs="Arial"/>
                <w:lang w:val="de-CH"/>
              </w:rPr>
            </w:pPr>
          </w:p>
          <w:p w14:paraId="7281F1DE" w14:textId="77777777" w:rsidR="004D6CE2" w:rsidRPr="00C03FB9" w:rsidRDefault="004D6CE2">
            <w:pPr>
              <w:rPr>
                <w:rFonts w:ascii="Arial" w:hAnsi="Arial" w:cs="Arial"/>
                <w:lang w:val="de-CH"/>
              </w:rPr>
            </w:pPr>
          </w:p>
          <w:p w14:paraId="7E28C170" w14:textId="77777777" w:rsidR="004D6CE2" w:rsidRPr="00C03FB9" w:rsidRDefault="004D6CE2">
            <w:pPr>
              <w:rPr>
                <w:rFonts w:ascii="Arial" w:hAnsi="Arial" w:cs="Arial"/>
                <w:lang w:val="de-CH"/>
              </w:rPr>
            </w:pPr>
          </w:p>
          <w:p w14:paraId="7C91E630" w14:textId="77777777" w:rsidR="004D6CE2" w:rsidRPr="00C03FB9" w:rsidRDefault="004D6CE2">
            <w:pPr>
              <w:rPr>
                <w:rFonts w:ascii="Arial" w:hAnsi="Arial" w:cs="Arial"/>
              </w:rPr>
            </w:pPr>
            <w:r w:rsidRPr="00C03FB9">
              <w:rPr>
                <w:rFonts w:ascii="Arial" w:hAnsi="Arial" w:cs="Arial"/>
              </w:rPr>
              <w:t>-2</w:t>
            </w:r>
          </w:p>
        </w:tc>
        <w:tc>
          <w:tcPr>
            <w:tcW w:w="1406" w:type="dxa"/>
            <w:tcBorders>
              <w:top w:val="nil"/>
              <w:left w:val="single" w:sz="4" w:space="0" w:color="auto"/>
              <w:bottom w:val="single" w:sz="4" w:space="0" w:color="auto"/>
              <w:right w:val="nil"/>
            </w:tcBorders>
            <w:shd w:val="clear" w:color="auto" w:fill="F2F2F2" w:themeFill="background1" w:themeFillShade="F2"/>
          </w:tcPr>
          <w:p w14:paraId="0438AD10" w14:textId="6547F6C7" w:rsidR="004D6CE2" w:rsidRPr="00C03FB9" w:rsidRDefault="004D6CE2">
            <w:pPr>
              <w:rPr>
                <w:rFonts w:ascii="Arial" w:hAnsi="Arial" w:cs="Arial"/>
              </w:rPr>
            </w:pPr>
          </w:p>
        </w:tc>
        <w:tc>
          <w:tcPr>
            <w:tcW w:w="1407" w:type="dxa"/>
            <w:gridSpan w:val="2"/>
            <w:tcBorders>
              <w:top w:val="nil"/>
              <w:left w:val="nil"/>
              <w:bottom w:val="single" w:sz="4" w:space="0" w:color="auto"/>
              <w:right w:val="single" w:sz="8" w:space="0" w:color="auto"/>
            </w:tcBorders>
            <w:shd w:val="clear" w:color="auto" w:fill="F2F2F2" w:themeFill="background1" w:themeFillShade="F2"/>
          </w:tcPr>
          <w:p w14:paraId="0D53E867" w14:textId="77777777" w:rsidR="004D6CE2" w:rsidRPr="00C03FB9" w:rsidRDefault="004D6CE2">
            <w:pPr>
              <w:rPr>
                <w:rFonts w:ascii="Arial" w:hAnsi="Arial" w:cs="Arial"/>
              </w:rPr>
            </w:pPr>
          </w:p>
        </w:tc>
        <w:tc>
          <w:tcPr>
            <w:tcW w:w="1411" w:type="dxa"/>
            <w:gridSpan w:val="2"/>
            <w:tcBorders>
              <w:top w:val="nil"/>
              <w:left w:val="single" w:sz="8" w:space="0" w:color="auto"/>
              <w:bottom w:val="single" w:sz="4" w:space="0" w:color="auto"/>
              <w:right w:val="nil"/>
            </w:tcBorders>
            <w:shd w:val="clear" w:color="auto" w:fill="D9D9D9"/>
          </w:tcPr>
          <w:p w14:paraId="670763A0" w14:textId="77777777" w:rsidR="004D6CE2" w:rsidRPr="00C03FB9" w:rsidRDefault="004D6CE2">
            <w:pPr>
              <w:rPr>
                <w:rFonts w:ascii="Arial" w:hAnsi="Arial" w:cs="Arial"/>
              </w:rPr>
            </w:pPr>
          </w:p>
        </w:tc>
        <w:tc>
          <w:tcPr>
            <w:tcW w:w="1411" w:type="dxa"/>
            <w:gridSpan w:val="2"/>
            <w:tcBorders>
              <w:top w:val="nil"/>
              <w:left w:val="nil"/>
              <w:bottom w:val="single" w:sz="4" w:space="0" w:color="auto"/>
            </w:tcBorders>
            <w:shd w:val="clear" w:color="auto" w:fill="D9D9D9"/>
          </w:tcPr>
          <w:p w14:paraId="2185D169" w14:textId="77777777" w:rsidR="004D6CE2" w:rsidRPr="00C03FB9" w:rsidRDefault="004D6CE2">
            <w:pPr>
              <w:rPr>
                <w:rFonts w:ascii="Arial" w:hAnsi="Arial" w:cs="Arial"/>
              </w:rPr>
            </w:pPr>
          </w:p>
        </w:tc>
        <w:tc>
          <w:tcPr>
            <w:tcW w:w="636" w:type="dxa"/>
            <w:gridSpan w:val="2"/>
            <w:vMerge/>
            <w:tcBorders>
              <w:left w:val="nil"/>
              <w:bottom w:val="nil"/>
              <w:right w:val="nil"/>
            </w:tcBorders>
          </w:tcPr>
          <w:p w14:paraId="25BF6C48" w14:textId="77777777" w:rsidR="004D6CE2" w:rsidRPr="00C03FB9" w:rsidRDefault="004D6CE2">
            <w:pPr>
              <w:rPr>
                <w:rFonts w:ascii="Arial" w:hAnsi="Arial" w:cs="Arial"/>
              </w:rPr>
            </w:pPr>
          </w:p>
        </w:tc>
      </w:tr>
      <w:tr w:rsidR="004D6CE2" w:rsidRPr="00C03FB9" w14:paraId="00499F8A" w14:textId="77777777">
        <w:trPr>
          <w:gridAfter w:val="1"/>
          <w:wAfter w:w="238" w:type="dxa"/>
        </w:trPr>
        <w:tc>
          <w:tcPr>
            <w:tcW w:w="567" w:type="dxa"/>
            <w:vMerge/>
            <w:tcBorders>
              <w:left w:val="nil"/>
              <w:bottom w:val="nil"/>
              <w:right w:val="nil"/>
            </w:tcBorders>
          </w:tcPr>
          <w:p w14:paraId="7D931BDC" w14:textId="77777777" w:rsidR="004D6CE2" w:rsidRPr="00C03FB9" w:rsidRDefault="004D6CE2">
            <w:pPr>
              <w:rPr>
                <w:rFonts w:ascii="Arial" w:hAnsi="Arial" w:cs="Arial"/>
                <w:lang w:val="de-CH"/>
              </w:rPr>
            </w:pPr>
          </w:p>
        </w:tc>
        <w:tc>
          <w:tcPr>
            <w:tcW w:w="567" w:type="dxa"/>
            <w:tcBorders>
              <w:top w:val="nil"/>
              <w:left w:val="nil"/>
              <w:bottom w:val="nil"/>
              <w:right w:val="nil"/>
            </w:tcBorders>
          </w:tcPr>
          <w:p w14:paraId="0FA0BD16" w14:textId="77777777" w:rsidR="004D6CE2" w:rsidRPr="00C03FB9" w:rsidRDefault="004D6CE2">
            <w:pPr>
              <w:rPr>
                <w:rFonts w:ascii="Arial" w:hAnsi="Arial" w:cs="Arial"/>
                <w:lang w:val="de-CH"/>
              </w:rPr>
            </w:pPr>
          </w:p>
        </w:tc>
        <w:tc>
          <w:tcPr>
            <w:tcW w:w="1804" w:type="dxa"/>
            <w:gridSpan w:val="2"/>
            <w:tcBorders>
              <w:top w:val="nil"/>
              <w:left w:val="nil"/>
              <w:bottom w:val="nil"/>
              <w:right w:val="nil"/>
            </w:tcBorders>
          </w:tcPr>
          <w:p w14:paraId="2482B9B4" w14:textId="77777777" w:rsidR="004D6CE2" w:rsidRPr="00C03FB9" w:rsidRDefault="004D6CE2">
            <w:pPr>
              <w:tabs>
                <w:tab w:val="left" w:pos="1347"/>
              </w:tabs>
              <w:rPr>
                <w:rFonts w:ascii="Arial" w:hAnsi="Arial" w:cs="Arial"/>
              </w:rPr>
            </w:pPr>
            <w:r w:rsidRPr="00C03FB9">
              <w:rPr>
                <w:rFonts w:ascii="Arial" w:hAnsi="Arial" w:cs="Arial"/>
              </w:rPr>
              <w:t>-2</w:t>
            </w:r>
            <w:r w:rsidRPr="00C03FB9">
              <w:rPr>
                <w:rFonts w:ascii="Arial" w:hAnsi="Arial" w:cs="Arial"/>
              </w:rPr>
              <w:tab/>
              <w:t>-1</w:t>
            </w:r>
          </w:p>
        </w:tc>
        <w:tc>
          <w:tcPr>
            <w:tcW w:w="1407" w:type="dxa"/>
            <w:gridSpan w:val="2"/>
            <w:tcBorders>
              <w:top w:val="nil"/>
              <w:left w:val="nil"/>
              <w:bottom w:val="nil"/>
              <w:right w:val="nil"/>
            </w:tcBorders>
          </w:tcPr>
          <w:p w14:paraId="461AF785" w14:textId="77777777" w:rsidR="004D6CE2" w:rsidRPr="00C03FB9" w:rsidRDefault="004D6CE2">
            <w:pPr>
              <w:tabs>
                <w:tab w:val="left" w:pos="862"/>
              </w:tabs>
              <w:ind w:left="-42"/>
              <w:rPr>
                <w:rFonts w:ascii="Arial" w:hAnsi="Arial" w:cs="Arial"/>
              </w:rPr>
            </w:pPr>
            <w:r w:rsidRPr="00C03FB9">
              <w:rPr>
                <w:rFonts w:ascii="Arial" w:hAnsi="Arial" w:cs="Arial"/>
              </w:rPr>
              <w:tab/>
              <w:t>0</w:t>
            </w:r>
          </w:p>
        </w:tc>
        <w:tc>
          <w:tcPr>
            <w:tcW w:w="1411" w:type="dxa"/>
            <w:gridSpan w:val="2"/>
            <w:tcBorders>
              <w:top w:val="nil"/>
              <w:left w:val="nil"/>
              <w:bottom w:val="nil"/>
              <w:right w:val="nil"/>
            </w:tcBorders>
          </w:tcPr>
          <w:p w14:paraId="13968DF3" w14:textId="77777777" w:rsidR="004D6CE2" w:rsidRPr="00C03FB9" w:rsidRDefault="004D6CE2">
            <w:pPr>
              <w:ind w:right="369"/>
              <w:jc w:val="right"/>
              <w:rPr>
                <w:rFonts w:ascii="Arial" w:hAnsi="Arial" w:cs="Arial"/>
              </w:rPr>
            </w:pPr>
            <w:r w:rsidRPr="00C03FB9">
              <w:rPr>
                <w:rFonts w:ascii="Arial" w:hAnsi="Arial" w:cs="Arial"/>
              </w:rPr>
              <w:t>+1</w:t>
            </w:r>
          </w:p>
        </w:tc>
        <w:tc>
          <w:tcPr>
            <w:tcW w:w="1411" w:type="dxa"/>
            <w:gridSpan w:val="2"/>
            <w:tcBorders>
              <w:top w:val="nil"/>
              <w:left w:val="nil"/>
              <w:bottom w:val="nil"/>
              <w:right w:val="nil"/>
            </w:tcBorders>
          </w:tcPr>
          <w:p w14:paraId="11D05495" w14:textId="77777777" w:rsidR="004D6CE2" w:rsidRPr="00C03FB9" w:rsidRDefault="004D6CE2">
            <w:pPr>
              <w:ind w:right="362"/>
              <w:jc w:val="right"/>
              <w:rPr>
                <w:rFonts w:ascii="Arial" w:hAnsi="Arial" w:cs="Arial"/>
              </w:rPr>
            </w:pPr>
            <w:r w:rsidRPr="00C03FB9">
              <w:rPr>
                <w:rFonts w:ascii="Arial" w:hAnsi="Arial" w:cs="Arial"/>
              </w:rPr>
              <w:t>+2</w:t>
            </w:r>
          </w:p>
        </w:tc>
      </w:tr>
    </w:tbl>
    <w:p w14:paraId="237A2895" w14:textId="60344A6E" w:rsidR="004D6CE2" w:rsidRPr="00C03FB9" w:rsidRDefault="004D6CE2" w:rsidP="004D6CE2">
      <w:pPr>
        <w:ind w:left="4111"/>
        <w:rPr>
          <w:rFonts w:ascii="Arial" w:hAnsi="Arial" w:cs="Arial"/>
          <w:sz w:val="28"/>
          <w:szCs w:val="28"/>
          <w:lang w:val="de-CH"/>
        </w:rPr>
      </w:pPr>
      <w:r w:rsidRPr="00C03FB9">
        <w:rPr>
          <w:rFonts w:ascii="Arial" w:hAnsi="Arial" w:cs="Arial"/>
          <w:sz w:val="28"/>
          <w:szCs w:val="28"/>
          <w:lang w:val="de-CH"/>
        </w:rPr>
        <w:t>wenig Einfluss</w:t>
      </w:r>
    </w:p>
    <w:p w14:paraId="29E4388D" w14:textId="77777777" w:rsidR="00D956FB" w:rsidRPr="00C03FB9" w:rsidRDefault="00D956FB" w:rsidP="004D6CE2">
      <w:pPr>
        <w:rPr>
          <w:rFonts w:ascii="Arial" w:hAnsi="Arial" w:cs="Arial"/>
          <w:lang w:val="de-CH"/>
        </w:rPr>
        <w:sectPr w:rsidR="00D956FB" w:rsidRPr="00C03FB9" w:rsidSect="004D6CE2">
          <w:headerReference w:type="default" r:id="rId17"/>
          <w:footerReference w:type="default" r:id="rId18"/>
          <w:pgSz w:w="15840" w:h="12240" w:orient="landscape"/>
          <w:pgMar w:top="1800" w:right="1440" w:bottom="1800" w:left="1440" w:header="720" w:footer="720" w:gutter="0"/>
          <w:cols w:space="720"/>
          <w:docGrid w:linePitch="360"/>
        </w:sectPr>
      </w:pPr>
    </w:p>
    <w:p w14:paraId="1B9CD21F" w14:textId="6CD820DD" w:rsidR="00943E0D" w:rsidRPr="00C03FB9" w:rsidRDefault="0010203C" w:rsidP="00943E0D">
      <w:pPr>
        <w:pStyle w:val="berschrift1"/>
        <w:rPr>
          <w:rFonts w:ascii="Arial" w:hAnsi="Arial" w:cs="Arial"/>
          <w:lang w:val="de-CH"/>
        </w:rPr>
      </w:pPr>
      <w:r w:rsidRPr="00C03FB9">
        <w:rPr>
          <w:rFonts w:ascii="Arial" w:hAnsi="Arial" w:cs="Arial"/>
          <w:lang w:val="de-CH"/>
        </w:rPr>
        <w:lastRenderedPageBreak/>
        <w:t>Stakeholder</w:t>
      </w:r>
      <w:r w:rsidR="00D35F14" w:rsidRPr="00C03FB9">
        <w:rPr>
          <w:rFonts w:ascii="Arial" w:hAnsi="Arial" w:cs="Arial"/>
          <w:lang w:val="de-CH"/>
        </w:rPr>
        <w:t>m</w:t>
      </w:r>
      <w:r w:rsidR="00943E0D" w:rsidRPr="00C03FB9">
        <w:rPr>
          <w:rFonts w:ascii="Arial" w:hAnsi="Arial" w:cs="Arial"/>
          <w:lang w:val="de-CH"/>
        </w:rPr>
        <w:t>anagement</w:t>
      </w:r>
    </w:p>
    <w:p w14:paraId="6177D3EF" w14:textId="5B535EFF" w:rsidR="00B858AB" w:rsidRPr="00C03FB9" w:rsidRDefault="00B858AB" w:rsidP="00943E0D">
      <w:pPr>
        <w:rPr>
          <w:rFonts w:ascii="Arial" w:hAnsi="Arial" w:cs="Arial"/>
          <w:lang w:val="de-CH"/>
        </w:rPr>
      </w:pPr>
      <w:r w:rsidRPr="00C03FB9">
        <w:rPr>
          <w:rFonts w:ascii="Arial" w:hAnsi="Arial" w:cs="Arial"/>
          <w:lang w:val="de-CH"/>
        </w:rPr>
        <w:t xml:space="preserve">Auf Grund der Matrix wird festgelegt, wie die einzelnen Stakeholder einbezogen werden: </w:t>
      </w:r>
      <w:r w:rsidRPr="00C03FB9">
        <w:rPr>
          <w:rFonts w:ascii="Arial" w:hAnsi="Arial" w:cs="Arial"/>
          <w:b/>
          <w:bCs/>
          <w:lang w:val="de-CH"/>
        </w:rPr>
        <w:t>wann, wie oft und mit welchen Methoden</w:t>
      </w:r>
      <w:r w:rsidRPr="00C03FB9">
        <w:rPr>
          <w:rFonts w:ascii="Arial" w:hAnsi="Arial" w:cs="Arial"/>
          <w:lang w:val="de-CH"/>
        </w:rPr>
        <w:t xml:space="preserve">. Dies kann grob über die </w:t>
      </w:r>
      <w:r w:rsidRPr="00C03FB9">
        <w:rPr>
          <w:rFonts w:ascii="Arial" w:hAnsi="Arial" w:cs="Arial"/>
          <w:b/>
          <w:bCs/>
          <w:lang w:val="de-CH"/>
        </w:rPr>
        <w:t>vier Quadranten der Stakeholder-Matrix</w:t>
      </w:r>
      <w:r w:rsidRPr="00C03FB9">
        <w:rPr>
          <w:rFonts w:ascii="Arial" w:hAnsi="Arial" w:cs="Arial"/>
          <w:lang w:val="de-CH"/>
        </w:rPr>
        <w:t xml:space="preserve"> geschehen oder – für mehr Detailtiefe – mit einer </w:t>
      </w:r>
      <w:r w:rsidRPr="00C03FB9">
        <w:rPr>
          <w:rFonts w:ascii="Arial" w:hAnsi="Arial" w:cs="Arial"/>
          <w:b/>
          <w:bCs/>
          <w:lang w:val="de-CH"/>
        </w:rPr>
        <w:t>Stakeholdermanagement-Tabelle</w:t>
      </w:r>
      <w:r w:rsidRPr="00C03FB9">
        <w:rPr>
          <w:rFonts w:ascii="Arial" w:hAnsi="Arial" w:cs="Arial"/>
          <w:lang w:val="de-CH"/>
        </w:rPr>
        <w:t xml:space="preserve">. </w:t>
      </w:r>
    </w:p>
    <w:p w14:paraId="0AF11F60" w14:textId="453555DE" w:rsidR="007347F1" w:rsidRPr="00C03FB9" w:rsidRDefault="007347F1" w:rsidP="007347F1">
      <w:pPr>
        <w:pStyle w:val="berschrift2"/>
        <w:rPr>
          <w:rFonts w:ascii="Arial" w:hAnsi="Arial" w:cs="Arial"/>
          <w:lang w:val="de-CH"/>
        </w:rPr>
      </w:pPr>
      <w:r w:rsidRPr="00C03FB9">
        <w:rPr>
          <w:rFonts w:ascii="Arial" w:hAnsi="Arial" w:cs="Arial"/>
          <w:lang w:val="de-CH"/>
        </w:rPr>
        <w:t>Stakeholder</w:t>
      </w:r>
      <w:r w:rsidR="00AF3CC5" w:rsidRPr="00C03FB9">
        <w:rPr>
          <w:rFonts w:ascii="Arial" w:hAnsi="Arial" w:cs="Arial"/>
          <w:lang w:val="de-CH"/>
        </w:rPr>
        <w:t>m</w:t>
      </w:r>
      <w:r w:rsidR="00C626CA" w:rsidRPr="00C03FB9">
        <w:rPr>
          <w:rFonts w:ascii="Arial" w:hAnsi="Arial" w:cs="Arial"/>
          <w:lang w:val="de-CH"/>
        </w:rPr>
        <w:t xml:space="preserve">anagement </w:t>
      </w:r>
      <w:r w:rsidR="005F644E" w:rsidRPr="00C03FB9">
        <w:rPr>
          <w:rFonts w:ascii="Arial" w:hAnsi="Arial" w:cs="Arial"/>
          <w:lang w:val="de-CH"/>
        </w:rPr>
        <w:t xml:space="preserve">anhand der </w:t>
      </w:r>
      <w:r w:rsidR="00C57AF4" w:rsidRPr="00C03FB9">
        <w:rPr>
          <w:rFonts w:ascii="Arial" w:hAnsi="Arial" w:cs="Arial"/>
          <w:lang w:val="de-CH"/>
        </w:rPr>
        <w:t>Stakeholder-Matrix</w:t>
      </w:r>
    </w:p>
    <w:p w14:paraId="5F4D6D6E" w14:textId="77777777" w:rsidR="007347F1" w:rsidRPr="00C03FB9" w:rsidRDefault="007347F1" w:rsidP="00517855">
      <w:pPr>
        <w:ind w:left="3402"/>
        <w:rPr>
          <w:rFonts w:ascii="Arial" w:hAnsi="Arial" w:cs="Arial"/>
          <w:sz w:val="28"/>
          <w:szCs w:val="28"/>
          <w:lang w:val="de-CH"/>
        </w:rPr>
      </w:pPr>
      <w:r w:rsidRPr="00C03FB9">
        <w:rPr>
          <w:rFonts w:ascii="Arial" w:hAnsi="Arial" w:cs="Arial"/>
          <w:sz w:val="28"/>
          <w:szCs w:val="28"/>
          <w:lang w:val="de-CH"/>
        </w:rPr>
        <w:t>viel Einfluss</w:t>
      </w:r>
    </w:p>
    <w:tbl>
      <w:tblPr>
        <w:tblStyle w:val="Tabellenraster"/>
        <w:tblW w:w="13325" w:type="dxa"/>
        <w:tblLayout w:type="fixed"/>
        <w:tblLook w:val="04A0" w:firstRow="1" w:lastRow="0" w:firstColumn="1" w:lastColumn="0" w:noHBand="0" w:noVBand="1"/>
      </w:tblPr>
      <w:tblGrid>
        <w:gridCol w:w="567"/>
        <w:gridCol w:w="567"/>
        <w:gridCol w:w="1406"/>
        <w:gridCol w:w="398"/>
        <w:gridCol w:w="1009"/>
        <w:gridCol w:w="398"/>
        <w:gridCol w:w="1013"/>
        <w:gridCol w:w="398"/>
        <w:gridCol w:w="907"/>
        <w:gridCol w:w="504"/>
        <w:gridCol w:w="238"/>
        <w:gridCol w:w="398"/>
        <w:gridCol w:w="4952"/>
        <w:gridCol w:w="570"/>
      </w:tblGrid>
      <w:tr w:rsidR="007347F1" w:rsidRPr="00C03FB9" w14:paraId="67D21784" w14:textId="77777777" w:rsidTr="00A86D63">
        <w:trPr>
          <w:cantSplit/>
          <w:trHeight w:val="1325"/>
        </w:trPr>
        <w:tc>
          <w:tcPr>
            <w:tcW w:w="567" w:type="dxa"/>
            <w:vMerge w:val="restart"/>
            <w:tcBorders>
              <w:top w:val="nil"/>
              <w:left w:val="nil"/>
              <w:right w:val="nil"/>
            </w:tcBorders>
            <w:textDirection w:val="btLr"/>
            <w:vAlign w:val="center"/>
          </w:tcPr>
          <w:p w14:paraId="386C00B5" w14:textId="10A95A3E" w:rsidR="007347F1" w:rsidRPr="00C03FB9" w:rsidRDefault="007347F1">
            <w:pPr>
              <w:ind w:left="113" w:right="113"/>
              <w:jc w:val="center"/>
              <w:rPr>
                <w:rFonts w:ascii="Arial" w:hAnsi="Arial" w:cs="Arial"/>
              </w:rPr>
            </w:pPr>
            <w:proofErr w:type="spellStart"/>
            <w:r w:rsidRPr="00C03FB9">
              <w:rPr>
                <w:rFonts w:ascii="Arial" w:hAnsi="Arial" w:cs="Arial"/>
                <w:sz w:val="28"/>
                <w:szCs w:val="28"/>
              </w:rPr>
              <w:t>Ablehnung</w:t>
            </w:r>
            <w:proofErr w:type="spellEnd"/>
          </w:p>
        </w:tc>
        <w:tc>
          <w:tcPr>
            <w:tcW w:w="567" w:type="dxa"/>
            <w:tcBorders>
              <w:top w:val="nil"/>
              <w:left w:val="nil"/>
              <w:bottom w:val="nil"/>
              <w:right w:val="single" w:sz="4" w:space="0" w:color="auto"/>
            </w:tcBorders>
          </w:tcPr>
          <w:p w14:paraId="2264013D" w14:textId="35FCD4B6" w:rsidR="007347F1" w:rsidRPr="00C03FB9" w:rsidRDefault="007347F1">
            <w:pPr>
              <w:rPr>
                <w:rFonts w:ascii="Arial" w:hAnsi="Arial" w:cs="Arial"/>
              </w:rPr>
            </w:pPr>
            <w:r w:rsidRPr="00C03FB9">
              <w:rPr>
                <w:rFonts w:ascii="Arial" w:hAnsi="Arial" w:cs="Arial"/>
              </w:rPr>
              <w:t>+2</w:t>
            </w:r>
          </w:p>
        </w:tc>
        <w:tc>
          <w:tcPr>
            <w:tcW w:w="1406" w:type="dxa"/>
            <w:tcBorders>
              <w:left w:val="single" w:sz="4" w:space="0" w:color="auto"/>
              <w:bottom w:val="nil"/>
              <w:right w:val="nil"/>
            </w:tcBorders>
            <w:shd w:val="clear" w:color="auto" w:fill="FFF2CC"/>
          </w:tcPr>
          <w:p w14:paraId="719040B2" w14:textId="1B503ECB" w:rsidR="007347F1" w:rsidRPr="00C03FB9" w:rsidRDefault="00DA6BBE" w:rsidP="00A86D63">
            <w:pPr>
              <w:spacing w:before="240"/>
              <w:jc w:val="right"/>
              <w:rPr>
                <w:rFonts w:ascii="Arial" w:hAnsi="Arial" w:cs="Arial"/>
                <w:sz w:val="40"/>
                <w:szCs w:val="40"/>
              </w:rPr>
            </w:pPr>
            <w:r w:rsidRPr="00C03FB9">
              <w:rPr>
                <w:rFonts w:ascii="Arial" w:hAnsi="Arial" w:cs="Arial"/>
                <w:noProof/>
                <w:sz w:val="40"/>
                <w:szCs w:val="40"/>
              </w:rPr>
              <mc:AlternateContent>
                <mc:Choice Requires="wps">
                  <w:drawing>
                    <wp:anchor distT="0" distB="0" distL="114300" distR="114300" simplePos="0" relativeHeight="251658248" behindDoc="0" locked="0" layoutInCell="1" allowOverlap="1" wp14:anchorId="7085A13F" wp14:editId="4CC6B199">
                      <wp:simplePos x="0" y="0"/>
                      <wp:positionH relativeFrom="column">
                        <wp:posOffset>73660</wp:posOffset>
                      </wp:positionH>
                      <wp:positionV relativeFrom="paragraph">
                        <wp:posOffset>93980</wp:posOffset>
                      </wp:positionV>
                      <wp:extent cx="3209925" cy="104775"/>
                      <wp:effectExtent l="57150" t="19050" r="66675" b="104775"/>
                      <wp:wrapNone/>
                      <wp:docPr id="184204269" name="Rechteck: abgerundete Ecken 1"/>
                      <wp:cNvGraphicFramePr/>
                      <a:graphic xmlns:a="http://schemas.openxmlformats.org/drawingml/2006/main">
                        <a:graphicData uri="http://schemas.microsoft.com/office/word/2010/wordprocessingShape">
                          <wps:wsp>
                            <wps:cNvSpPr/>
                            <wps:spPr>
                              <a:xfrm>
                                <a:off x="0" y="0"/>
                                <a:ext cx="3209925" cy="104775"/>
                              </a:xfrm>
                              <a:prstGeom prst="roundRect">
                                <a:avLst/>
                              </a:prstGeom>
                              <a:solidFill>
                                <a:srgbClr val="FF0000"/>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CC5E434" id="Rechteck: abgerundete Ecken 1" o:spid="_x0000_s1026" style="position:absolute;margin-left:5.8pt;margin-top:7.4pt;width:252.75pt;height:8.25pt;z-index:25166131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" fillcolor="red" strokecolor="red">
                      <v:shadow on="t" color="black" opacity="22937f" origin=",.5" offset="0,.63889mm"/>
                    </v:roundrect>
                  </w:pict>
                </mc:Fallback>
              </mc:AlternateContent>
            </w:r>
          </w:p>
          <w:p w14:paraId="45CFD053" w14:textId="77777777" w:rsidR="007347F1" w:rsidRPr="00C03FB9" w:rsidRDefault="007347F1">
            <w:pPr>
              <w:jc w:val="right"/>
              <w:rPr>
                <w:rFonts w:ascii="Arial" w:hAnsi="Arial" w:cs="Arial"/>
                <w:sz w:val="40"/>
                <w:szCs w:val="40"/>
              </w:rPr>
            </w:pPr>
            <w:r w:rsidRPr="00C03FB9">
              <w:rPr>
                <w:rFonts w:ascii="Arial" w:hAnsi="Arial" w:cs="Arial"/>
                <w:sz w:val="40"/>
                <w:szCs w:val="40"/>
              </w:rPr>
              <w:t>A</w:t>
            </w:r>
          </w:p>
        </w:tc>
        <w:tc>
          <w:tcPr>
            <w:tcW w:w="1407" w:type="dxa"/>
            <w:gridSpan w:val="2"/>
            <w:tcBorders>
              <w:left w:val="nil"/>
              <w:bottom w:val="nil"/>
              <w:right w:val="single" w:sz="8" w:space="0" w:color="auto"/>
            </w:tcBorders>
            <w:shd w:val="clear" w:color="auto" w:fill="FFF2CC"/>
          </w:tcPr>
          <w:p w14:paraId="5077EB4D" w14:textId="2513A40D" w:rsidR="007347F1" w:rsidRPr="00C03FB9" w:rsidRDefault="007347F1">
            <w:pPr>
              <w:rPr>
                <w:rFonts w:ascii="Arial" w:hAnsi="Arial" w:cs="Arial"/>
              </w:rPr>
            </w:pPr>
          </w:p>
        </w:tc>
        <w:tc>
          <w:tcPr>
            <w:tcW w:w="1411" w:type="dxa"/>
            <w:gridSpan w:val="2"/>
            <w:tcBorders>
              <w:left w:val="single" w:sz="8" w:space="0" w:color="auto"/>
              <w:bottom w:val="nil"/>
              <w:right w:val="nil"/>
            </w:tcBorders>
            <w:shd w:val="clear" w:color="auto" w:fill="F4B084"/>
          </w:tcPr>
          <w:p w14:paraId="238AB913" w14:textId="3ACF7C12" w:rsidR="007347F1" w:rsidRPr="00C03FB9" w:rsidRDefault="007347F1" w:rsidP="00A86D63">
            <w:pPr>
              <w:spacing w:before="240"/>
              <w:jc w:val="right"/>
              <w:rPr>
                <w:rFonts w:ascii="Arial" w:hAnsi="Arial" w:cs="Arial"/>
                <w:sz w:val="40"/>
                <w:szCs w:val="40"/>
              </w:rPr>
            </w:pPr>
          </w:p>
          <w:p w14:paraId="19094C67" w14:textId="77777777" w:rsidR="007347F1" w:rsidRPr="00C03FB9" w:rsidRDefault="007347F1">
            <w:pPr>
              <w:jc w:val="right"/>
              <w:rPr>
                <w:rFonts w:ascii="Arial" w:hAnsi="Arial" w:cs="Arial"/>
              </w:rPr>
            </w:pPr>
            <w:r w:rsidRPr="00C03FB9">
              <w:rPr>
                <w:rFonts w:ascii="Arial" w:hAnsi="Arial" w:cs="Arial"/>
                <w:sz w:val="40"/>
                <w:szCs w:val="40"/>
              </w:rPr>
              <w:t>B</w:t>
            </w:r>
          </w:p>
        </w:tc>
        <w:tc>
          <w:tcPr>
            <w:tcW w:w="1305" w:type="dxa"/>
            <w:gridSpan w:val="2"/>
            <w:tcBorders>
              <w:left w:val="nil"/>
              <w:bottom w:val="nil"/>
            </w:tcBorders>
            <w:shd w:val="clear" w:color="auto" w:fill="F4B084"/>
          </w:tcPr>
          <w:p w14:paraId="14C4CF4E" w14:textId="4EFA3DFF" w:rsidR="007347F1" w:rsidRPr="00C03FB9" w:rsidRDefault="007347F1">
            <w:pPr>
              <w:rPr>
                <w:rFonts w:ascii="Arial" w:hAnsi="Arial" w:cs="Arial"/>
              </w:rPr>
            </w:pPr>
          </w:p>
        </w:tc>
        <w:tc>
          <w:tcPr>
            <w:tcW w:w="742" w:type="dxa"/>
            <w:gridSpan w:val="2"/>
            <w:vMerge w:val="restart"/>
            <w:tcBorders>
              <w:top w:val="nil"/>
              <w:left w:val="nil"/>
              <w:bottom w:val="nil"/>
              <w:right w:val="nil"/>
            </w:tcBorders>
            <w:textDirection w:val="tbRl"/>
            <w:vAlign w:val="center"/>
          </w:tcPr>
          <w:p w14:paraId="5D51AC8A" w14:textId="0E58B899" w:rsidR="007347F1" w:rsidRPr="00C03FB9" w:rsidRDefault="007347F1">
            <w:pPr>
              <w:ind w:left="113" w:right="113"/>
              <w:jc w:val="center"/>
              <w:rPr>
                <w:rFonts w:ascii="Arial" w:hAnsi="Arial" w:cs="Arial"/>
              </w:rPr>
            </w:pPr>
            <w:proofErr w:type="spellStart"/>
            <w:r w:rsidRPr="00C03FB9">
              <w:rPr>
                <w:rFonts w:ascii="Arial" w:hAnsi="Arial" w:cs="Arial"/>
                <w:sz w:val="28"/>
                <w:szCs w:val="28"/>
              </w:rPr>
              <w:t>Zustimmung</w:t>
            </w:r>
            <w:proofErr w:type="spellEnd"/>
          </w:p>
        </w:tc>
        <w:tc>
          <w:tcPr>
            <w:tcW w:w="5920" w:type="dxa"/>
            <w:gridSpan w:val="3"/>
            <w:tcBorders>
              <w:top w:val="nil"/>
              <w:left w:val="nil"/>
              <w:bottom w:val="nil"/>
              <w:right w:val="nil"/>
            </w:tcBorders>
          </w:tcPr>
          <w:p w14:paraId="582F7A7A" w14:textId="682A2B1D" w:rsidR="007347F1" w:rsidRPr="00C03FB9" w:rsidRDefault="007347F1">
            <w:pPr>
              <w:rPr>
                <w:rFonts w:ascii="Arial" w:hAnsi="Arial" w:cs="Arial"/>
                <w:lang w:val="de-CH"/>
              </w:rPr>
            </w:pPr>
            <w:r w:rsidRPr="00C03FB9">
              <w:rPr>
                <w:rFonts w:ascii="Arial" w:hAnsi="Arial" w:cs="Arial"/>
                <w:sz w:val="28"/>
                <w:szCs w:val="28"/>
                <w:lang w:val="de-CH"/>
              </w:rPr>
              <w:t xml:space="preserve">A: </w:t>
            </w:r>
            <w:r w:rsidRPr="00C03FB9">
              <w:rPr>
                <w:rFonts w:ascii="Arial" w:hAnsi="Arial" w:cs="Arial"/>
                <w:lang w:val="de-CH"/>
              </w:rPr>
              <w:t xml:space="preserve">Stakeholder direkt ansprechen, um die Gründe und Argumente der Ablehnung kennenlernen und einbeziehen zu können.  </w:t>
            </w:r>
          </w:p>
          <w:p w14:paraId="307A8877" w14:textId="77777777" w:rsidR="007347F1" w:rsidRPr="00C03FB9" w:rsidRDefault="007347F1">
            <w:pPr>
              <w:rPr>
                <w:rFonts w:ascii="Arial" w:hAnsi="Arial" w:cs="Arial"/>
                <w:lang w:val="de-CH"/>
              </w:rPr>
            </w:pPr>
            <w:r w:rsidRPr="00C03FB9">
              <w:rPr>
                <w:rFonts w:ascii="Arial" w:hAnsi="Arial" w:cs="Arial"/>
                <w:lang w:val="de-CH"/>
              </w:rPr>
              <w:t>Aktive Einbindung ist zentral.</w:t>
            </w:r>
          </w:p>
        </w:tc>
      </w:tr>
      <w:tr w:rsidR="007347F1" w:rsidRPr="00C03FB9" w14:paraId="61EB7673" w14:textId="77777777" w:rsidTr="00A86D63">
        <w:trPr>
          <w:trHeight w:val="1401"/>
        </w:trPr>
        <w:tc>
          <w:tcPr>
            <w:tcW w:w="567" w:type="dxa"/>
            <w:vMerge/>
            <w:tcBorders>
              <w:left w:val="nil"/>
              <w:right w:val="nil"/>
            </w:tcBorders>
          </w:tcPr>
          <w:p w14:paraId="01DD1E70" w14:textId="77777777" w:rsidR="007347F1" w:rsidRPr="00C03FB9" w:rsidRDefault="007347F1">
            <w:pPr>
              <w:rPr>
                <w:rFonts w:ascii="Arial" w:hAnsi="Arial" w:cs="Arial"/>
                <w:lang w:val="de-CH"/>
              </w:rPr>
            </w:pPr>
          </w:p>
        </w:tc>
        <w:tc>
          <w:tcPr>
            <w:tcW w:w="567" w:type="dxa"/>
            <w:tcBorders>
              <w:top w:val="nil"/>
              <w:left w:val="nil"/>
              <w:bottom w:val="nil"/>
              <w:right w:val="single" w:sz="4" w:space="0" w:color="auto"/>
            </w:tcBorders>
          </w:tcPr>
          <w:p w14:paraId="1AE56F5A" w14:textId="77777777" w:rsidR="007347F1" w:rsidRPr="00C03FB9" w:rsidRDefault="007347F1">
            <w:pPr>
              <w:rPr>
                <w:rFonts w:ascii="Arial" w:hAnsi="Arial" w:cs="Arial"/>
              </w:rPr>
            </w:pPr>
            <w:r w:rsidRPr="00C03FB9">
              <w:rPr>
                <w:rFonts w:ascii="Arial" w:hAnsi="Arial" w:cs="Arial"/>
              </w:rPr>
              <w:t>+1</w:t>
            </w:r>
          </w:p>
        </w:tc>
        <w:tc>
          <w:tcPr>
            <w:tcW w:w="1406" w:type="dxa"/>
            <w:tcBorders>
              <w:top w:val="nil"/>
              <w:left w:val="single" w:sz="4" w:space="0" w:color="auto"/>
              <w:bottom w:val="single" w:sz="8" w:space="0" w:color="auto"/>
              <w:right w:val="nil"/>
            </w:tcBorders>
            <w:shd w:val="clear" w:color="auto" w:fill="FFF2CC"/>
          </w:tcPr>
          <w:p w14:paraId="6EEDA02B" w14:textId="77777777" w:rsidR="007347F1" w:rsidRPr="00C03FB9" w:rsidRDefault="007347F1">
            <w:pPr>
              <w:jc w:val="right"/>
              <w:rPr>
                <w:rFonts w:ascii="Arial" w:hAnsi="Arial" w:cs="Arial"/>
                <w:sz w:val="40"/>
                <w:szCs w:val="40"/>
              </w:rPr>
            </w:pPr>
          </w:p>
        </w:tc>
        <w:tc>
          <w:tcPr>
            <w:tcW w:w="1407" w:type="dxa"/>
            <w:gridSpan w:val="2"/>
            <w:tcBorders>
              <w:top w:val="nil"/>
              <w:left w:val="nil"/>
              <w:bottom w:val="single" w:sz="8" w:space="0" w:color="auto"/>
              <w:right w:val="single" w:sz="8" w:space="0" w:color="auto"/>
            </w:tcBorders>
            <w:shd w:val="clear" w:color="auto" w:fill="FFF2CC"/>
          </w:tcPr>
          <w:p w14:paraId="2D26859D" w14:textId="77777777" w:rsidR="007347F1" w:rsidRPr="00C03FB9" w:rsidRDefault="007347F1">
            <w:pPr>
              <w:rPr>
                <w:rFonts w:ascii="Arial" w:hAnsi="Arial" w:cs="Arial"/>
              </w:rPr>
            </w:pPr>
          </w:p>
        </w:tc>
        <w:tc>
          <w:tcPr>
            <w:tcW w:w="1411" w:type="dxa"/>
            <w:gridSpan w:val="2"/>
            <w:tcBorders>
              <w:top w:val="nil"/>
              <w:left w:val="single" w:sz="8" w:space="0" w:color="auto"/>
              <w:bottom w:val="single" w:sz="8" w:space="0" w:color="auto"/>
              <w:right w:val="nil"/>
            </w:tcBorders>
            <w:shd w:val="clear" w:color="auto" w:fill="F4B084"/>
          </w:tcPr>
          <w:p w14:paraId="39E09268" w14:textId="77777777" w:rsidR="007347F1" w:rsidRPr="00C03FB9" w:rsidRDefault="007347F1">
            <w:pPr>
              <w:rPr>
                <w:rFonts w:ascii="Arial" w:hAnsi="Arial" w:cs="Arial"/>
              </w:rPr>
            </w:pPr>
          </w:p>
        </w:tc>
        <w:tc>
          <w:tcPr>
            <w:tcW w:w="1305" w:type="dxa"/>
            <w:gridSpan w:val="2"/>
            <w:tcBorders>
              <w:top w:val="nil"/>
              <w:left w:val="nil"/>
              <w:bottom w:val="single" w:sz="8" w:space="0" w:color="auto"/>
            </w:tcBorders>
            <w:shd w:val="clear" w:color="auto" w:fill="F4B084"/>
          </w:tcPr>
          <w:p w14:paraId="775D665C" w14:textId="14B2C652" w:rsidR="007347F1" w:rsidRPr="00C03FB9" w:rsidRDefault="007347F1">
            <w:pPr>
              <w:rPr>
                <w:rFonts w:ascii="Arial" w:hAnsi="Arial" w:cs="Arial"/>
              </w:rPr>
            </w:pPr>
          </w:p>
        </w:tc>
        <w:tc>
          <w:tcPr>
            <w:tcW w:w="742" w:type="dxa"/>
            <w:gridSpan w:val="2"/>
            <w:vMerge/>
            <w:tcBorders>
              <w:left w:val="nil"/>
              <w:bottom w:val="nil"/>
              <w:right w:val="nil"/>
            </w:tcBorders>
          </w:tcPr>
          <w:p w14:paraId="552CDBAB" w14:textId="77777777" w:rsidR="007347F1" w:rsidRPr="00C03FB9" w:rsidRDefault="007347F1">
            <w:pPr>
              <w:rPr>
                <w:rFonts w:ascii="Arial" w:hAnsi="Arial" w:cs="Arial"/>
              </w:rPr>
            </w:pPr>
          </w:p>
        </w:tc>
        <w:tc>
          <w:tcPr>
            <w:tcW w:w="5920" w:type="dxa"/>
            <w:gridSpan w:val="3"/>
            <w:tcBorders>
              <w:top w:val="nil"/>
              <w:left w:val="nil"/>
              <w:bottom w:val="nil"/>
              <w:right w:val="nil"/>
            </w:tcBorders>
          </w:tcPr>
          <w:p w14:paraId="14782F78" w14:textId="576F0C41" w:rsidR="007347F1" w:rsidRPr="00C03FB9" w:rsidRDefault="007347F1">
            <w:pPr>
              <w:rPr>
                <w:rFonts w:ascii="Arial" w:hAnsi="Arial" w:cs="Arial"/>
                <w:lang w:val="de-CH"/>
              </w:rPr>
            </w:pPr>
            <w:r w:rsidRPr="00C03FB9">
              <w:rPr>
                <w:rFonts w:ascii="Arial" w:hAnsi="Arial" w:cs="Arial"/>
                <w:sz w:val="28"/>
                <w:szCs w:val="32"/>
                <w:lang w:val="de-CH"/>
              </w:rPr>
              <w:t>B:</w:t>
            </w:r>
            <w:r w:rsidR="00A86D63" w:rsidRPr="00C03FB9">
              <w:rPr>
                <w:rFonts w:ascii="Arial" w:hAnsi="Arial" w:cs="Arial"/>
                <w:sz w:val="28"/>
                <w:szCs w:val="32"/>
                <w:lang w:val="de-CH"/>
              </w:rPr>
              <w:t xml:space="preserve"> </w:t>
            </w:r>
            <w:r w:rsidRPr="00C03FB9">
              <w:rPr>
                <w:rFonts w:ascii="Arial" w:hAnsi="Arial" w:cs="Arial"/>
                <w:lang w:val="de-CH"/>
              </w:rPr>
              <w:t>Diese Stakeholdergruppe hat höchste Priorität.</w:t>
            </w:r>
          </w:p>
          <w:p w14:paraId="61C1C690" w14:textId="77777777" w:rsidR="007347F1" w:rsidRPr="00C03FB9" w:rsidRDefault="007347F1">
            <w:pPr>
              <w:rPr>
                <w:rFonts w:ascii="Arial" w:hAnsi="Arial" w:cs="Arial"/>
                <w:lang w:val="de-CH"/>
              </w:rPr>
            </w:pPr>
            <w:r w:rsidRPr="00C03FB9">
              <w:rPr>
                <w:rFonts w:ascii="Arial" w:hAnsi="Arial" w:cs="Arial"/>
                <w:lang w:val="de-CH"/>
              </w:rPr>
              <w:t>Einbindung bei allen Informations- und Entscheidungsprozessen. Über diese Stakeholder ablehnende Gruppen ins Boot holen.</w:t>
            </w:r>
          </w:p>
        </w:tc>
      </w:tr>
      <w:tr w:rsidR="007347F1" w:rsidRPr="00C03FB9" w14:paraId="6111F582" w14:textId="77777777" w:rsidTr="00A86D63">
        <w:trPr>
          <w:trHeight w:val="1397"/>
        </w:trPr>
        <w:tc>
          <w:tcPr>
            <w:tcW w:w="567" w:type="dxa"/>
            <w:vMerge/>
            <w:tcBorders>
              <w:left w:val="nil"/>
              <w:right w:val="nil"/>
            </w:tcBorders>
          </w:tcPr>
          <w:p w14:paraId="212C0873" w14:textId="77777777" w:rsidR="007347F1" w:rsidRPr="00C03FB9" w:rsidRDefault="007347F1">
            <w:pPr>
              <w:rPr>
                <w:rFonts w:ascii="Arial" w:hAnsi="Arial" w:cs="Arial"/>
                <w:lang w:val="de-CH"/>
              </w:rPr>
            </w:pPr>
          </w:p>
        </w:tc>
        <w:tc>
          <w:tcPr>
            <w:tcW w:w="567" w:type="dxa"/>
            <w:tcBorders>
              <w:top w:val="nil"/>
              <w:left w:val="nil"/>
              <w:bottom w:val="nil"/>
              <w:right w:val="single" w:sz="4" w:space="0" w:color="auto"/>
            </w:tcBorders>
          </w:tcPr>
          <w:p w14:paraId="314CE21E" w14:textId="77777777" w:rsidR="007347F1" w:rsidRPr="00C03FB9" w:rsidRDefault="007347F1">
            <w:pPr>
              <w:rPr>
                <w:rFonts w:ascii="Arial" w:hAnsi="Arial" w:cs="Arial"/>
              </w:rPr>
            </w:pPr>
            <w:r w:rsidRPr="00C03FB9">
              <w:rPr>
                <w:rFonts w:ascii="Arial" w:hAnsi="Arial" w:cs="Arial"/>
              </w:rPr>
              <w:t>0</w:t>
            </w:r>
          </w:p>
          <w:p w14:paraId="6D8B7788" w14:textId="77777777" w:rsidR="007347F1" w:rsidRPr="00C03FB9" w:rsidRDefault="007347F1">
            <w:pPr>
              <w:rPr>
                <w:rFonts w:ascii="Arial" w:hAnsi="Arial" w:cs="Arial"/>
              </w:rPr>
            </w:pPr>
          </w:p>
          <w:p w14:paraId="1A75860F" w14:textId="77777777" w:rsidR="007347F1" w:rsidRPr="00C03FB9" w:rsidRDefault="007347F1">
            <w:pPr>
              <w:rPr>
                <w:rFonts w:ascii="Arial" w:hAnsi="Arial" w:cs="Arial"/>
              </w:rPr>
            </w:pPr>
          </w:p>
          <w:p w14:paraId="2C6AEE03" w14:textId="77777777" w:rsidR="007347F1" w:rsidRPr="00C03FB9" w:rsidRDefault="007347F1">
            <w:pPr>
              <w:rPr>
                <w:rFonts w:ascii="Arial" w:hAnsi="Arial" w:cs="Arial"/>
              </w:rPr>
            </w:pPr>
            <w:r w:rsidRPr="00C03FB9">
              <w:rPr>
                <w:rFonts w:ascii="Arial" w:hAnsi="Arial" w:cs="Arial"/>
              </w:rPr>
              <w:t>-1</w:t>
            </w:r>
          </w:p>
        </w:tc>
        <w:tc>
          <w:tcPr>
            <w:tcW w:w="1406" w:type="dxa"/>
            <w:tcBorders>
              <w:top w:val="single" w:sz="8" w:space="0" w:color="auto"/>
              <w:left w:val="single" w:sz="4" w:space="0" w:color="auto"/>
              <w:bottom w:val="nil"/>
              <w:right w:val="nil"/>
            </w:tcBorders>
            <w:shd w:val="clear" w:color="auto" w:fill="F2F2F2" w:themeFill="background1" w:themeFillShade="F2"/>
          </w:tcPr>
          <w:p w14:paraId="1D39B166" w14:textId="77777777" w:rsidR="007347F1" w:rsidRPr="00C03FB9" w:rsidRDefault="007347F1" w:rsidP="00A86D63">
            <w:pPr>
              <w:spacing w:before="240"/>
              <w:jc w:val="right"/>
              <w:rPr>
                <w:rFonts w:ascii="Arial" w:hAnsi="Arial" w:cs="Arial"/>
                <w:sz w:val="40"/>
                <w:szCs w:val="40"/>
              </w:rPr>
            </w:pPr>
          </w:p>
          <w:p w14:paraId="364D8554" w14:textId="77777777" w:rsidR="007347F1" w:rsidRPr="00C03FB9" w:rsidRDefault="007347F1">
            <w:pPr>
              <w:jc w:val="right"/>
              <w:rPr>
                <w:rFonts w:ascii="Arial" w:hAnsi="Arial" w:cs="Arial"/>
              </w:rPr>
            </w:pPr>
            <w:r w:rsidRPr="00C03FB9">
              <w:rPr>
                <w:rFonts w:ascii="Arial" w:hAnsi="Arial" w:cs="Arial"/>
                <w:sz w:val="40"/>
                <w:szCs w:val="40"/>
              </w:rPr>
              <w:t>D</w:t>
            </w:r>
          </w:p>
        </w:tc>
        <w:tc>
          <w:tcPr>
            <w:tcW w:w="1407" w:type="dxa"/>
            <w:gridSpan w:val="2"/>
            <w:tcBorders>
              <w:top w:val="single" w:sz="8" w:space="0" w:color="auto"/>
              <w:left w:val="nil"/>
              <w:bottom w:val="nil"/>
              <w:right w:val="single" w:sz="8" w:space="0" w:color="auto"/>
            </w:tcBorders>
            <w:shd w:val="clear" w:color="auto" w:fill="F2F2F2" w:themeFill="background1" w:themeFillShade="F2"/>
          </w:tcPr>
          <w:p w14:paraId="5700AACD" w14:textId="77777777" w:rsidR="007347F1" w:rsidRPr="00C03FB9" w:rsidRDefault="007347F1">
            <w:pPr>
              <w:rPr>
                <w:rFonts w:ascii="Arial" w:hAnsi="Arial" w:cs="Arial"/>
              </w:rPr>
            </w:pPr>
          </w:p>
        </w:tc>
        <w:tc>
          <w:tcPr>
            <w:tcW w:w="1411" w:type="dxa"/>
            <w:gridSpan w:val="2"/>
            <w:tcBorders>
              <w:top w:val="single" w:sz="8" w:space="0" w:color="auto"/>
              <w:left w:val="single" w:sz="8" w:space="0" w:color="auto"/>
              <w:bottom w:val="nil"/>
              <w:right w:val="nil"/>
            </w:tcBorders>
            <w:shd w:val="clear" w:color="auto" w:fill="D9D9D9"/>
          </w:tcPr>
          <w:p w14:paraId="4FA558A8" w14:textId="77777777" w:rsidR="007347F1" w:rsidRPr="00C03FB9" w:rsidRDefault="007347F1" w:rsidP="00A86D63">
            <w:pPr>
              <w:spacing w:before="240"/>
              <w:jc w:val="right"/>
              <w:rPr>
                <w:rFonts w:ascii="Arial" w:hAnsi="Arial" w:cs="Arial"/>
                <w:sz w:val="40"/>
                <w:szCs w:val="40"/>
              </w:rPr>
            </w:pPr>
          </w:p>
          <w:p w14:paraId="6186CD58" w14:textId="77777777" w:rsidR="007347F1" w:rsidRPr="00C03FB9" w:rsidRDefault="007347F1">
            <w:pPr>
              <w:jc w:val="right"/>
              <w:rPr>
                <w:rFonts w:ascii="Arial" w:hAnsi="Arial" w:cs="Arial"/>
              </w:rPr>
            </w:pPr>
            <w:r w:rsidRPr="00C03FB9">
              <w:rPr>
                <w:rFonts w:ascii="Arial" w:hAnsi="Arial" w:cs="Arial"/>
                <w:sz w:val="40"/>
                <w:szCs w:val="40"/>
              </w:rPr>
              <w:t>C</w:t>
            </w:r>
          </w:p>
        </w:tc>
        <w:tc>
          <w:tcPr>
            <w:tcW w:w="1305" w:type="dxa"/>
            <w:gridSpan w:val="2"/>
            <w:tcBorders>
              <w:top w:val="single" w:sz="8" w:space="0" w:color="auto"/>
              <w:left w:val="nil"/>
              <w:bottom w:val="nil"/>
            </w:tcBorders>
            <w:shd w:val="clear" w:color="auto" w:fill="D9D9D9"/>
          </w:tcPr>
          <w:p w14:paraId="0B808CED" w14:textId="77777777" w:rsidR="007347F1" w:rsidRPr="00C03FB9" w:rsidRDefault="007347F1">
            <w:pPr>
              <w:rPr>
                <w:rFonts w:ascii="Arial" w:hAnsi="Arial" w:cs="Arial"/>
              </w:rPr>
            </w:pPr>
          </w:p>
        </w:tc>
        <w:tc>
          <w:tcPr>
            <w:tcW w:w="742" w:type="dxa"/>
            <w:gridSpan w:val="2"/>
            <w:vMerge/>
            <w:tcBorders>
              <w:left w:val="nil"/>
              <w:bottom w:val="nil"/>
              <w:right w:val="nil"/>
            </w:tcBorders>
          </w:tcPr>
          <w:p w14:paraId="5DAB1F69" w14:textId="77777777" w:rsidR="007347F1" w:rsidRPr="00C03FB9" w:rsidRDefault="007347F1">
            <w:pPr>
              <w:rPr>
                <w:rFonts w:ascii="Arial" w:hAnsi="Arial" w:cs="Arial"/>
              </w:rPr>
            </w:pPr>
          </w:p>
        </w:tc>
        <w:tc>
          <w:tcPr>
            <w:tcW w:w="5920" w:type="dxa"/>
            <w:gridSpan w:val="3"/>
            <w:tcBorders>
              <w:top w:val="nil"/>
              <w:left w:val="nil"/>
              <w:bottom w:val="nil"/>
              <w:right w:val="nil"/>
            </w:tcBorders>
          </w:tcPr>
          <w:p w14:paraId="37BCCD04" w14:textId="1F032A00" w:rsidR="007347F1" w:rsidRPr="00C03FB9" w:rsidRDefault="007347F1" w:rsidP="00A86D63">
            <w:pPr>
              <w:rPr>
                <w:rFonts w:ascii="Arial" w:hAnsi="Arial" w:cs="Arial"/>
                <w:lang w:val="de-CH"/>
              </w:rPr>
            </w:pPr>
            <w:r w:rsidRPr="00C03FB9">
              <w:rPr>
                <w:rFonts w:ascii="Arial" w:hAnsi="Arial" w:cs="Arial"/>
                <w:sz w:val="28"/>
                <w:szCs w:val="32"/>
                <w:lang w:val="de-CH"/>
              </w:rPr>
              <w:t>C:</w:t>
            </w:r>
            <w:r w:rsidR="00A86D63" w:rsidRPr="00C03FB9">
              <w:rPr>
                <w:rFonts w:ascii="Arial" w:hAnsi="Arial" w:cs="Arial"/>
                <w:sz w:val="28"/>
                <w:szCs w:val="32"/>
                <w:lang w:val="de-CH"/>
              </w:rPr>
              <w:t xml:space="preserve"> </w:t>
            </w:r>
            <w:r w:rsidRPr="00C03FB9">
              <w:rPr>
                <w:rFonts w:ascii="Arial" w:hAnsi="Arial" w:cs="Arial"/>
                <w:lang w:val="de-CH"/>
              </w:rPr>
              <w:t>Regelmässige Information über Fortschritte des Vorhabens. Diese Stakeholder können z.B. zeitliche Ressourcen zur Verfügung stellen und so einen wichtigen Beitrag leisten.</w:t>
            </w:r>
          </w:p>
        </w:tc>
      </w:tr>
      <w:tr w:rsidR="007347F1" w:rsidRPr="00C03FB9" w14:paraId="18BA1A16" w14:textId="77777777" w:rsidTr="00A86D63">
        <w:trPr>
          <w:trHeight w:val="1020"/>
        </w:trPr>
        <w:tc>
          <w:tcPr>
            <w:tcW w:w="567" w:type="dxa"/>
            <w:vMerge/>
            <w:tcBorders>
              <w:left w:val="nil"/>
              <w:right w:val="nil"/>
            </w:tcBorders>
          </w:tcPr>
          <w:p w14:paraId="09045B04" w14:textId="77777777" w:rsidR="007347F1" w:rsidRPr="00C03FB9" w:rsidRDefault="007347F1">
            <w:pPr>
              <w:rPr>
                <w:rFonts w:ascii="Arial" w:hAnsi="Arial" w:cs="Arial"/>
                <w:lang w:val="de-CH"/>
              </w:rPr>
            </w:pPr>
          </w:p>
        </w:tc>
        <w:tc>
          <w:tcPr>
            <w:tcW w:w="567" w:type="dxa"/>
            <w:tcBorders>
              <w:top w:val="nil"/>
              <w:left w:val="nil"/>
              <w:bottom w:val="nil"/>
              <w:right w:val="single" w:sz="4" w:space="0" w:color="auto"/>
            </w:tcBorders>
          </w:tcPr>
          <w:p w14:paraId="07245351" w14:textId="77777777" w:rsidR="007347F1" w:rsidRPr="00C03FB9" w:rsidRDefault="007347F1">
            <w:pPr>
              <w:rPr>
                <w:rFonts w:ascii="Arial" w:hAnsi="Arial" w:cs="Arial"/>
                <w:lang w:val="de-CH"/>
              </w:rPr>
            </w:pPr>
          </w:p>
          <w:p w14:paraId="179CFA02" w14:textId="77777777" w:rsidR="007347F1" w:rsidRPr="00C03FB9" w:rsidRDefault="007347F1">
            <w:pPr>
              <w:rPr>
                <w:rFonts w:ascii="Arial" w:hAnsi="Arial" w:cs="Arial"/>
                <w:lang w:val="de-CH"/>
              </w:rPr>
            </w:pPr>
          </w:p>
          <w:p w14:paraId="7C2FDF50" w14:textId="77777777" w:rsidR="007347F1" w:rsidRPr="00C03FB9" w:rsidRDefault="007347F1">
            <w:pPr>
              <w:rPr>
                <w:rFonts w:ascii="Arial" w:hAnsi="Arial" w:cs="Arial"/>
                <w:lang w:val="de-CH"/>
              </w:rPr>
            </w:pPr>
          </w:p>
          <w:p w14:paraId="607F5EA4" w14:textId="77777777" w:rsidR="007347F1" w:rsidRPr="00C03FB9" w:rsidRDefault="007347F1">
            <w:pPr>
              <w:rPr>
                <w:rFonts w:ascii="Arial" w:hAnsi="Arial" w:cs="Arial"/>
              </w:rPr>
            </w:pPr>
            <w:r w:rsidRPr="00C03FB9">
              <w:rPr>
                <w:rFonts w:ascii="Arial" w:hAnsi="Arial" w:cs="Arial"/>
              </w:rPr>
              <w:t>-2</w:t>
            </w:r>
          </w:p>
        </w:tc>
        <w:tc>
          <w:tcPr>
            <w:tcW w:w="1406" w:type="dxa"/>
            <w:tcBorders>
              <w:top w:val="nil"/>
              <w:left w:val="single" w:sz="4" w:space="0" w:color="auto"/>
              <w:bottom w:val="single" w:sz="4" w:space="0" w:color="auto"/>
              <w:right w:val="nil"/>
            </w:tcBorders>
            <w:shd w:val="clear" w:color="auto" w:fill="F2F2F2" w:themeFill="background1" w:themeFillShade="F2"/>
          </w:tcPr>
          <w:p w14:paraId="115EA9F9" w14:textId="77777777" w:rsidR="007347F1" w:rsidRPr="00C03FB9" w:rsidRDefault="007347F1">
            <w:pPr>
              <w:rPr>
                <w:rFonts w:ascii="Arial" w:hAnsi="Arial" w:cs="Arial"/>
              </w:rPr>
            </w:pPr>
          </w:p>
        </w:tc>
        <w:tc>
          <w:tcPr>
            <w:tcW w:w="1407" w:type="dxa"/>
            <w:gridSpan w:val="2"/>
            <w:tcBorders>
              <w:top w:val="nil"/>
              <w:left w:val="nil"/>
              <w:bottom w:val="single" w:sz="4" w:space="0" w:color="auto"/>
              <w:right w:val="single" w:sz="8" w:space="0" w:color="auto"/>
            </w:tcBorders>
            <w:shd w:val="clear" w:color="auto" w:fill="F2F2F2" w:themeFill="background1" w:themeFillShade="F2"/>
          </w:tcPr>
          <w:p w14:paraId="77AB7A9D" w14:textId="77777777" w:rsidR="007347F1" w:rsidRPr="00C03FB9" w:rsidRDefault="007347F1">
            <w:pPr>
              <w:rPr>
                <w:rFonts w:ascii="Arial" w:hAnsi="Arial" w:cs="Arial"/>
              </w:rPr>
            </w:pPr>
          </w:p>
        </w:tc>
        <w:tc>
          <w:tcPr>
            <w:tcW w:w="1411" w:type="dxa"/>
            <w:gridSpan w:val="2"/>
            <w:tcBorders>
              <w:top w:val="nil"/>
              <w:left w:val="single" w:sz="8" w:space="0" w:color="auto"/>
              <w:bottom w:val="single" w:sz="4" w:space="0" w:color="auto"/>
              <w:right w:val="nil"/>
            </w:tcBorders>
            <w:shd w:val="clear" w:color="auto" w:fill="D9D9D9"/>
          </w:tcPr>
          <w:p w14:paraId="088BCBFB" w14:textId="77777777" w:rsidR="007347F1" w:rsidRPr="00C03FB9" w:rsidRDefault="007347F1">
            <w:pPr>
              <w:rPr>
                <w:rFonts w:ascii="Arial" w:hAnsi="Arial" w:cs="Arial"/>
              </w:rPr>
            </w:pPr>
          </w:p>
        </w:tc>
        <w:tc>
          <w:tcPr>
            <w:tcW w:w="1305" w:type="dxa"/>
            <w:gridSpan w:val="2"/>
            <w:tcBorders>
              <w:top w:val="nil"/>
              <w:left w:val="nil"/>
              <w:bottom w:val="single" w:sz="4" w:space="0" w:color="auto"/>
            </w:tcBorders>
            <w:shd w:val="clear" w:color="auto" w:fill="D9D9D9"/>
          </w:tcPr>
          <w:p w14:paraId="761D01DF" w14:textId="77777777" w:rsidR="007347F1" w:rsidRPr="00C03FB9" w:rsidRDefault="007347F1">
            <w:pPr>
              <w:rPr>
                <w:rFonts w:ascii="Arial" w:hAnsi="Arial" w:cs="Arial"/>
              </w:rPr>
            </w:pPr>
          </w:p>
        </w:tc>
        <w:tc>
          <w:tcPr>
            <w:tcW w:w="742" w:type="dxa"/>
            <w:gridSpan w:val="2"/>
            <w:vMerge/>
            <w:tcBorders>
              <w:left w:val="nil"/>
              <w:bottom w:val="nil"/>
              <w:right w:val="nil"/>
            </w:tcBorders>
          </w:tcPr>
          <w:p w14:paraId="51DDAFDD" w14:textId="77777777" w:rsidR="007347F1" w:rsidRPr="00C03FB9" w:rsidRDefault="007347F1">
            <w:pPr>
              <w:rPr>
                <w:rFonts w:ascii="Arial" w:hAnsi="Arial" w:cs="Arial"/>
              </w:rPr>
            </w:pPr>
          </w:p>
        </w:tc>
        <w:tc>
          <w:tcPr>
            <w:tcW w:w="5920" w:type="dxa"/>
            <w:gridSpan w:val="3"/>
            <w:tcBorders>
              <w:top w:val="nil"/>
              <w:left w:val="nil"/>
              <w:bottom w:val="nil"/>
              <w:right w:val="nil"/>
            </w:tcBorders>
          </w:tcPr>
          <w:p w14:paraId="4E71AC55" w14:textId="61EE8D79" w:rsidR="007347F1" w:rsidRPr="00C03FB9" w:rsidRDefault="007347F1">
            <w:pPr>
              <w:rPr>
                <w:rFonts w:ascii="Arial" w:hAnsi="Arial" w:cs="Arial"/>
                <w:lang w:val="de-CH"/>
              </w:rPr>
            </w:pPr>
            <w:r w:rsidRPr="00C03FB9">
              <w:rPr>
                <w:rFonts w:ascii="Arial" w:hAnsi="Arial" w:cs="Arial"/>
                <w:sz w:val="28"/>
                <w:szCs w:val="32"/>
                <w:lang w:val="de-CH"/>
              </w:rPr>
              <w:t>D:</w:t>
            </w:r>
            <w:r w:rsidR="00A86D63" w:rsidRPr="00C03FB9">
              <w:rPr>
                <w:rFonts w:ascii="Arial" w:hAnsi="Arial" w:cs="Arial"/>
                <w:sz w:val="28"/>
                <w:szCs w:val="32"/>
                <w:lang w:val="de-CH"/>
              </w:rPr>
              <w:t xml:space="preserve"> </w:t>
            </w:r>
            <w:r w:rsidRPr="00C03FB9">
              <w:rPr>
                <w:rFonts w:ascii="Arial" w:hAnsi="Arial" w:cs="Arial"/>
                <w:lang w:val="de-CH"/>
              </w:rPr>
              <w:t>Regelmässige Information, Konsultation zu Sachfragen, um ihre Erfahrungen und Argumente einzubeziehen.</w:t>
            </w:r>
          </w:p>
          <w:p w14:paraId="79ED1E8E" w14:textId="77777777" w:rsidR="007347F1" w:rsidRPr="00C03FB9" w:rsidRDefault="007347F1">
            <w:pPr>
              <w:rPr>
                <w:rFonts w:ascii="Arial" w:hAnsi="Arial" w:cs="Arial"/>
                <w:lang w:val="de-CH"/>
              </w:rPr>
            </w:pPr>
          </w:p>
        </w:tc>
      </w:tr>
      <w:tr w:rsidR="007347F1" w:rsidRPr="00C03FB9" w14:paraId="41E1DF8E" w14:textId="77777777" w:rsidTr="00A86D63">
        <w:trPr>
          <w:gridAfter w:val="1"/>
          <w:wAfter w:w="570" w:type="dxa"/>
        </w:trPr>
        <w:tc>
          <w:tcPr>
            <w:tcW w:w="567" w:type="dxa"/>
            <w:vMerge/>
            <w:tcBorders>
              <w:left w:val="nil"/>
              <w:bottom w:val="nil"/>
              <w:right w:val="nil"/>
            </w:tcBorders>
          </w:tcPr>
          <w:p w14:paraId="36877211" w14:textId="77777777" w:rsidR="007347F1" w:rsidRPr="00C03FB9" w:rsidRDefault="007347F1">
            <w:pPr>
              <w:rPr>
                <w:rFonts w:ascii="Arial" w:hAnsi="Arial" w:cs="Arial"/>
                <w:lang w:val="de-CH"/>
              </w:rPr>
            </w:pPr>
          </w:p>
        </w:tc>
        <w:tc>
          <w:tcPr>
            <w:tcW w:w="567" w:type="dxa"/>
            <w:tcBorders>
              <w:top w:val="nil"/>
              <w:left w:val="nil"/>
              <w:bottom w:val="nil"/>
              <w:right w:val="nil"/>
            </w:tcBorders>
          </w:tcPr>
          <w:p w14:paraId="052FD93C" w14:textId="77777777" w:rsidR="007347F1" w:rsidRPr="00C03FB9" w:rsidRDefault="007347F1">
            <w:pPr>
              <w:rPr>
                <w:rFonts w:ascii="Arial" w:hAnsi="Arial" w:cs="Arial"/>
                <w:lang w:val="de-CH"/>
              </w:rPr>
            </w:pPr>
          </w:p>
        </w:tc>
        <w:tc>
          <w:tcPr>
            <w:tcW w:w="1804" w:type="dxa"/>
            <w:gridSpan w:val="2"/>
            <w:tcBorders>
              <w:top w:val="nil"/>
              <w:left w:val="nil"/>
              <w:bottom w:val="nil"/>
              <w:right w:val="nil"/>
            </w:tcBorders>
          </w:tcPr>
          <w:p w14:paraId="17AD8B38" w14:textId="77777777" w:rsidR="007347F1" w:rsidRPr="00C03FB9" w:rsidRDefault="007347F1">
            <w:pPr>
              <w:tabs>
                <w:tab w:val="left" w:pos="1347"/>
              </w:tabs>
              <w:rPr>
                <w:rFonts w:ascii="Arial" w:hAnsi="Arial" w:cs="Arial"/>
              </w:rPr>
            </w:pPr>
            <w:r w:rsidRPr="00C03FB9">
              <w:rPr>
                <w:rFonts w:ascii="Arial" w:hAnsi="Arial" w:cs="Arial"/>
              </w:rPr>
              <w:t>-2</w:t>
            </w:r>
            <w:r w:rsidRPr="00C03FB9">
              <w:rPr>
                <w:rFonts w:ascii="Arial" w:hAnsi="Arial" w:cs="Arial"/>
              </w:rPr>
              <w:tab/>
              <w:t>-1</w:t>
            </w:r>
          </w:p>
        </w:tc>
        <w:tc>
          <w:tcPr>
            <w:tcW w:w="1407" w:type="dxa"/>
            <w:gridSpan w:val="2"/>
            <w:tcBorders>
              <w:top w:val="nil"/>
              <w:left w:val="nil"/>
              <w:bottom w:val="nil"/>
              <w:right w:val="nil"/>
            </w:tcBorders>
          </w:tcPr>
          <w:p w14:paraId="77C2B490" w14:textId="77777777" w:rsidR="007347F1" w:rsidRPr="00C03FB9" w:rsidRDefault="007347F1">
            <w:pPr>
              <w:tabs>
                <w:tab w:val="left" w:pos="862"/>
              </w:tabs>
              <w:ind w:left="-42"/>
              <w:rPr>
                <w:rFonts w:ascii="Arial" w:hAnsi="Arial" w:cs="Arial"/>
              </w:rPr>
            </w:pPr>
            <w:r w:rsidRPr="00C03FB9">
              <w:rPr>
                <w:rFonts w:ascii="Arial" w:hAnsi="Arial" w:cs="Arial"/>
              </w:rPr>
              <w:tab/>
              <w:t>0</w:t>
            </w:r>
          </w:p>
        </w:tc>
        <w:tc>
          <w:tcPr>
            <w:tcW w:w="1411" w:type="dxa"/>
            <w:gridSpan w:val="2"/>
            <w:tcBorders>
              <w:top w:val="nil"/>
              <w:left w:val="nil"/>
              <w:bottom w:val="nil"/>
              <w:right w:val="nil"/>
            </w:tcBorders>
          </w:tcPr>
          <w:p w14:paraId="0395F49F" w14:textId="77777777" w:rsidR="007347F1" w:rsidRPr="00C03FB9" w:rsidRDefault="007347F1">
            <w:pPr>
              <w:ind w:right="369"/>
              <w:jc w:val="right"/>
              <w:rPr>
                <w:rFonts w:ascii="Arial" w:hAnsi="Arial" w:cs="Arial"/>
              </w:rPr>
            </w:pPr>
            <w:r w:rsidRPr="00C03FB9">
              <w:rPr>
                <w:rFonts w:ascii="Arial" w:hAnsi="Arial" w:cs="Arial"/>
              </w:rPr>
              <w:t>+1</w:t>
            </w:r>
          </w:p>
        </w:tc>
        <w:tc>
          <w:tcPr>
            <w:tcW w:w="1411" w:type="dxa"/>
            <w:gridSpan w:val="2"/>
            <w:tcBorders>
              <w:top w:val="nil"/>
              <w:left w:val="nil"/>
              <w:bottom w:val="nil"/>
              <w:right w:val="nil"/>
            </w:tcBorders>
          </w:tcPr>
          <w:p w14:paraId="2AD6386D" w14:textId="77777777" w:rsidR="007347F1" w:rsidRPr="00C03FB9" w:rsidRDefault="007347F1">
            <w:pPr>
              <w:ind w:right="362"/>
              <w:jc w:val="right"/>
              <w:rPr>
                <w:rFonts w:ascii="Arial" w:hAnsi="Arial" w:cs="Arial"/>
              </w:rPr>
            </w:pPr>
            <w:r w:rsidRPr="00C03FB9">
              <w:rPr>
                <w:rFonts w:ascii="Arial" w:hAnsi="Arial" w:cs="Arial"/>
              </w:rPr>
              <w:t>+2</w:t>
            </w:r>
          </w:p>
        </w:tc>
        <w:tc>
          <w:tcPr>
            <w:tcW w:w="636" w:type="dxa"/>
            <w:gridSpan w:val="2"/>
            <w:tcBorders>
              <w:top w:val="nil"/>
              <w:left w:val="nil"/>
              <w:bottom w:val="nil"/>
              <w:right w:val="nil"/>
            </w:tcBorders>
          </w:tcPr>
          <w:p w14:paraId="773F7E11" w14:textId="77777777" w:rsidR="007347F1" w:rsidRPr="00C03FB9" w:rsidRDefault="007347F1">
            <w:pPr>
              <w:rPr>
                <w:rFonts w:ascii="Arial" w:hAnsi="Arial" w:cs="Arial"/>
              </w:rPr>
            </w:pPr>
          </w:p>
        </w:tc>
        <w:tc>
          <w:tcPr>
            <w:tcW w:w="4952" w:type="dxa"/>
            <w:tcBorders>
              <w:top w:val="nil"/>
              <w:left w:val="nil"/>
              <w:bottom w:val="nil"/>
              <w:right w:val="nil"/>
            </w:tcBorders>
          </w:tcPr>
          <w:p w14:paraId="59D45586" w14:textId="77777777" w:rsidR="007347F1" w:rsidRPr="00C03FB9" w:rsidRDefault="007347F1">
            <w:pPr>
              <w:rPr>
                <w:rFonts w:ascii="Arial" w:hAnsi="Arial" w:cs="Arial"/>
              </w:rPr>
            </w:pPr>
          </w:p>
        </w:tc>
      </w:tr>
    </w:tbl>
    <w:p w14:paraId="114A1751" w14:textId="2CE04202" w:rsidR="007347F1" w:rsidRPr="00C03FB9" w:rsidRDefault="007347F1" w:rsidP="00517855">
      <w:pPr>
        <w:ind w:left="3119"/>
        <w:rPr>
          <w:rFonts w:ascii="Arial" w:hAnsi="Arial" w:cs="Arial"/>
          <w:sz w:val="28"/>
          <w:szCs w:val="28"/>
          <w:lang w:val="de-CH"/>
        </w:rPr>
      </w:pPr>
      <w:r w:rsidRPr="00C03FB9">
        <w:rPr>
          <w:rFonts w:ascii="Arial" w:hAnsi="Arial" w:cs="Arial"/>
          <w:sz w:val="28"/>
          <w:szCs w:val="28"/>
          <w:lang w:val="de-CH"/>
        </w:rPr>
        <w:t>wenig Einfluss</w:t>
      </w:r>
    </w:p>
    <w:p w14:paraId="4394BEB0" w14:textId="05F1B277" w:rsidR="00D34C09" w:rsidRPr="00C03FB9" w:rsidRDefault="00D34C09" w:rsidP="00D34C09">
      <w:pPr>
        <w:tabs>
          <w:tab w:val="left" w:pos="1134"/>
        </w:tabs>
        <w:spacing w:line="240" w:lineRule="auto"/>
        <w:ind w:left="1560"/>
        <w:rPr>
          <w:rFonts w:ascii="Arial" w:hAnsi="Arial" w:cs="Arial"/>
          <w:lang w:val="de-CH"/>
        </w:rPr>
      </w:pPr>
      <w:r w:rsidRPr="00C03FB9">
        <w:rPr>
          <w:rFonts w:ascii="Arial" w:hAnsi="Arial" w:cs="Arial"/>
          <w:noProof/>
          <w:sz w:val="40"/>
          <w:szCs w:val="40"/>
        </w:rPr>
        <mc:AlternateContent>
          <mc:Choice Requires="wps">
            <w:drawing>
              <wp:anchor distT="0" distB="0" distL="114300" distR="114300" simplePos="0" relativeHeight="251658249" behindDoc="0" locked="0" layoutInCell="1" allowOverlap="1" wp14:anchorId="43EC87F6" wp14:editId="54D0E796">
                <wp:simplePos x="0" y="0"/>
                <wp:positionH relativeFrom="margin">
                  <wp:posOffset>247650</wp:posOffset>
                </wp:positionH>
                <wp:positionV relativeFrom="paragraph">
                  <wp:posOffset>47625</wp:posOffset>
                </wp:positionV>
                <wp:extent cx="609600" cy="76200"/>
                <wp:effectExtent l="38100" t="19050" r="57150" b="95250"/>
                <wp:wrapNone/>
                <wp:docPr id="828988180" name="Rechteck: abgerundete Ecken 1"/>
                <wp:cNvGraphicFramePr/>
                <a:graphic xmlns:a="http://schemas.openxmlformats.org/drawingml/2006/main">
                  <a:graphicData uri="http://schemas.microsoft.com/office/word/2010/wordprocessingShape">
                    <wps:wsp>
                      <wps:cNvSpPr/>
                      <wps:spPr>
                        <a:xfrm>
                          <a:off x="0" y="0"/>
                          <a:ext cx="609600" cy="76200"/>
                        </a:xfrm>
                        <a:prstGeom prst="roundRect">
                          <a:avLst/>
                        </a:prstGeom>
                        <a:solidFill>
                          <a:srgbClr val="FF0000"/>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EC40ABD" id="Rechteck: abgerundete Ecken 1" o:spid="_x0000_s1026" style="position:absolute;margin-left:19.5pt;margin-top:3.75pt;width:48pt;height:6pt;z-index:251663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" fillcolor="red" strokecolor="red">
                <v:shadow on="t" color="black" opacity="22937f" origin=",.5" offset="0,.63889mm"/>
                <w10:wrap anchorx="margin"/>
              </v:roundrect>
            </w:pict>
          </mc:Fallback>
        </mc:AlternateContent>
      </w:r>
      <w:r w:rsidRPr="00C03FB9">
        <w:rPr>
          <w:rFonts w:ascii="Arial" w:hAnsi="Arial" w:cs="Arial"/>
          <w:b/>
          <w:bCs/>
          <w:lang w:val="de-CH"/>
        </w:rPr>
        <w:t xml:space="preserve">Key-Stakeholder: </w:t>
      </w:r>
      <w:r w:rsidRPr="00C03FB9">
        <w:rPr>
          <w:rFonts w:ascii="Arial" w:hAnsi="Arial" w:cs="Arial"/>
          <w:lang w:val="de-CH"/>
        </w:rPr>
        <w:t>Sie sind entscheidend für das Gelingen eines Vorhabens. Ihre Unterstützung ist entscheidend, um zentrale Ziele zu erreichen, während ihre Ablehnung den Prozess stark behindern bis verhindern kann.</w:t>
      </w:r>
    </w:p>
    <w:p w14:paraId="626D31E6" w14:textId="77777777" w:rsidR="002317D0" w:rsidRPr="00C03FB9" w:rsidRDefault="002317D0" w:rsidP="007347F1">
      <w:pPr>
        <w:rPr>
          <w:rFonts w:ascii="Arial" w:hAnsi="Arial" w:cs="Arial"/>
          <w:lang w:val="de-CH"/>
        </w:rPr>
        <w:sectPr w:rsidR="002317D0" w:rsidRPr="00C03FB9" w:rsidSect="00D34C09">
          <w:headerReference w:type="default" r:id="rId19"/>
          <w:footerReference w:type="default" r:id="rId20"/>
          <w:pgSz w:w="15840" w:h="12240" w:orient="landscape"/>
          <w:pgMar w:top="851" w:right="1440" w:bottom="1135" w:left="1440" w:header="720" w:footer="503" w:gutter="0"/>
          <w:cols w:space="720"/>
          <w:docGrid w:linePitch="360"/>
        </w:sectPr>
      </w:pPr>
    </w:p>
    <w:p w14:paraId="1FEE8ABC" w14:textId="342A1241" w:rsidR="009A101F" w:rsidRPr="00C03FB9" w:rsidRDefault="009A101F" w:rsidP="009A101F">
      <w:pPr>
        <w:pStyle w:val="berschrift2"/>
        <w:rPr>
          <w:rFonts w:ascii="Arial" w:hAnsi="Arial" w:cs="Arial"/>
          <w:lang w:val="de-CH"/>
        </w:rPr>
      </w:pPr>
      <w:r w:rsidRPr="00C03FB9">
        <w:rPr>
          <w:rFonts w:ascii="Arial" w:hAnsi="Arial" w:cs="Arial"/>
          <w:lang w:val="de-CH"/>
        </w:rPr>
        <w:lastRenderedPageBreak/>
        <w:t>Stakeholder</w:t>
      </w:r>
      <w:r w:rsidR="00745CDD" w:rsidRPr="00C03FB9">
        <w:rPr>
          <w:rFonts w:ascii="Arial" w:hAnsi="Arial" w:cs="Arial"/>
          <w:lang w:val="de-CH"/>
        </w:rPr>
        <w:t>m</w:t>
      </w:r>
      <w:r w:rsidRPr="00C03FB9">
        <w:rPr>
          <w:rFonts w:ascii="Arial" w:hAnsi="Arial" w:cs="Arial"/>
          <w:lang w:val="de-CH"/>
        </w:rPr>
        <w:t>anagement</w:t>
      </w:r>
      <w:r w:rsidR="00745CDD" w:rsidRPr="00C03FB9">
        <w:rPr>
          <w:rFonts w:ascii="Arial" w:hAnsi="Arial" w:cs="Arial"/>
          <w:lang w:val="de-CH"/>
        </w:rPr>
        <w:t>-Tabelle</w:t>
      </w:r>
      <w:r w:rsidRPr="00C03FB9">
        <w:rPr>
          <w:rFonts w:ascii="Arial" w:hAnsi="Arial" w:cs="Arial"/>
          <w:lang w:val="de-CH"/>
        </w:rPr>
        <w:t xml:space="preserve"> </w:t>
      </w:r>
      <w:r w:rsidR="00FB3818" w:rsidRPr="00C03FB9">
        <w:rPr>
          <w:rFonts w:ascii="Arial" w:hAnsi="Arial" w:cs="Arial"/>
          <w:lang w:val="de-CH"/>
        </w:rPr>
        <w:t xml:space="preserve">Vorlage </w:t>
      </w:r>
      <w:r w:rsidRPr="00C03FB9">
        <w:rPr>
          <w:rFonts w:ascii="Arial" w:hAnsi="Arial" w:cs="Arial"/>
          <w:lang w:val="de-CH"/>
        </w:rPr>
        <w:t>(Organisation des Einbezugs verschiedener Stakeholder-Gruppen)</w:t>
      </w:r>
    </w:p>
    <w:p w14:paraId="7957DDBA" w14:textId="1BB5099D" w:rsidR="00F37C23" w:rsidRPr="00C03FB9" w:rsidRDefault="00745CDD" w:rsidP="0093173A">
      <w:pPr>
        <w:ind w:right="-81"/>
        <w:rPr>
          <w:rFonts w:ascii="Arial" w:hAnsi="Arial" w:cs="Arial"/>
          <w:lang w:val="de-CH"/>
        </w:rPr>
      </w:pPr>
      <w:r w:rsidRPr="00C03FB9">
        <w:rPr>
          <w:rFonts w:ascii="Arial" w:hAnsi="Arial" w:cs="Arial"/>
          <w:lang w:val="de-CH"/>
        </w:rPr>
        <w:t>Eine Stakeholdermanagement-Tabelle macht sichtbar</w:t>
      </w:r>
      <w:r w:rsidR="003F349F" w:rsidRPr="00C03FB9">
        <w:rPr>
          <w:rFonts w:ascii="Arial" w:hAnsi="Arial" w:cs="Arial"/>
          <w:lang w:val="de-CH"/>
        </w:rPr>
        <w:t>, w</w:t>
      </w:r>
      <w:r w:rsidR="00330EA1" w:rsidRPr="00C03FB9">
        <w:rPr>
          <w:rFonts w:ascii="Arial" w:hAnsi="Arial" w:cs="Arial"/>
          <w:lang w:val="de-CH"/>
        </w:rPr>
        <w:t xml:space="preserve">elche Stakeholder </w:t>
      </w:r>
      <w:r w:rsidR="00223C22" w:rsidRPr="00C03FB9">
        <w:rPr>
          <w:rFonts w:ascii="Arial" w:hAnsi="Arial" w:cs="Arial"/>
          <w:lang w:val="de-CH"/>
        </w:rPr>
        <w:t xml:space="preserve">auf welcher </w:t>
      </w:r>
      <w:r w:rsidR="00E93085" w:rsidRPr="00C03FB9">
        <w:rPr>
          <w:rFonts w:ascii="Arial" w:hAnsi="Arial" w:cs="Arial"/>
          <w:lang w:val="de-CH"/>
        </w:rPr>
        <w:t>Partizipationsstufe, mit welchen Formaten</w:t>
      </w:r>
      <w:r w:rsidR="0093173A" w:rsidRPr="00C03FB9">
        <w:rPr>
          <w:rFonts w:ascii="Arial" w:hAnsi="Arial" w:cs="Arial"/>
          <w:lang w:val="de-CH"/>
        </w:rPr>
        <w:t xml:space="preserve"> </w:t>
      </w:r>
      <w:r w:rsidR="00E93085" w:rsidRPr="00C03FB9">
        <w:rPr>
          <w:rFonts w:ascii="Arial" w:hAnsi="Arial" w:cs="Arial"/>
          <w:lang w:val="de-CH"/>
        </w:rPr>
        <w:t>/</w:t>
      </w:r>
      <w:r w:rsidR="00AF6467" w:rsidRPr="00C03FB9">
        <w:rPr>
          <w:rFonts w:ascii="Arial" w:hAnsi="Arial" w:cs="Arial"/>
          <w:lang w:val="de-CH"/>
        </w:rPr>
        <w:t xml:space="preserve"> M</w:t>
      </w:r>
      <w:r w:rsidR="00E93085" w:rsidRPr="00C03FB9">
        <w:rPr>
          <w:rFonts w:ascii="Arial" w:hAnsi="Arial" w:cs="Arial"/>
          <w:lang w:val="de-CH"/>
        </w:rPr>
        <w:t xml:space="preserve">ethoden, </w:t>
      </w:r>
      <w:r w:rsidR="0093173A" w:rsidRPr="00C03FB9">
        <w:rPr>
          <w:rFonts w:ascii="Arial" w:hAnsi="Arial" w:cs="Arial"/>
          <w:lang w:val="de-CH"/>
        </w:rPr>
        <w:t>mit welcher Häufigkeit und zu welchem Zeitpunkt einbezogen werden (die Kriterien sind je nach Bedarf anpassbar).</w:t>
      </w:r>
    </w:p>
    <w:tbl>
      <w:tblPr>
        <w:tblStyle w:val="Tabellenraster"/>
        <w:tblW w:w="14472" w:type="dxa"/>
        <w:tblLayout w:type="fixed"/>
        <w:tblLook w:val="04A0" w:firstRow="1" w:lastRow="0" w:firstColumn="1" w:lastColumn="0" w:noHBand="0" w:noVBand="1"/>
      </w:tblPr>
      <w:tblGrid>
        <w:gridCol w:w="1902"/>
        <w:gridCol w:w="3055"/>
        <w:gridCol w:w="1903"/>
        <w:gridCol w:w="1903"/>
        <w:gridCol w:w="1903"/>
        <w:gridCol w:w="1903"/>
        <w:gridCol w:w="1903"/>
      </w:tblGrid>
      <w:tr w:rsidR="001202B9" w:rsidRPr="00C03FB9" w14:paraId="7D84FD98" w14:textId="77777777" w:rsidTr="001202B9">
        <w:tc>
          <w:tcPr>
            <w:tcW w:w="1902" w:type="dxa"/>
          </w:tcPr>
          <w:p w14:paraId="2CD35E2B"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Stakeholder (einzelne oder Gruppe)</w:t>
            </w:r>
          </w:p>
        </w:tc>
        <w:tc>
          <w:tcPr>
            <w:tcW w:w="3055" w:type="dxa"/>
          </w:tcPr>
          <w:p w14:paraId="43D052D1"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Ziele des Einbezugs</w:t>
            </w:r>
          </w:p>
        </w:tc>
        <w:tc>
          <w:tcPr>
            <w:tcW w:w="1903" w:type="dxa"/>
          </w:tcPr>
          <w:p w14:paraId="2A05E26F"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Partizipations-Stufe</w:t>
            </w:r>
          </w:p>
        </w:tc>
        <w:tc>
          <w:tcPr>
            <w:tcW w:w="1903" w:type="dxa"/>
          </w:tcPr>
          <w:p w14:paraId="3ECC933E"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Formate / Methoden</w:t>
            </w:r>
          </w:p>
        </w:tc>
        <w:tc>
          <w:tcPr>
            <w:tcW w:w="1903" w:type="dxa"/>
          </w:tcPr>
          <w:p w14:paraId="49397FF9"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Häufigkeit</w:t>
            </w:r>
          </w:p>
        </w:tc>
        <w:tc>
          <w:tcPr>
            <w:tcW w:w="1903" w:type="dxa"/>
          </w:tcPr>
          <w:p w14:paraId="3DEF541D"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Zeitpunkt</w:t>
            </w:r>
          </w:p>
        </w:tc>
        <w:tc>
          <w:tcPr>
            <w:tcW w:w="1903" w:type="dxa"/>
          </w:tcPr>
          <w:p w14:paraId="217AC284" w14:textId="77777777" w:rsidR="001202B9" w:rsidRPr="00C03FB9" w:rsidRDefault="001202B9">
            <w:pPr>
              <w:rPr>
                <w:rFonts w:ascii="Arial" w:hAnsi="Arial" w:cs="Arial"/>
                <w:b/>
                <w:bCs/>
                <w:sz w:val="20"/>
                <w:szCs w:val="20"/>
                <w:lang w:val="de-CH"/>
              </w:rPr>
            </w:pPr>
            <w:r w:rsidRPr="00C03FB9">
              <w:rPr>
                <w:rFonts w:ascii="Arial" w:hAnsi="Arial" w:cs="Arial"/>
                <w:b/>
                <w:bCs/>
                <w:sz w:val="20"/>
                <w:szCs w:val="20"/>
                <w:lang w:val="de-CH"/>
              </w:rPr>
              <w:t>Verantwortliche Person</w:t>
            </w:r>
          </w:p>
        </w:tc>
      </w:tr>
      <w:tr w:rsidR="001202B9" w:rsidRPr="00C03FB9" w14:paraId="1475C611" w14:textId="77777777" w:rsidTr="001202B9">
        <w:tc>
          <w:tcPr>
            <w:tcW w:w="1902" w:type="dxa"/>
          </w:tcPr>
          <w:p w14:paraId="7201A089" w14:textId="6B9230A1" w:rsidR="001202B9" w:rsidRPr="00C03FB9" w:rsidRDefault="001202B9">
            <w:pPr>
              <w:rPr>
                <w:rFonts w:ascii="Arial" w:hAnsi="Arial" w:cs="Arial"/>
                <w:sz w:val="20"/>
                <w:szCs w:val="20"/>
                <w:lang w:val="de-CH"/>
              </w:rPr>
            </w:pPr>
          </w:p>
        </w:tc>
        <w:tc>
          <w:tcPr>
            <w:tcW w:w="3055" w:type="dxa"/>
          </w:tcPr>
          <w:p w14:paraId="43788C66" w14:textId="6DB8F4BF" w:rsidR="001202B9" w:rsidRPr="00C03FB9" w:rsidRDefault="001202B9">
            <w:pPr>
              <w:rPr>
                <w:rFonts w:ascii="Arial" w:hAnsi="Arial" w:cs="Arial"/>
                <w:sz w:val="20"/>
                <w:szCs w:val="20"/>
                <w:lang w:val="de-CH"/>
              </w:rPr>
            </w:pPr>
          </w:p>
        </w:tc>
        <w:tc>
          <w:tcPr>
            <w:tcW w:w="1903" w:type="dxa"/>
          </w:tcPr>
          <w:p w14:paraId="02AEFCCD" w14:textId="1C225F91" w:rsidR="001202B9" w:rsidRPr="00C03FB9" w:rsidRDefault="001202B9">
            <w:pPr>
              <w:rPr>
                <w:rFonts w:ascii="Arial" w:hAnsi="Arial" w:cs="Arial"/>
                <w:sz w:val="20"/>
                <w:szCs w:val="20"/>
                <w:lang w:val="de-CH"/>
              </w:rPr>
            </w:pPr>
          </w:p>
        </w:tc>
        <w:tc>
          <w:tcPr>
            <w:tcW w:w="1903" w:type="dxa"/>
          </w:tcPr>
          <w:p w14:paraId="0E24EC7D" w14:textId="315B719D" w:rsidR="001202B9" w:rsidRPr="00C03FB9" w:rsidRDefault="001202B9">
            <w:pPr>
              <w:rPr>
                <w:rFonts w:ascii="Arial" w:hAnsi="Arial" w:cs="Arial"/>
                <w:sz w:val="20"/>
                <w:szCs w:val="20"/>
                <w:lang w:val="de-CH"/>
              </w:rPr>
            </w:pPr>
          </w:p>
        </w:tc>
        <w:tc>
          <w:tcPr>
            <w:tcW w:w="1903" w:type="dxa"/>
          </w:tcPr>
          <w:p w14:paraId="39912ABD" w14:textId="05D401F3" w:rsidR="001202B9" w:rsidRPr="00C03FB9" w:rsidRDefault="001202B9">
            <w:pPr>
              <w:rPr>
                <w:rFonts w:ascii="Arial" w:hAnsi="Arial" w:cs="Arial"/>
                <w:sz w:val="20"/>
                <w:szCs w:val="20"/>
                <w:lang w:val="de-CH"/>
              </w:rPr>
            </w:pPr>
          </w:p>
        </w:tc>
        <w:tc>
          <w:tcPr>
            <w:tcW w:w="1903" w:type="dxa"/>
          </w:tcPr>
          <w:p w14:paraId="11216F67" w14:textId="55D274B4" w:rsidR="001202B9" w:rsidRPr="00C03FB9" w:rsidRDefault="001202B9">
            <w:pPr>
              <w:rPr>
                <w:rFonts w:ascii="Arial" w:hAnsi="Arial" w:cs="Arial"/>
                <w:sz w:val="20"/>
                <w:szCs w:val="20"/>
                <w:lang w:val="de-CH"/>
              </w:rPr>
            </w:pPr>
          </w:p>
        </w:tc>
        <w:tc>
          <w:tcPr>
            <w:tcW w:w="1903" w:type="dxa"/>
          </w:tcPr>
          <w:p w14:paraId="4ABB749F" w14:textId="365429C0" w:rsidR="001202B9" w:rsidRPr="00C03FB9" w:rsidRDefault="001202B9">
            <w:pPr>
              <w:rPr>
                <w:rFonts w:ascii="Arial" w:hAnsi="Arial" w:cs="Arial"/>
                <w:sz w:val="20"/>
                <w:szCs w:val="20"/>
                <w:lang w:val="de-CH"/>
              </w:rPr>
            </w:pPr>
          </w:p>
        </w:tc>
      </w:tr>
      <w:tr w:rsidR="001202B9" w:rsidRPr="00C03FB9" w14:paraId="1EE6F827" w14:textId="77777777" w:rsidTr="001202B9">
        <w:tc>
          <w:tcPr>
            <w:tcW w:w="1902" w:type="dxa"/>
          </w:tcPr>
          <w:p w14:paraId="053C268A" w14:textId="5A5D2F76" w:rsidR="001202B9" w:rsidRPr="00C03FB9" w:rsidRDefault="001202B9">
            <w:pPr>
              <w:rPr>
                <w:rFonts w:ascii="Arial" w:hAnsi="Arial" w:cs="Arial"/>
                <w:sz w:val="20"/>
                <w:szCs w:val="20"/>
                <w:lang w:val="de-CH"/>
              </w:rPr>
            </w:pPr>
          </w:p>
        </w:tc>
        <w:tc>
          <w:tcPr>
            <w:tcW w:w="3055" w:type="dxa"/>
          </w:tcPr>
          <w:p w14:paraId="6F9F1DA0" w14:textId="6964C818" w:rsidR="001202B9" w:rsidRPr="00C03FB9" w:rsidRDefault="001202B9">
            <w:pPr>
              <w:rPr>
                <w:rFonts w:ascii="Arial" w:hAnsi="Arial" w:cs="Arial"/>
                <w:sz w:val="20"/>
                <w:szCs w:val="20"/>
                <w:lang w:val="de-CH"/>
              </w:rPr>
            </w:pPr>
          </w:p>
        </w:tc>
        <w:tc>
          <w:tcPr>
            <w:tcW w:w="1903" w:type="dxa"/>
          </w:tcPr>
          <w:p w14:paraId="46406462" w14:textId="28874B69" w:rsidR="001202B9" w:rsidRPr="00C03FB9" w:rsidRDefault="001202B9">
            <w:pPr>
              <w:rPr>
                <w:rFonts w:ascii="Arial" w:hAnsi="Arial" w:cs="Arial"/>
                <w:sz w:val="20"/>
                <w:szCs w:val="20"/>
                <w:lang w:val="de-CH"/>
              </w:rPr>
            </w:pPr>
          </w:p>
        </w:tc>
        <w:tc>
          <w:tcPr>
            <w:tcW w:w="1903" w:type="dxa"/>
          </w:tcPr>
          <w:p w14:paraId="2F57D4C0" w14:textId="1A396FEB" w:rsidR="001202B9" w:rsidRPr="00C03FB9" w:rsidRDefault="001202B9">
            <w:pPr>
              <w:rPr>
                <w:rFonts w:ascii="Arial" w:hAnsi="Arial" w:cs="Arial"/>
                <w:sz w:val="20"/>
                <w:szCs w:val="20"/>
                <w:lang w:val="de-CH"/>
              </w:rPr>
            </w:pPr>
          </w:p>
        </w:tc>
        <w:tc>
          <w:tcPr>
            <w:tcW w:w="1903" w:type="dxa"/>
          </w:tcPr>
          <w:p w14:paraId="578998B9" w14:textId="186FF5E7" w:rsidR="001202B9" w:rsidRPr="00C03FB9" w:rsidRDefault="001202B9">
            <w:pPr>
              <w:rPr>
                <w:rFonts w:ascii="Arial" w:hAnsi="Arial" w:cs="Arial"/>
                <w:sz w:val="20"/>
                <w:szCs w:val="20"/>
                <w:lang w:val="de-CH"/>
              </w:rPr>
            </w:pPr>
          </w:p>
        </w:tc>
        <w:tc>
          <w:tcPr>
            <w:tcW w:w="1903" w:type="dxa"/>
          </w:tcPr>
          <w:p w14:paraId="54B4DC47" w14:textId="2CAA32EA" w:rsidR="001202B9" w:rsidRPr="00C03FB9" w:rsidRDefault="001202B9">
            <w:pPr>
              <w:rPr>
                <w:rFonts w:ascii="Arial" w:hAnsi="Arial" w:cs="Arial"/>
                <w:sz w:val="20"/>
                <w:szCs w:val="20"/>
                <w:lang w:val="de-CH"/>
              </w:rPr>
            </w:pPr>
          </w:p>
        </w:tc>
        <w:tc>
          <w:tcPr>
            <w:tcW w:w="1903" w:type="dxa"/>
          </w:tcPr>
          <w:p w14:paraId="39737F49" w14:textId="62608A65" w:rsidR="001202B9" w:rsidRPr="00C03FB9" w:rsidRDefault="001202B9">
            <w:pPr>
              <w:rPr>
                <w:rFonts w:ascii="Arial" w:hAnsi="Arial" w:cs="Arial"/>
                <w:sz w:val="20"/>
                <w:szCs w:val="20"/>
                <w:lang w:val="de-CH"/>
              </w:rPr>
            </w:pPr>
          </w:p>
        </w:tc>
      </w:tr>
      <w:tr w:rsidR="001202B9" w:rsidRPr="00C03FB9" w14:paraId="04311A1E" w14:textId="77777777" w:rsidTr="001202B9">
        <w:tc>
          <w:tcPr>
            <w:tcW w:w="1902" w:type="dxa"/>
          </w:tcPr>
          <w:p w14:paraId="1DCAA179" w14:textId="7B5AF1AE" w:rsidR="001202B9" w:rsidRPr="00C03FB9" w:rsidRDefault="001202B9">
            <w:pPr>
              <w:rPr>
                <w:rFonts w:ascii="Arial" w:hAnsi="Arial" w:cs="Arial"/>
                <w:sz w:val="20"/>
                <w:szCs w:val="20"/>
                <w:lang w:val="de-CH"/>
              </w:rPr>
            </w:pPr>
          </w:p>
        </w:tc>
        <w:tc>
          <w:tcPr>
            <w:tcW w:w="3055" w:type="dxa"/>
          </w:tcPr>
          <w:p w14:paraId="01A1665E" w14:textId="08673B4F" w:rsidR="001202B9" w:rsidRPr="00C03FB9" w:rsidRDefault="001202B9">
            <w:pPr>
              <w:rPr>
                <w:rFonts w:ascii="Arial" w:hAnsi="Arial" w:cs="Arial"/>
                <w:sz w:val="20"/>
                <w:szCs w:val="20"/>
                <w:lang w:val="de-CH"/>
              </w:rPr>
            </w:pPr>
          </w:p>
        </w:tc>
        <w:tc>
          <w:tcPr>
            <w:tcW w:w="1903" w:type="dxa"/>
          </w:tcPr>
          <w:p w14:paraId="27E0DB99" w14:textId="28B37A4A" w:rsidR="001202B9" w:rsidRPr="00C03FB9" w:rsidRDefault="001202B9">
            <w:pPr>
              <w:rPr>
                <w:rFonts w:ascii="Arial" w:hAnsi="Arial" w:cs="Arial"/>
                <w:sz w:val="20"/>
                <w:szCs w:val="20"/>
                <w:lang w:val="de-CH"/>
              </w:rPr>
            </w:pPr>
          </w:p>
        </w:tc>
        <w:tc>
          <w:tcPr>
            <w:tcW w:w="1903" w:type="dxa"/>
          </w:tcPr>
          <w:p w14:paraId="78553FF1" w14:textId="16B13E66" w:rsidR="001202B9" w:rsidRPr="00C03FB9" w:rsidRDefault="001202B9">
            <w:pPr>
              <w:rPr>
                <w:rFonts w:ascii="Arial" w:hAnsi="Arial" w:cs="Arial"/>
                <w:sz w:val="20"/>
                <w:szCs w:val="20"/>
                <w:lang w:val="de-CH"/>
              </w:rPr>
            </w:pPr>
          </w:p>
        </w:tc>
        <w:tc>
          <w:tcPr>
            <w:tcW w:w="1903" w:type="dxa"/>
          </w:tcPr>
          <w:p w14:paraId="7982F134" w14:textId="06C6E0F8" w:rsidR="001202B9" w:rsidRPr="00C03FB9" w:rsidRDefault="001202B9">
            <w:pPr>
              <w:rPr>
                <w:rFonts w:ascii="Arial" w:hAnsi="Arial" w:cs="Arial"/>
                <w:sz w:val="20"/>
                <w:szCs w:val="20"/>
                <w:lang w:val="de-CH"/>
              </w:rPr>
            </w:pPr>
          </w:p>
        </w:tc>
        <w:tc>
          <w:tcPr>
            <w:tcW w:w="1903" w:type="dxa"/>
          </w:tcPr>
          <w:p w14:paraId="2F6C48A9" w14:textId="4FF861A5" w:rsidR="001202B9" w:rsidRPr="00C03FB9" w:rsidRDefault="001202B9">
            <w:pPr>
              <w:rPr>
                <w:rFonts w:ascii="Arial" w:hAnsi="Arial" w:cs="Arial"/>
                <w:sz w:val="20"/>
                <w:szCs w:val="20"/>
                <w:lang w:val="de-CH"/>
              </w:rPr>
            </w:pPr>
          </w:p>
        </w:tc>
        <w:tc>
          <w:tcPr>
            <w:tcW w:w="1903" w:type="dxa"/>
          </w:tcPr>
          <w:p w14:paraId="682C3D1B" w14:textId="43F2AD8A" w:rsidR="001202B9" w:rsidRPr="00C03FB9" w:rsidRDefault="001202B9">
            <w:pPr>
              <w:rPr>
                <w:rFonts w:ascii="Arial" w:hAnsi="Arial" w:cs="Arial"/>
                <w:sz w:val="20"/>
                <w:szCs w:val="20"/>
                <w:lang w:val="de-CH"/>
              </w:rPr>
            </w:pPr>
          </w:p>
        </w:tc>
      </w:tr>
      <w:tr w:rsidR="001202B9" w:rsidRPr="00C03FB9" w14:paraId="4CA569CF" w14:textId="77777777" w:rsidTr="001202B9">
        <w:tc>
          <w:tcPr>
            <w:tcW w:w="1902" w:type="dxa"/>
          </w:tcPr>
          <w:p w14:paraId="6AC39430" w14:textId="148E084C" w:rsidR="001202B9" w:rsidRPr="00C03FB9" w:rsidRDefault="001202B9">
            <w:pPr>
              <w:rPr>
                <w:rFonts w:ascii="Arial" w:hAnsi="Arial" w:cs="Arial"/>
                <w:sz w:val="20"/>
                <w:szCs w:val="20"/>
                <w:lang w:val="de-CH"/>
              </w:rPr>
            </w:pPr>
          </w:p>
        </w:tc>
        <w:tc>
          <w:tcPr>
            <w:tcW w:w="3055" w:type="dxa"/>
          </w:tcPr>
          <w:p w14:paraId="6C18E47B" w14:textId="30AA6915" w:rsidR="001202B9" w:rsidRPr="00C03FB9" w:rsidRDefault="001202B9">
            <w:pPr>
              <w:rPr>
                <w:rFonts w:ascii="Arial" w:hAnsi="Arial" w:cs="Arial"/>
                <w:sz w:val="20"/>
                <w:szCs w:val="20"/>
                <w:lang w:val="de-CH"/>
              </w:rPr>
            </w:pPr>
          </w:p>
        </w:tc>
        <w:tc>
          <w:tcPr>
            <w:tcW w:w="1903" w:type="dxa"/>
          </w:tcPr>
          <w:p w14:paraId="526F97FA" w14:textId="77777777" w:rsidR="001202B9" w:rsidRPr="00C03FB9" w:rsidRDefault="001202B9">
            <w:pPr>
              <w:jc w:val="center"/>
              <w:rPr>
                <w:rFonts w:ascii="Arial" w:hAnsi="Arial" w:cs="Arial"/>
                <w:sz w:val="20"/>
                <w:szCs w:val="20"/>
                <w:lang w:val="de-CH"/>
              </w:rPr>
            </w:pPr>
          </w:p>
        </w:tc>
        <w:tc>
          <w:tcPr>
            <w:tcW w:w="1903" w:type="dxa"/>
          </w:tcPr>
          <w:p w14:paraId="1E264477" w14:textId="29B66A31" w:rsidR="001202B9" w:rsidRPr="00C03FB9" w:rsidRDefault="001202B9">
            <w:pPr>
              <w:rPr>
                <w:rFonts w:ascii="Arial" w:hAnsi="Arial" w:cs="Arial"/>
                <w:sz w:val="20"/>
                <w:szCs w:val="20"/>
                <w:lang w:val="de-CH"/>
              </w:rPr>
            </w:pPr>
          </w:p>
        </w:tc>
        <w:tc>
          <w:tcPr>
            <w:tcW w:w="1903" w:type="dxa"/>
          </w:tcPr>
          <w:p w14:paraId="3D1D3943" w14:textId="03ECAD06" w:rsidR="001202B9" w:rsidRPr="00C03FB9" w:rsidRDefault="001202B9">
            <w:pPr>
              <w:rPr>
                <w:rFonts w:ascii="Arial" w:hAnsi="Arial" w:cs="Arial"/>
                <w:sz w:val="20"/>
                <w:szCs w:val="20"/>
                <w:lang w:val="de-CH"/>
              </w:rPr>
            </w:pPr>
          </w:p>
        </w:tc>
        <w:tc>
          <w:tcPr>
            <w:tcW w:w="1903" w:type="dxa"/>
          </w:tcPr>
          <w:p w14:paraId="252A8360" w14:textId="104A0D4B" w:rsidR="001202B9" w:rsidRPr="00C03FB9" w:rsidRDefault="001202B9">
            <w:pPr>
              <w:rPr>
                <w:rFonts w:ascii="Arial" w:hAnsi="Arial" w:cs="Arial"/>
                <w:sz w:val="20"/>
                <w:szCs w:val="20"/>
                <w:lang w:val="de-CH"/>
              </w:rPr>
            </w:pPr>
          </w:p>
        </w:tc>
        <w:tc>
          <w:tcPr>
            <w:tcW w:w="1903" w:type="dxa"/>
          </w:tcPr>
          <w:p w14:paraId="6AFED104" w14:textId="6AF691F3" w:rsidR="001202B9" w:rsidRPr="00C03FB9" w:rsidRDefault="001202B9">
            <w:pPr>
              <w:rPr>
                <w:rFonts w:ascii="Arial" w:hAnsi="Arial" w:cs="Arial"/>
                <w:sz w:val="20"/>
                <w:szCs w:val="20"/>
                <w:lang w:val="de-CH"/>
              </w:rPr>
            </w:pPr>
          </w:p>
        </w:tc>
      </w:tr>
      <w:tr w:rsidR="001202B9" w:rsidRPr="00C03FB9" w14:paraId="1E5EF0CE" w14:textId="77777777" w:rsidTr="001202B9">
        <w:tc>
          <w:tcPr>
            <w:tcW w:w="1902" w:type="dxa"/>
          </w:tcPr>
          <w:p w14:paraId="00D8FEA6" w14:textId="3B0B4672" w:rsidR="001202B9" w:rsidRPr="00C03FB9" w:rsidRDefault="001202B9">
            <w:pPr>
              <w:rPr>
                <w:rFonts w:ascii="Arial" w:hAnsi="Arial" w:cs="Arial"/>
                <w:sz w:val="20"/>
                <w:szCs w:val="20"/>
                <w:lang w:val="de-CH"/>
              </w:rPr>
            </w:pPr>
          </w:p>
        </w:tc>
        <w:tc>
          <w:tcPr>
            <w:tcW w:w="3055" w:type="dxa"/>
          </w:tcPr>
          <w:p w14:paraId="1FADCE9E" w14:textId="78ED19FF" w:rsidR="001202B9" w:rsidRPr="00C03FB9" w:rsidRDefault="001202B9">
            <w:pPr>
              <w:rPr>
                <w:rFonts w:ascii="Arial" w:hAnsi="Arial" w:cs="Arial"/>
                <w:sz w:val="20"/>
                <w:szCs w:val="20"/>
                <w:lang w:val="de-CH"/>
              </w:rPr>
            </w:pPr>
          </w:p>
        </w:tc>
        <w:tc>
          <w:tcPr>
            <w:tcW w:w="1903" w:type="dxa"/>
          </w:tcPr>
          <w:p w14:paraId="69DC5299" w14:textId="33199EC7" w:rsidR="001202B9" w:rsidRPr="00C03FB9" w:rsidRDefault="001202B9">
            <w:pPr>
              <w:rPr>
                <w:rFonts w:ascii="Arial" w:hAnsi="Arial" w:cs="Arial"/>
                <w:sz w:val="20"/>
                <w:szCs w:val="20"/>
                <w:lang w:val="de-CH"/>
              </w:rPr>
            </w:pPr>
          </w:p>
        </w:tc>
        <w:tc>
          <w:tcPr>
            <w:tcW w:w="1903" w:type="dxa"/>
          </w:tcPr>
          <w:p w14:paraId="44599CB3" w14:textId="67D009EC" w:rsidR="001202B9" w:rsidRPr="00C03FB9" w:rsidRDefault="001202B9">
            <w:pPr>
              <w:rPr>
                <w:rFonts w:ascii="Arial" w:hAnsi="Arial" w:cs="Arial"/>
                <w:sz w:val="20"/>
                <w:szCs w:val="20"/>
                <w:lang w:val="de-CH"/>
              </w:rPr>
            </w:pPr>
          </w:p>
        </w:tc>
        <w:tc>
          <w:tcPr>
            <w:tcW w:w="1903" w:type="dxa"/>
          </w:tcPr>
          <w:p w14:paraId="3CDD4A68" w14:textId="2043E5B5" w:rsidR="001202B9" w:rsidRPr="00C03FB9" w:rsidRDefault="001202B9">
            <w:pPr>
              <w:rPr>
                <w:rFonts w:ascii="Arial" w:hAnsi="Arial" w:cs="Arial"/>
                <w:sz w:val="20"/>
                <w:szCs w:val="20"/>
                <w:lang w:val="de-CH"/>
              </w:rPr>
            </w:pPr>
          </w:p>
        </w:tc>
        <w:tc>
          <w:tcPr>
            <w:tcW w:w="1903" w:type="dxa"/>
          </w:tcPr>
          <w:p w14:paraId="107C4749" w14:textId="00784035" w:rsidR="001202B9" w:rsidRPr="00C03FB9" w:rsidRDefault="001202B9">
            <w:pPr>
              <w:rPr>
                <w:rFonts w:ascii="Arial" w:hAnsi="Arial" w:cs="Arial"/>
                <w:sz w:val="20"/>
                <w:szCs w:val="20"/>
                <w:lang w:val="de-CH"/>
              </w:rPr>
            </w:pPr>
          </w:p>
        </w:tc>
        <w:tc>
          <w:tcPr>
            <w:tcW w:w="1903" w:type="dxa"/>
          </w:tcPr>
          <w:p w14:paraId="0AC76449" w14:textId="27E111E5" w:rsidR="001202B9" w:rsidRPr="00C03FB9" w:rsidRDefault="001202B9">
            <w:pPr>
              <w:rPr>
                <w:rFonts w:ascii="Arial" w:hAnsi="Arial" w:cs="Arial"/>
                <w:sz w:val="20"/>
                <w:szCs w:val="20"/>
                <w:lang w:val="de-CH"/>
              </w:rPr>
            </w:pPr>
          </w:p>
        </w:tc>
      </w:tr>
      <w:tr w:rsidR="00FB3818" w:rsidRPr="00C03FB9" w14:paraId="07F89A07" w14:textId="77777777" w:rsidTr="001202B9">
        <w:tc>
          <w:tcPr>
            <w:tcW w:w="1902" w:type="dxa"/>
          </w:tcPr>
          <w:p w14:paraId="3A8244A4" w14:textId="77777777" w:rsidR="00FB3818" w:rsidRPr="00C03FB9" w:rsidRDefault="00FB3818">
            <w:pPr>
              <w:rPr>
                <w:rFonts w:ascii="Arial" w:hAnsi="Arial" w:cs="Arial"/>
                <w:sz w:val="20"/>
                <w:szCs w:val="20"/>
                <w:lang w:val="de-CH"/>
              </w:rPr>
            </w:pPr>
          </w:p>
        </w:tc>
        <w:tc>
          <w:tcPr>
            <w:tcW w:w="3055" w:type="dxa"/>
          </w:tcPr>
          <w:p w14:paraId="32901115" w14:textId="77777777" w:rsidR="00FB3818" w:rsidRPr="00C03FB9" w:rsidRDefault="00FB3818">
            <w:pPr>
              <w:rPr>
                <w:rFonts w:ascii="Arial" w:hAnsi="Arial" w:cs="Arial"/>
                <w:sz w:val="20"/>
                <w:szCs w:val="20"/>
                <w:lang w:val="de-CH"/>
              </w:rPr>
            </w:pPr>
          </w:p>
        </w:tc>
        <w:tc>
          <w:tcPr>
            <w:tcW w:w="1903" w:type="dxa"/>
          </w:tcPr>
          <w:p w14:paraId="5BEC33BC" w14:textId="77777777" w:rsidR="00FB3818" w:rsidRPr="00C03FB9" w:rsidRDefault="00FB3818">
            <w:pPr>
              <w:rPr>
                <w:rFonts w:ascii="Arial" w:hAnsi="Arial" w:cs="Arial"/>
                <w:sz w:val="20"/>
                <w:szCs w:val="20"/>
                <w:lang w:val="de-CH"/>
              </w:rPr>
            </w:pPr>
          </w:p>
        </w:tc>
        <w:tc>
          <w:tcPr>
            <w:tcW w:w="1903" w:type="dxa"/>
          </w:tcPr>
          <w:p w14:paraId="0F899CB9" w14:textId="77777777" w:rsidR="00FB3818" w:rsidRPr="00C03FB9" w:rsidRDefault="00FB3818">
            <w:pPr>
              <w:rPr>
                <w:rFonts w:ascii="Arial" w:hAnsi="Arial" w:cs="Arial"/>
                <w:sz w:val="20"/>
                <w:szCs w:val="20"/>
                <w:lang w:val="de-CH"/>
              </w:rPr>
            </w:pPr>
          </w:p>
        </w:tc>
        <w:tc>
          <w:tcPr>
            <w:tcW w:w="1903" w:type="dxa"/>
          </w:tcPr>
          <w:p w14:paraId="2D4E2E7D" w14:textId="77777777" w:rsidR="00FB3818" w:rsidRPr="00C03FB9" w:rsidRDefault="00FB3818">
            <w:pPr>
              <w:rPr>
                <w:rFonts w:ascii="Arial" w:hAnsi="Arial" w:cs="Arial"/>
                <w:sz w:val="20"/>
                <w:szCs w:val="20"/>
                <w:lang w:val="de-CH"/>
              </w:rPr>
            </w:pPr>
          </w:p>
        </w:tc>
        <w:tc>
          <w:tcPr>
            <w:tcW w:w="1903" w:type="dxa"/>
          </w:tcPr>
          <w:p w14:paraId="2B5A3D9D" w14:textId="77777777" w:rsidR="00FB3818" w:rsidRPr="00C03FB9" w:rsidRDefault="00FB3818">
            <w:pPr>
              <w:rPr>
                <w:rFonts w:ascii="Arial" w:hAnsi="Arial" w:cs="Arial"/>
                <w:sz w:val="20"/>
                <w:szCs w:val="20"/>
                <w:lang w:val="de-CH"/>
              </w:rPr>
            </w:pPr>
          </w:p>
        </w:tc>
        <w:tc>
          <w:tcPr>
            <w:tcW w:w="1903" w:type="dxa"/>
          </w:tcPr>
          <w:p w14:paraId="3FFA7F76" w14:textId="77777777" w:rsidR="00FB3818" w:rsidRPr="00C03FB9" w:rsidRDefault="00FB3818">
            <w:pPr>
              <w:rPr>
                <w:rFonts w:ascii="Arial" w:hAnsi="Arial" w:cs="Arial"/>
                <w:sz w:val="20"/>
                <w:szCs w:val="20"/>
                <w:lang w:val="de-CH"/>
              </w:rPr>
            </w:pPr>
          </w:p>
        </w:tc>
      </w:tr>
      <w:tr w:rsidR="00462823" w:rsidRPr="00C03FB9" w14:paraId="5181088A" w14:textId="77777777" w:rsidTr="001202B9">
        <w:tc>
          <w:tcPr>
            <w:tcW w:w="1902" w:type="dxa"/>
          </w:tcPr>
          <w:p w14:paraId="44B7E62F" w14:textId="77777777" w:rsidR="00462823" w:rsidRPr="00C03FB9" w:rsidRDefault="00462823">
            <w:pPr>
              <w:rPr>
                <w:rFonts w:ascii="Arial" w:hAnsi="Arial" w:cs="Arial"/>
                <w:sz w:val="20"/>
                <w:szCs w:val="20"/>
                <w:lang w:val="de-CH"/>
              </w:rPr>
            </w:pPr>
          </w:p>
        </w:tc>
        <w:tc>
          <w:tcPr>
            <w:tcW w:w="3055" w:type="dxa"/>
          </w:tcPr>
          <w:p w14:paraId="5E066700" w14:textId="77777777" w:rsidR="00462823" w:rsidRPr="00C03FB9" w:rsidRDefault="00462823">
            <w:pPr>
              <w:rPr>
                <w:rFonts w:ascii="Arial" w:hAnsi="Arial" w:cs="Arial"/>
                <w:sz w:val="20"/>
                <w:szCs w:val="20"/>
                <w:lang w:val="de-CH"/>
              </w:rPr>
            </w:pPr>
          </w:p>
        </w:tc>
        <w:tc>
          <w:tcPr>
            <w:tcW w:w="1903" w:type="dxa"/>
          </w:tcPr>
          <w:p w14:paraId="36AA413E" w14:textId="77777777" w:rsidR="00462823" w:rsidRPr="00C03FB9" w:rsidRDefault="00462823">
            <w:pPr>
              <w:rPr>
                <w:rFonts w:ascii="Arial" w:hAnsi="Arial" w:cs="Arial"/>
                <w:sz w:val="20"/>
                <w:szCs w:val="20"/>
                <w:lang w:val="de-CH"/>
              </w:rPr>
            </w:pPr>
          </w:p>
        </w:tc>
        <w:tc>
          <w:tcPr>
            <w:tcW w:w="1903" w:type="dxa"/>
          </w:tcPr>
          <w:p w14:paraId="3C95C3FC" w14:textId="77777777" w:rsidR="00462823" w:rsidRPr="00C03FB9" w:rsidRDefault="00462823">
            <w:pPr>
              <w:rPr>
                <w:rFonts w:ascii="Arial" w:hAnsi="Arial" w:cs="Arial"/>
                <w:sz w:val="20"/>
                <w:szCs w:val="20"/>
                <w:lang w:val="de-CH"/>
              </w:rPr>
            </w:pPr>
          </w:p>
        </w:tc>
        <w:tc>
          <w:tcPr>
            <w:tcW w:w="1903" w:type="dxa"/>
          </w:tcPr>
          <w:p w14:paraId="588C79EE" w14:textId="77777777" w:rsidR="00462823" w:rsidRPr="00C03FB9" w:rsidRDefault="00462823">
            <w:pPr>
              <w:rPr>
                <w:rFonts w:ascii="Arial" w:hAnsi="Arial" w:cs="Arial"/>
                <w:sz w:val="20"/>
                <w:szCs w:val="20"/>
                <w:lang w:val="de-CH"/>
              </w:rPr>
            </w:pPr>
          </w:p>
        </w:tc>
        <w:tc>
          <w:tcPr>
            <w:tcW w:w="1903" w:type="dxa"/>
          </w:tcPr>
          <w:p w14:paraId="202E8212" w14:textId="77777777" w:rsidR="00462823" w:rsidRPr="00C03FB9" w:rsidRDefault="00462823">
            <w:pPr>
              <w:rPr>
                <w:rFonts w:ascii="Arial" w:hAnsi="Arial" w:cs="Arial"/>
                <w:sz w:val="20"/>
                <w:szCs w:val="20"/>
                <w:lang w:val="de-CH"/>
              </w:rPr>
            </w:pPr>
          </w:p>
        </w:tc>
        <w:tc>
          <w:tcPr>
            <w:tcW w:w="1903" w:type="dxa"/>
          </w:tcPr>
          <w:p w14:paraId="3340A184" w14:textId="77777777" w:rsidR="00462823" w:rsidRPr="00C03FB9" w:rsidRDefault="00462823">
            <w:pPr>
              <w:rPr>
                <w:rFonts w:ascii="Arial" w:hAnsi="Arial" w:cs="Arial"/>
                <w:sz w:val="20"/>
                <w:szCs w:val="20"/>
                <w:lang w:val="de-CH"/>
              </w:rPr>
            </w:pPr>
          </w:p>
        </w:tc>
      </w:tr>
      <w:tr w:rsidR="00462823" w:rsidRPr="00C03FB9" w14:paraId="0130A7B1" w14:textId="77777777" w:rsidTr="001202B9">
        <w:tc>
          <w:tcPr>
            <w:tcW w:w="1902" w:type="dxa"/>
          </w:tcPr>
          <w:p w14:paraId="2AC119C2" w14:textId="77777777" w:rsidR="00462823" w:rsidRPr="00C03FB9" w:rsidRDefault="00462823">
            <w:pPr>
              <w:rPr>
                <w:rFonts w:ascii="Arial" w:hAnsi="Arial" w:cs="Arial"/>
                <w:sz w:val="20"/>
                <w:szCs w:val="20"/>
                <w:lang w:val="de-CH"/>
              </w:rPr>
            </w:pPr>
          </w:p>
        </w:tc>
        <w:tc>
          <w:tcPr>
            <w:tcW w:w="3055" w:type="dxa"/>
          </w:tcPr>
          <w:p w14:paraId="4D05F0FB" w14:textId="77777777" w:rsidR="00462823" w:rsidRPr="00C03FB9" w:rsidRDefault="00462823">
            <w:pPr>
              <w:rPr>
                <w:rFonts w:ascii="Arial" w:hAnsi="Arial" w:cs="Arial"/>
                <w:sz w:val="20"/>
                <w:szCs w:val="20"/>
                <w:lang w:val="de-CH"/>
              </w:rPr>
            </w:pPr>
          </w:p>
        </w:tc>
        <w:tc>
          <w:tcPr>
            <w:tcW w:w="1903" w:type="dxa"/>
          </w:tcPr>
          <w:p w14:paraId="77FAAE4A" w14:textId="77777777" w:rsidR="00462823" w:rsidRPr="00C03FB9" w:rsidRDefault="00462823">
            <w:pPr>
              <w:rPr>
                <w:rFonts w:ascii="Arial" w:hAnsi="Arial" w:cs="Arial"/>
                <w:sz w:val="20"/>
                <w:szCs w:val="20"/>
                <w:lang w:val="de-CH"/>
              </w:rPr>
            </w:pPr>
          </w:p>
        </w:tc>
        <w:tc>
          <w:tcPr>
            <w:tcW w:w="1903" w:type="dxa"/>
          </w:tcPr>
          <w:p w14:paraId="66FD364E" w14:textId="77777777" w:rsidR="00462823" w:rsidRPr="00C03FB9" w:rsidRDefault="00462823">
            <w:pPr>
              <w:rPr>
                <w:rFonts w:ascii="Arial" w:hAnsi="Arial" w:cs="Arial"/>
                <w:sz w:val="20"/>
                <w:szCs w:val="20"/>
                <w:lang w:val="de-CH"/>
              </w:rPr>
            </w:pPr>
          </w:p>
        </w:tc>
        <w:tc>
          <w:tcPr>
            <w:tcW w:w="1903" w:type="dxa"/>
          </w:tcPr>
          <w:p w14:paraId="1B193E0E" w14:textId="77777777" w:rsidR="00462823" w:rsidRPr="00C03FB9" w:rsidRDefault="00462823">
            <w:pPr>
              <w:rPr>
                <w:rFonts w:ascii="Arial" w:hAnsi="Arial" w:cs="Arial"/>
                <w:sz w:val="20"/>
                <w:szCs w:val="20"/>
                <w:lang w:val="de-CH"/>
              </w:rPr>
            </w:pPr>
          </w:p>
        </w:tc>
        <w:tc>
          <w:tcPr>
            <w:tcW w:w="1903" w:type="dxa"/>
          </w:tcPr>
          <w:p w14:paraId="326E7242" w14:textId="77777777" w:rsidR="00462823" w:rsidRPr="00C03FB9" w:rsidRDefault="00462823">
            <w:pPr>
              <w:rPr>
                <w:rFonts w:ascii="Arial" w:hAnsi="Arial" w:cs="Arial"/>
                <w:sz w:val="20"/>
                <w:szCs w:val="20"/>
                <w:lang w:val="de-CH"/>
              </w:rPr>
            </w:pPr>
          </w:p>
        </w:tc>
        <w:tc>
          <w:tcPr>
            <w:tcW w:w="1903" w:type="dxa"/>
          </w:tcPr>
          <w:p w14:paraId="52221947" w14:textId="77777777" w:rsidR="00462823" w:rsidRPr="00C03FB9" w:rsidRDefault="00462823">
            <w:pPr>
              <w:rPr>
                <w:rFonts w:ascii="Arial" w:hAnsi="Arial" w:cs="Arial"/>
                <w:sz w:val="20"/>
                <w:szCs w:val="20"/>
                <w:lang w:val="de-CH"/>
              </w:rPr>
            </w:pPr>
          </w:p>
        </w:tc>
      </w:tr>
      <w:tr w:rsidR="00462823" w:rsidRPr="00C03FB9" w14:paraId="31908CBE" w14:textId="77777777" w:rsidTr="001202B9">
        <w:tc>
          <w:tcPr>
            <w:tcW w:w="1902" w:type="dxa"/>
          </w:tcPr>
          <w:p w14:paraId="63B6EF07" w14:textId="77777777" w:rsidR="00462823" w:rsidRPr="00C03FB9" w:rsidRDefault="00462823">
            <w:pPr>
              <w:rPr>
                <w:rFonts w:ascii="Arial" w:hAnsi="Arial" w:cs="Arial"/>
                <w:sz w:val="20"/>
                <w:szCs w:val="20"/>
                <w:lang w:val="de-CH"/>
              </w:rPr>
            </w:pPr>
          </w:p>
        </w:tc>
        <w:tc>
          <w:tcPr>
            <w:tcW w:w="3055" w:type="dxa"/>
          </w:tcPr>
          <w:p w14:paraId="7BFCC691" w14:textId="77777777" w:rsidR="00462823" w:rsidRPr="00C03FB9" w:rsidRDefault="00462823">
            <w:pPr>
              <w:rPr>
                <w:rFonts w:ascii="Arial" w:hAnsi="Arial" w:cs="Arial"/>
                <w:sz w:val="20"/>
                <w:szCs w:val="20"/>
                <w:lang w:val="de-CH"/>
              </w:rPr>
            </w:pPr>
          </w:p>
        </w:tc>
        <w:tc>
          <w:tcPr>
            <w:tcW w:w="1903" w:type="dxa"/>
          </w:tcPr>
          <w:p w14:paraId="2B5A9F83" w14:textId="77777777" w:rsidR="00462823" w:rsidRPr="00C03FB9" w:rsidRDefault="00462823">
            <w:pPr>
              <w:rPr>
                <w:rFonts w:ascii="Arial" w:hAnsi="Arial" w:cs="Arial"/>
                <w:sz w:val="20"/>
                <w:szCs w:val="20"/>
                <w:lang w:val="de-CH"/>
              </w:rPr>
            </w:pPr>
          </w:p>
        </w:tc>
        <w:tc>
          <w:tcPr>
            <w:tcW w:w="1903" w:type="dxa"/>
          </w:tcPr>
          <w:p w14:paraId="4EA641BA" w14:textId="77777777" w:rsidR="00462823" w:rsidRPr="00C03FB9" w:rsidRDefault="00462823">
            <w:pPr>
              <w:rPr>
                <w:rFonts w:ascii="Arial" w:hAnsi="Arial" w:cs="Arial"/>
                <w:sz w:val="20"/>
                <w:szCs w:val="20"/>
                <w:lang w:val="de-CH"/>
              </w:rPr>
            </w:pPr>
          </w:p>
        </w:tc>
        <w:tc>
          <w:tcPr>
            <w:tcW w:w="1903" w:type="dxa"/>
          </w:tcPr>
          <w:p w14:paraId="5B344DF1" w14:textId="77777777" w:rsidR="00462823" w:rsidRPr="00C03FB9" w:rsidRDefault="00462823">
            <w:pPr>
              <w:rPr>
                <w:rFonts w:ascii="Arial" w:hAnsi="Arial" w:cs="Arial"/>
                <w:sz w:val="20"/>
                <w:szCs w:val="20"/>
                <w:lang w:val="de-CH"/>
              </w:rPr>
            </w:pPr>
          </w:p>
        </w:tc>
        <w:tc>
          <w:tcPr>
            <w:tcW w:w="1903" w:type="dxa"/>
          </w:tcPr>
          <w:p w14:paraId="009EFA6F" w14:textId="77777777" w:rsidR="00462823" w:rsidRPr="00C03FB9" w:rsidRDefault="00462823">
            <w:pPr>
              <w:rPr>
                <w:rFonts w:ascii="Arial" w:hAnsi="Arial" w:cs="Arial"/>
                <w:sz w:val="20"/>
                <w:szCs w:val="20"/>
                <w:lang w:val="de-CH"/>
              </w:rPr>
            </w:pPr>
          </w:p>
        </w:tc>
        <w:tc>
          <w:tcPr>
            <w:tcW w:w="1903" w:type="dxa"/>
          </w:tcPr>
          <w:p w14:paraId="6DFA2CAB" w14:textId="77777777" w:rsidR="00462823" w:rsidRPr="00C03FB9" w:rsidRDefault="00462823">
            <w:pPr>
              <w:rPr>
                <w:rFonts w:ascii="Arial" w:hAnsi="Arial" w:cs="Arial"/>
                <w:sz w:val="20"/>
                <w:szCs w:val="20"/>
                <w:lang w:val="de-CH"/>
              </w:rPr>
            </w:pPr>
          </w:p>
        </w:tc>
      </w:tr>
      <w:tr w:rsidR="00462823" w:rsidRPr="00C03FB9" w14:paraId="52A6C152" w14:textId="77777777" w:rsidTr="001202B9">
        <w:tc>
          <w:tcPr>
            <w:tcW w:w="1902" w:type="dxa"/>
          </w:tcPr>
          <w:p w14:paraId="4A8935FB" w14:textId="77777777" w:rsidR="00462823" w:rsidRPr="00C03FB9" w:rsidRDefault="00462823">
            <w:pPr>
              <w:rPr>
                <w:rFonts w:ascii="Arial" w:hAnsi="Arial" w:cs="Arial"/>
                <w:sz w:val="20"/>
                <w:szCs w:val="20"/>
                <w:lang w:val="de-CH"/>
              </w:rPr>
            </w:pPr>
          </w:p>
        </w:tc>
        <w:tc>
          <w:tcPr>
            <w:tcW w:w="3055" w:type="dxa"/>
          </w:tcPr>
          <w:p w14:paraId="0CE8A8BE" w14:textId="77777777" w:rsidR="00462823" w:rsidRPr="00C03FB9" w:rsidRDefault="00462823">
            <w:pPr>
              <w:rPr>
                <w:rFonts w:ascii="Arial" w:hAnsi="Arial" w:cs="Arial"/>
                <w:sz w:val="20"/>
                <w:szCs w:val="20"/>
                <w:lang w:val="de-CH"/>
              </w:rPr>
            </w:pPr>
          </w:p>
        </w:tc>
        <w:tc>
          <w:tcPr>
            <w:tcW w:w="1903" w:type="dxa"/>
          </w:tcPr>
          <w:p w14:paraId="549E2A3C" w14:textId="77777777" w:rsidR="00462823" w:rsidRPr="00C03FB9" w:rsidRDefault="00462823">
            <w:pPr>
              <w:rPr>
                <w:rFonts w:ascii="Arial" w:hAnsi="Arial" w:cs="Arial"/>
                <w:sz w:val="20"/>
                <w:szCs w:val="20"/>
                <w:lang w:val="de-CH"/>
              </w:rPr>
            </w:pPr>
          </w:p>
        </w:tc>
        <w:tc>
          <w:tcPr>
            <w:tcW w:w="1903" w:type="dxa"/>
          </w:tcPr>
          <w:p w14:paraId="52C715E3" w14:textId="77777777" w:rsidR="00462823" w:rsidRPr="00C03FB9" w:rsidRDefault="00462823">
            <w:pPr>
              <w:rPr>
                <w:rFonts w:ascii="Arial" w:hAnsi="Arial" w:cs="Arial"/>
                <w:sz w:val="20"/>
                <w:szCs w:val="20"/>
                <w:lang w:val="de-CH"/>
              </w:rPr>
            </w:pPr>
          </w:p>
        </w:tc>
        <w:tc>
          <w:tcPr>
            <w:tcW w:w="1903" w:type="dxa"/>
          </w:tcPr>
          <w:p w14:paraId="3A9F9A5B" w14:textId="77777777" w:rsidR="00462823" w:rsidRPr="00C03FB9" w:rsidRDefault="00462823">
            <w:pPr>
              <w:rPr>
                <w:rFonts w:ascii="Arial" w:hAnsi="Arial" w:cs="Arial"/>
                <w:sz w:val="20"/>
                <w:szCs w:val="20"/>
                <w:lang w:val="de-CH"/>
              </w:rPr>
            </w:pPr>
          </w:p>
        </w:tc>
        <w:tc>
          <w:tcPr>
            <w:tcW w:w="1903" w:type="dxa"/>
          </w:tcPr>
          <w:p w14:paraId="17F15653" w14:textId="77777777" w:rsidR="00462823" w:rsidRPr="00C03FB9" w:rsidRDefault="00462823">
            <w:pPr>
              <w:rPr>
                <w:rFonts w:ascii="Arial" w:hAnsi="Arial" w:cs="Arial"/>
                <w:sz w:val="20"/>
                <w:szCs w:val="20"/>
                <w:lang w:val="de-CH"/>
              </w:rPr>
            </w:pPr>
          </w:p>
        </w:tc>
        <w:tc>
          <w:tcPr>
            <w:tcW w:w="1903" w:type="dxa"/>
          </w:tcPr>
          <w:p w14:paraId="208969A6" w14:textId="77777777" w:rsidR="00462823" w:rsidRPr="00C03FB9" w:rsidRDefault="00462823">
            <w:pPr>
              <w:rPr>
                <w:rFonts w:ascii="Arial" w:hAnsi="Arial" w:cs="Arial"/>
                <w:sz w:val="20"/>
                <w:szCs w:val="20"/>
                <w:lang w:val="de-CH"/>
              </w:rPr>
            </w:pPr>
          </w:p>
        </w:tc>
      </w:tr>
      <w:tr w:rsidR="00462823" w:rsidRPr="00C03FB9" w14:paraId="6582F854" w14:textId="77777777" w:rsidTr="001202B9">
        <w:tc>
          <w:tcPr>
            <w:tcW w:w="1902" w:type="dxa"/>
          </w:tcPr>
          <w:p w14:paraId="388D33FA" w14:textId="77777777" w:rsidR="00462823" w:rsidRPr="00C03FB9" w:rsidRDefault="00462823">
            <w:pPr>
              <w:rPr>
                <w:rFonts w:ascii="Arial" w:hAnsi="Arial" w:cs="Arial"/>
                <w:sz w:val="20"/>
                <w:szCs w:val="20"/>
                <w:lang w:val="de-CH"/>
              </w:rPr>
            </w:pPr>
          </w:p>
        </w:tc>
        <w:tc>
          <w:tcPr>
            <w:tcW w:w="3055" w:type="dxa"/>
          </w:tcPr>
          <w:p w14:paraId="1C0FC0A9" w14:textId="77777777" w:rsidR="00462823" w:rsidRPr="00C03FB9" w:rsidRDefault="00462823">
            <w:pPr>
              <w:rPr>
                <w:rFonts w:ascii="Arial" w:hAnsi="Arial" w:cs="Arial"/>
                <w:sz w:val="20"/>
                <w:szCs w:val="20"/>
                <w:lang w:val="de-CH"/>
              </w:rPr>
            </w:pPr>
          </w:p>
        </w:tc>
        <w:tc>
          <w:tcPr>
            <w:tcW w:w="1903" w:type="dxa"/>
          </w:tcPr>
          <w:p w14:paraId="235EC7C6" w14:textId="77777777" w:rsidR="00462823" w:rsidRPr="00C03FB9" w:rsidRDefault="00462823">
            <w:pPr>
              <w:rPr>
                <w:rFonts w:ascii="Arial" w:hAnsi="Arial" w:cs="Arial"/>
                <w:sz w:val="20"/>
                <w:szCs w:val="20"/>
                <w:lang w:val="de-CH"/>
              </w:rPr>
            </w:pPr>
          </w:p>
        </w:tc>
        <w:tc>
          <w:tcPr>
            <w:tcW w:w="1903" w:type="dxa"/>
          </w:tcPr>
          <w:p w14:paraId="0622A923" w14:textId="77777777" w:rsidR="00462823" w:rsidRPr="00C03FB9" w:rsidRDefault="00462823">
            <w:pPr>
              <w:rPr>
                <w:rFonts w:ascii="Arial" w:hAnsi="Arial" w:cs="Arial"/>
                <w:sz w:val="20"/>
                <w:szCs w:val="20"/>
                <w:lang w:val="de-CH"/>
              </w:rPr>
            </w:pPr>
          </w:p>
        </w:tc>
        <w:tc>
          <w:tcPr>
            <w:tcW w:w="1903" w:type="dxa"/>
          </w:tcPr>
          <w:p w14:paraId="7ABF4BA6" w14:textId="77777777" w:rsidR="00462823" w:rsidRPr="00C03FB9" w:rsidRDefault="00462823">
            <w:pPr>
              <w:rPr>
                <w:rFonts w:ascii="Arial" w:hAnsi="Arial" w:cs="Arial"/>
                <w:sz w:val="20"/>
                <w:szCs w:val="20"/>
                <w:lang w:val="de-CH"/>
              </w:rPr>
            </w:pPr>
          </w:p>
        </w:tc>
        <w:tc>
          <w:tcPr>
            <w:tcW w:w="1903" w:type="dxa"/>
          </w:tcPr>
          <w:p w14:paraId="17C61864" w14:textId="77777777" w:rsidR="00462823" w:rsidRPr="00C03FB9" w:rsidRDefault="00462823">
            <w:pPr>
              <w:rPr>
                <w:rFonts w:ascii="Arial" w:hAnsi="Arial" w:cs="Arial"/>
                <w:sz w:val="20"/>
                <w:szCs w:val="20"/>
                <w:lang w:val="de-CH"/>
              </w:rPr>
            </w:pPr>
          </w:p>
        </w:tc>
        <w:tc>
          <w:tcPr>
            <w:tcW w:w="1903" w:type="dxa"/>
          </w:tcPr>
          <w:p w14:paraId="25A27C30" w14:textId="77777777" w:rsidR="00462823" w:rsidRPr="00C03FB9" w:rsidRDefault="00462823">
            <w:pPr>
              <w:rPr>
                <w:rFonts w:ascii="Arial" w:hAnsi="Arial" w:cs="Arial"/>
                <w:sz w:val="20"/>
                <w:szCs w:val="20"/>
                <w:lang w:val="de-CH"/>
              </w:rPr>
            </w:pPr>
          </w:p>
        </w:tc>
      </w:tr>
    </w:tbl>
    <w:p w14:paraId="7E16F45B" w14:textId="02D80C33" w:rsidR="00FB3818" w:rsidRPr="00C03FB9" w:rsidRDefault="00FB3818" w:rsidP="00A61D6B">
      <w:pPr>
        <w:rPr>
          <w:rFonts w:ascii="Arial" w:eastAsiaTheme="majorEastAsia" w:hAnsi="Arial" w:cs="Arial"/>
          <w:b/>
          <w:color w:val="244061" w:themeColor="accent1" w:themeShade="80"/>
          <w:sz w:val="24"/>
          <w:szCs w:val="26"/>
        </w:rPr>
      </w:pPr>
    </w:p>
    <w:p w14:paraId="0B91D917" w14:textId="77777777" w:rsidR="008F76F1" w:rsidRPr="00C03FB9" w:rsidRDefault="008F76F1" w:rsidP="008F76F1">
      <w:pPr>
        <w:rPr>
          <w:rFonts w:ascii="Arial" w:hAnsi="Arial" w:cs="Arial"/>
          <w:lang w:val="de-CH"/>
        </w:rPr>
        <w:sectPr w:rsidR="008F76F1" w:rsidRPr="00C03FB9" w:rsidSect="008F76F1">
          <w:pgSz w:w="15840" w:h="12240" w:orient="landscape"/>
          <w:pgMar w:top="1418" w:right="814" w:bottom="1134" w:left="709" w:header="720" w:footer="720" w:gutter="0"/>
          <w:cols w:space="720"/>
          <w:docGrid w:linePitch="360"/>
        </w:sectPr>
      </w:pPr>
      <w:r w:rsidRPr="00C03FB9">
        <w:rPr>
          <w:rFonts w:ascii="Arial" w:hAnsi="Arial" w:cs="Arial"/>
          <w:b/>
          <w:bCs/>
          <w:lang w:val="de-CH"/>
        </w:rPr>
        <w:t>Hinweis</w:t>
      </w:r>
      <w:r w:rsidRPr="00C03FB9">
        <w:rPr>
          <w:rFonts w:ascii="Arial" w:hAnsi="Arial" w:cs="Arial"/>
          <w:lang w:val="de-CH"/>
        </w:rPr>
        <w:t xml:space="preserve">: Die KI kann für die Stakeholderanalyse sehr nützlich sein! Frage sie nach möglichen Stakeholdern und nach ihrer Einschätzung der einzelnen Stakeholder bzw. Stakeholdergruppen. Prüfe IMMER, ob die Antwort Sinn macht und frage bei Bedarf mehrmals nach. </w:t>
      </w:r>
    </w:p>
    <w:p w14:paraId="1631EB7C" w14:textId="77777777" w:rsidR="001202B9" w:rsidRPr="00C03FB9" w:rsidRDefault="00FB3818" w:rsidP="00FB3818">
      <w:pPr>
        <w:pStyle w:val="berschrift2"/>
        <w:rPr>
          <w:rFonts w:ascii="Arial" w:hAnsi="Arial" w:cs="Arial"/>
        </w:rPr>
      </w:pPr>
      <w:proofErr w:type="spellStart"/>
      <w:r w:rsidRPr="00C03FB9">
        <w:rPr>
          <w:rFonts w:ascii="Arial" w:hAnsi="Arial" w:cs="Arial"/>
        </w:rPr>
        <w:lastRenderedPageBreak/>
        <w:t>Stakeholdermanagement-Tabelle</w:t>
      </w:r>
      <w:proofErr w:type="spellEnd"/>
      <w:r w:rsidRPr="00C03FB9">
        <w:rPr>
          <w:rFonts w:ascii="Arial" w:hAnsi="Arial" w:cs="Arial"/>
        </w:rPr>
        <w:t xml:space="preserve"> </w:t>
      </w:r>
      <w:proofErr w:type="spellStart"/>
      <w:r w:rsidRPr="00C03FB9">
        <w:rPr>
          <w:rFonts w:ascii="Arial" w:hAnsi="Arial" w:cs="Arial"/>
        </w:rPr>
        <w:t>Beispiel</w:t>
      </w:r>
      <w:proofErr w:type="spellEnd"/>
      <w:r w:rsidRPr="00C03FB9">
        <w:rPr>
          <w:rFonts w:ascii="Arial" w:hAnsi="Arial" w:cs="Arial"/>
        </w:rPr>
        <w:t xml:space="preserve"> </w:t>
      </w:r>
      <w:proofErr w:type="spellStart"/>
      <w:r w:rsidRPr="00C03FB9">
        <w:rPr>
          <w:rFonts w:ascii="Arial" w:hAnsi="Arial" w:cs="Arial"/>
        </w:rPr>
        <w:t>Mobilität</w:t>
      </w:r>
      <w:proofErr w:type="spellEnd"/>
    </w:p>
    <w:tbl>
      <w:tblPr>
        <w:tblStyle w:val="Tabellenraster"/>
        <w:tblW w:w="14472" w:type="dxa"/>
        <w:tblLayout w:type="fixed"/>
        <w:tblLook w:val="04A0" w:firstRow="1" w:lastRow="0" w:firstColumn="1" w:lastColumn="0" w:noHBand="0" w:noVBand="1"/>
      </w:tblPr>
      <w:tblGrid>
        <w:gridCol w:w="1902"/>
        <w:gridCol w:w="3055"/>
        <w:gridCol w:w="1903"/>
        <w:gridCol w:w="1903"/>
        <w:gridCol w:w="1903"/>
        <w:gridCol w:w="1903"/>
        <w:gridCol w:w="1903"/>
      </w:tblGrid>
      <w:tr w:rsidR="00C746D2" w:rsidRPr="00C03FB9" w14:paraId="39E3CB90" w14:textId="77777777">
        <w:tc>
          <w:tcPr>
            <w:tcW w:w="1902" w:type="dxa"/>
          </w:tcPr>
          <w:p w14:paraId="1D4D05F9"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Stakeholder (einzelne oder Gruppe)</w:t>
            </w:r>
          </w:p>
        </w:tc>
        <w:tc>
          <w:tcPr>
            <w:tcW w:w="3055" w:type="dxa"/>
          </w:tcPr>
          <w:p w14:paraId="2EEAD35C"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Ziele des Einbezugs</w:t>
            </w:r>
          </w:p>
        </w:tc>
        <w:tc>
          <w:tcPr>
            <w:tcW w:w="1903" w:type="dxa"/>
          </w:tcPr>
          <w:p w14:paraId="01BB4937"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Partizipations-Stufe</w:t>
            </w:r>
          </w:p>
        </w:tc>
        <w:tc>
          <w:tcPr>
            <w:tcW w:w="1903" w:type="dxa"/>
          </w:tcPr>
          <w:p w14:paraId="08F47FD3"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Formate / Methoden</w:t>
            </w:r>
          </w:p>
        </w:tc>
        <w:tc>
          <w:tcPr>
            <w:tcW w:w="1903" w:type="dxa"/>
          </w:tcPr>
          <w:p w14:paraId="26D88804"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Häufigkeit</w:t>
            </w:r>
          </w:p>
        </w:tc>
        <w:tc>
          <w:tcPr>
            <w:tcW w:w="1903" w:type="dxa"/>
          </w:tcPr>
          <w:p w14:paraId="5BE6BB10"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Zeitpunkt</w:t>
            </w:r>
          </w:p>
        </w:tc>
        <w:tc>
          <w:tcPr>
            <w:tcW w:w="1903" w:type="dxa"/>
          </w:tcPr>
          <w:p w14:paraId="3DA3398E" w14:textId="77777777" w:rsidR="00C746D2" w:rsidRPr="00C03FB9" w:rsidRDefault="00C746D2">
            <w:pPr>
              <w:rPr>
                <w:rFonts w:ascii="Arial" w:hAnsi="Arial" w:cs="Arial"/>
                <w:b/>
                <w:bCs/>
                <w:sz w:val="20"/>
                <w:szCs w:val="20"/>
                <w:lang w:val="de-CH"/>
              </w:rPr>
            </w:pPr>
            <w:r w:rsidRPr="00C03FB9">
              <w:rPr>
                <w:rFonts w:ascii="Arial" w:hAnsi="Arial" w:cs="Arial"/>
                <w:b/>
                <w:bCs/>
                <w:sz w:val="20"/>
                <w:szCs w:val="20"/>
                <w:lang w:val="de-CH"/>
              </w:rPr>
              <w:t>Verantwortliche Person</w:t>
            </w:r>
          </w:p>
        </w:tc>
      </w:tr>
      <w:tr w:rsidR="00C746D2" w:rsidRPr="00C03FB9" w14:paraId="0C200EC6" w14:textId="77777777">
        <w:tc>
          <w:tcPr>
            <w:tcW w:w="1902" w:type="dxa"/>
          </w:tcPr>
          <w:p w14:paraId="73051805"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Gemeinden</w:t>
            </w:r>
          </w:p>
        </w:tc>
        <w:tc>
          <w:tcPr>
            <w:tcW w:w="3055" w:type="dxa"/>
          </w:tcPr>
          <w:p w14:paraId="25776750" w14:textId="63E6E2BB" w:rsidR="00C746D2" w:rsidRPr="00C03FB9" w:rsidRDefault="00C746D2">
            <w:pPr>
              <w:rPr>
                <w:rFonts w:ascii="Arial" w:hAnsi="Arial" w:cs="Arial"/>
                <w:sz w:val="20"/>
                <w:szCs w:val="20"/>
                <w:lang w:val="de-CH"/>
              </w:rPr>
            </w:pPr>
            <w:r w:rsidRPr="00C03FB9">
              <w:rPr>
                <w:rFonts w:ascii="Arial" w:hAnsi="Arial" w:cs="Arial"/>
                <w:sz w:val="20"/>
                <w:szCs w:val="20"/>
                <w:lang w:val="de-CH"/>
              </w:rPr>
              <w:t>Politische Unterstützung, Entscheidungs-findung für Infrastruktur und Budgets</w:t>
            </w:r>
          </w:p>
        </w:tc>
        <w:tc>
          <w:tcPr>
            <w:tcW w:w="1903" w:type="dxa"/>
          </w:tcPr>
          <w:p w14:paraId="70C32653"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Mitentscheiden</w:t>
            </w:r>
            <w:proofErr w:type="spellEnd"/>
            <w:r w:rsidRPr="00C03FB9">
              <w:rPr>
                <w:rFonts w:ascii="Arial" w:hAnsi="Arial" w:cs="Arial"/>
                <w:sz w:val="20"/>
                <w:szCs w:val="20"/>
              </w:rPr>
              <w:t xml:space="preserve">, </w:t>
            </w:r>
            <w:proofErr w:type="spellStart"/>
            <w:r w:rsidRPr="00C03FB9">
              <w:rPr>
                <w:rFonts w:ascii="Arial" w:hAnsi="Arial" w:cs="Arial"/>
                <w:sz w:val="20"/>
                <w:szCs w:val="20"/>
              </w:rPr>
              <w:t>Kooperieren</w:t>
            </w:r>
            <w:proofErr w:type="spellEnd"/>
          </w:p>
        </w:tc>
        <w:tc>
          <w:tcPr>
            <w:tcW w:w="1903" w:type="dxa"/>
          </w:tcPr>
          <w:p w14:paraId="09A23C2F" w14:textId="708B5CE8" w:rsidR="00C746D2" w:rsidRPr="00C03FB9" w:rsidRDefault="00C746D2">
            <w:pPr>
              <w:rPr>
                <w:rFonts w:ascii="Arial" w:hAnsi="Arial" w:cs="Arial"/>
                <w:sz w:val="20"/>
                <w:szCs w:val="20"/>
                <w:lang w:val="de-CH"/>
              </w:rPr>
            </w:pPr>
            <w:proofErr w:type="spellStart"/>
            <w:r w:rsidRPr="00C03FB9">
              <w:rPr>
                <w:rFonts w:ascii="Arial" w:hAnsi="Arial" w:cs="Arial"/>
                <w:sz w:val="20"/>
                <w:szCs w:val="20"/>
              </w:rPr>
              <w:t>Lenkungsgruppe</w:t>
            </w:r>
            <w:proofErr w:type="spellEnd"/>
            <w:r w:rsidRPr="00C03FB9">
              <w:rPr>
                <w:rFonts w:ascii="Arial" w:hAnsi="Arial" w:cs="Arial"/>
                <w:sz w:val="20"/>
                <w:szCs w:val="20"/>
              </w:rPr>
              <w:t xml:space="preserve">, </w:t>
            </w:r>
            <w:proofErr w:type="spellStart"/>
            <w:r w:rsidRPr="00C03FB9">
              <w:rPr>
                <w:rFonts w:ascii="Arial" w:hAnsi="Arial" w:cs="Arial"/>
                <w:sz w:val="20"/>
                <w:szCs w:val="20"/>
              </w:rPr>
              <w:t>Gemeinderats-sitzungen</w:t>
            </w:r>
            <w:proofErr w:type="spellEnd"/>
            <w:r w:rsidRPr="00C03FB9">
              <w:rPr>
                <w:rFonts w:ascii="Arial" w:hAnsi="Arial" w:cs="Arial"/>
                <w:sz w:val="20"/>
                <w:szCs w:val="20"/>
              </w:rPr>
              <w:t>, Workshops</w:t>
            </w:r>
          </w:p>
        </w:tc>
        <w:tc>
          <w:tcPr>
            <w:tcW w:w="1903" w:type="dxa"/>
          </w:tcPr>
          <w:p w14:paraId="2FEB9EA2"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Regelmässig, alle 2–3 Monate</w:t>
            </w:r>
          </w:p>
        </w:tc>
        <w:tc>
          <w:tcPr>
            <w:tcW w:w="1903" w:type="dxa"/>
          </w:tcPr>
          <w:p w14:paraId="7D31723B"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Über</w:t>
            </w:r>
            <w:proofErr w:type="spellEnd"/>
            <w:r w:rsidRPr="00C03FB9">
              <w:rPr>
                <w:rFonts w:ascii="Arial" w:hAnsi="Arial" w:cs="Arial"/>
                <w:sz w:val="20"/>
                <w:szCs w:val="20"/>
              </w:rPr>
              <w:t xml:space="preserve"> </w:t>
            </w:r>
            <w:proofErr w:type="spellStart"/>
            <w:r w:rsidRPr="00C03FB9">
              <w:rPr>
                <w:rFonts w:ascii="Arial" w:hAnsi="Arial" w:cs="Arial"/>
                <w:sz w:val="20"/>
                <w:szCs w:val="20"/>
              </w:rPr>
              <w:t>gesamten</w:t>
            </w:r>
            <w:proofErr w:type="spellEnd"/>
            <w:r w:rsidRPr="00C03FB9">
              <w:rPr>
                <w:rFonts w:ascii="Arial" w:hAnsi="Arial" w:cs="Arial"/>
                <w:sz w:val="20"/>
                <w:szCs w:val="20"/>
              </w:rPr>
              <w:t xml:space="preserve"> </w:t>
            </w:r>
            <w:proofErr w:type="spellStart"/>
            <w:r w:rsidRPr="00C03FB9">
              <w:rPr>
                <w:rFonts w:ascii="Arial" w:hAnsi="Arial" w:cs="Arial"/>
                <w:sz w:val="20"/>
                <w:szCs w:val="20"/>
              </w:rPr>
              <w:t>Projektverlauf</w:t>
            </w:r>
            <w:proofErr w:type="spellEnd"/>
          </w:p>
        </w:tc>
        <w:tc>
          <w:tcPr>
            <w:tcW w:w="1903" w:type="dxa"/>
          </w:tcPr>
          <w:p w14:paraId="6CF84947"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Projektleitung</w:t>
            </w:r>
            <w:proofErr w:type="spellEnd"/>
            <w:r w:rsidRPr="00C03FB9">
              <w:rPr>
                <w:rFonts w:ascii="Arial" w:hAnsi="Arial" w:cs="Arial"/>
                <w:sz w:val="20"/>
                <w:szCs w:val="20"/>
              </w:rPr>
              <w:t xml:space="preserve"> Destination</w:t>
            </w:r>
          </w:p>
        </w:tc>
      </w:tr>
      <w:tr w:rsidR="00C746D2" w:rsidRPr="00C03FB9" w14:paraId="3CD69E5F" w14:textId="77777777">
        <w:tc>
          <w:tcPr>
            <w:tcW w:w="1902" w:type="dxa"/>
          </w:tcPr>
          <w:p w14:paraId="44E37DA6"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Regional-entwicklung</w:t>
            </w:r>
          </w:p>
        </w:tc>
        <w:tc>
          <w:tcPr>
            <w:tcW w:w="3055" w:type="dxa"/>
          </w:tcPr>
          <w:p w14:paraId="66581A3A"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Strategische Verankerung, Fördermittel nutzen, Abstimmung mit regionalen Zielen</w:t>
            </w:r>
          </w:p>
        </w:tc>
        <w:tc>
          <w:tcPr>
            <w:tcW w:w="1903" w:type="dxa"/>
          </w:tcPr>
          <w:p w14:paraId="5CF30380"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Kooperieren</w:t>
            </w:r>
            <w:proofErr w:type="spellEnd"/>
            <w:r w:rsidRPr="00C03FB9">
              <w:rPr>
                <w:rFonts w:ascii="Arial" w:hAnsi="Arial" w:cs="Arial"/>
                <w:sz w:val="20"/>
                <w:szCs w:val="20"/>
              </w:rPr>
              <w:t xml:space="preserve">, </w:t>
            </w:r>
            <w:proofErr w:type="spellStart"/>
            <w:r w:rsidRPr="00C03FB9">
              <w:rPr>
                <w:rFonts w:ascii="Arial" w:hAnsi="Arial" w:cs="Arial"/>
                <w:sz w:val="20"/>
                <w:szCs w:val="20"/>
              </w:rPr>
              <w:t>Mitentscheiden</w:t>
            </w:r>
            <w:proofErr w:type="spellEnd"/>
          </w:p>
        </w:tc>
        <w:tc>
          <w:tcPr>
            <w:tcW w:w="1903" w:type="dxa"/>
          </w:tcPr>
          <w:p w14:paraId="71DA3CEF"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Projektbeirat, Steuergruppe, Fördergespräche</w:t>
            </w:r>
          </w:p>
        </w:tc>
        <w:tc>
          <w:tcPr>
            <w:tcW w:w="1903" w:type="dxa"/>
          </w:tcPr>
          <w:p w14:paraId="5C608B31"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regelmässig</w:t>
            </w:r>
            <w:proofErr w:type="spellEnd"/>
            <w:r w:rsidRPr="00C03FB9">
              <w:rPr>
                <w:rFonts w:ascii="Arial" w:hAnsi="Arial" w:cs="Arial"/>
                <w:sz w:val="20"/>
                <w:szCs w:val="20"/>
              </w:rPr>
              <w:t xml:space="preserve">, </w:t>
            </w:r>
            <w:proofErr w:type="spellStart"/>
            <w:r w:rsidRPr="00C03FB9">
              <w:rPr>
                <w:rFonts w:ascii="Arial" w:hAnsi="Arial" w:cs="Arial"/>
                <w:sz w:val="20"/>
                <w:szCs w:val="20"/>
              </w:rPr>
              <w:t>mindestens</w:t>
            </w:r>
            <w:proofErr w:type="spellEnd"/>
            <w:r w:rsidRPr="00C03FB9">
              <w:rPr>
                <w:rFonts w:ascii="Arial" w:hAnsi="Arial" w:cs="Arial"/>
                <w:sz w:val="20"/>
                <w:szCs w:val="20"/>
              </w:rPr>
              <w:t xml:space="preserve"> </w:t>
            </w:r>
            <w:proofErr w:type="spellStart"/>
            <w:r w:rsidRPr="00C03FB9">
              <w:rPr>
                <w:rFonts w:ascii="Arial" w:hAnsi="Arial" w:cs="Arial"/>
                <w:sz w:val="20"/>
                <w:szCs w:val="20"/>
              </w:rPr>
              <w:t>halbjährlich</w:t>
            </w:r>
            <w:proofErr w:type="spellEnd"/>
          </w:p>
        </w:tc>
        <w:tc>
          <w:tcPr>
            <w:tcW w:w="1903" w:type="dxa"/>
          </w:tcPr>
          <w:p w14:paraId="7EC8C611"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Von Anfang an bis Projektabschluss</w:t>
            </w:r>
          </w:p>
        </w:tc>
        <w:tc>
          <w:tcPr>
            <w:tcW w:w="1903" w:type="dxa"/>
          </w:tcPr>
          <w:p w14:paraId="77637042"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Steuergruppe</w:t>
            </w:r>
            <w:proofErr w:type="spellEnd"/>
            <w:r w:rsidRPr="00C03FB9">
              <w:rPr>
                <w:rFonts w:ascii="Arial" w:hAnsi="Arial" w:cs="Arial"/>
                <w:sz w:val="20"/>
                <w:szCs w:val="20"/>
              </w:rPr>
              <w:t xml:space="preserve"> / </w:t>
            </w:r>
            <w:proofErr w:type="spellStart"/>
            <w:r w:rsidRPr="00C03FB9">
              <w:rPr>
                <w:rFonts w:ascii="Arial" w:hAnsi="Arial" w:cs="Arial"/>
                <w:sz w:val="20"/>
                <w:szCs w:val="20"/>
              </w:rPr>
              <w:t>Projektleitung</w:t>
            </w:r>
            <w:proofErr w:type="spellEnd"/>
          </w:p>
        </w:tc>
      </w:tr>
      <w:tr w:rsidR="00C746D2" w:rsidRPr="00C03FB9" w14:paraId="106C86C9" w14:textId="77777777">
        <w:tc>
          <w:tcPr>
            <w:tcW w:w="1902" w:type="dxa"/>
          </w:tcPr>
          <w:p w14:paraId="108668DF"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ÖV-Anbietende</w:t>
            </w:r>
          </w:p>
        </w:tc>
        <w:tc>
          <w:tcPr>
            <w:tcW w:w="3055" w:type="dxa"/>
          </w:tcPr>
          <w:p w14:paraId="0F71FBFF" w14:textId="16F70EA0" w:rsidR="00C746D2" w:rsidRPr="00C03FB9" w:rsidRDefault="00C746D2">
            <w:pPr>
              <w:rPr>
                <w:rFonts w:ascii="Arial" w:hAnsi="Arial" w:cs="Arial"/>
                <w:sz w:val="20"/>
                <w:szCs w:val="20"/>
                <w:lang w:val="de-CH"/>
              </w:rPr>
            </w:pPr>
            <w:r w:rsidRPr="00C03FB9">
              <w:rPr>
                <w:rFonts w:ascii="Arial" w:hAnsi="Arial" w:cs="Arial"/>
                <w:sz w:val="20"/>
                <w:szCs w:val="20"/>
                <w:lang w:val="de-CH"/>
              </w:rPr>
              <w:t xml:space="preserve">Abstimmung von Fahrplänen, Entwicklung gemeinsamer Angebote </w:t>
            </w:r>
          </w:p>
        </w:tc>
        <w:tc>
          <w:tcPr>
            <w:tcW w:w="1903" w:type="dxa"/>
          </w:tcPr>
          <w:p w14:paraId="22DD15F8"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Kooperieren</w:t>
            </w:r>
            <w:proofErr w:type="spellEnd"/>
          </w:p>
        </w:tc>
        <w:tc>
          <w:tcPr>
            <w:tcW w:w="1903" w:type="dxa"/>
          </w:tcPr>
          <w:p w14:paraId="16A084A4" w14:textId="45809C91" w:rsidR="00C746D2" w:rsidRPr="00C03FB9" w:rsidRDefault="00C746D2">
            <w:pPr>
              <w:rPr>
                <w:rFonts w:ascii="Arial" w:hAnsi="Arial" w:cs="Arial"/>
                <w:sz w:val="20"/>
                <w:szCs w:val="20"/>
                <w:lang w:val="de-CH"/>
              </w:rPr>
            </w:pPr>
            <w:r w:rsidRPr="00C03FB9">
              <w:rPr>
                <w:rFonts w:ascii="Arial" w:hAnsi="Arial" w:cs="Arial"/>
                <w:sz w:val="20"/>
                <w:szCs w:val="20"/>
                <w:lang w:val="de-CH"/>
              </w:rPr>
              <w:t>Bilaterale Gespräche, Arbeitsgruppen, Projektpartner-</w:t>
            </w:r>
            <w:proofErr w:type="spellStart"/>
            <w:r w:rsidRPr="00C03FB9">
              <w:rPr>
                <w:rFonts w:ascii="Arial" w:hAnsi="Arial" w:cs="Arial"/>
                <w:sz w:val="20"/>
                <w:szCs w:val="20"/>
                <w:lang w:val="de-CH"/>
              </w:rPr>
              <w:t>schaften</w:t>
            </w:r>
            <w:proofErr w:type="spellEnd"/>
          </w:p>
        </w:tc>
        <w:tc>
          <w:tcPr>
            <w:tcW w:w="1903" w:type="dxa"/>
          </w:tcPr>
          <w:p w14:paraId="270D4E3D" w14:textId="77777777" w:rsidR="00C746D2" w:rsidRPr="00C03FB9" w:rsidRDefault="00C746D2">
            <w:pPr>
              <w:rPr>
                <w:rFonts w:ascii="Arial" w:hAnsi="Arial" w:cs="Arial"/>
                <w:sz w:val="20"/>
                <w:szCs w:val="20"/>
                <w:lang w:val="de-CH"/>
              </w:rPr>
            </w:pPr>
            <w:r w:rsidRPr="00C03FB9">
              <w:rPr>
                <w:rFonts w:ascii="Arial" w:hAnsi="Arial" w:cs="Arial"/>
                <w:sz w:val="20"/>
                <w:szCs w:val="20"/>
              </w:rPr>
              <w:t xml:space="preserve">Nach </w:t>
            </w:r>
            <w:proofErr w:type="spellStart"/>
            <w:r w:rsidRPr="00C03FB9">
              <w:rPr>
                <w:rFonts w:ascii="Arial" w:hAnsi="Arial" w:cs="Arial"/>
                <w:sz w:val="20"/>
                <w:szCs w:val="20"/>
              </w:rPr>
              <w:t>Bedarf</w:t>
            </w:r>
            <w:proofErr w:type="spellEnd"/>
            <w:r w:rsidRPr="00C03FB9">
              <w:rPr>
                <w:rFonts w:ascii="Arial" w:hAnsi="Arial" w:cs="Arial"/>
                <w:sz w:val="20"/>
                <w:szCs w:val="20"/>
              </w:rPr>
              <w:t xml:space="preserve"> / </w:t>
            </w:r>
            <w:proofErr w:type="spellStart"/>
            <w:r w:rsidRPr="00C03FB9">
              <w:rPr>
                <w:rFonts w:ascii="Arial" w:hAnsi="Arial" w:cs="Arial"/>
                <w:sz w:val="20"/>
                <w:szCs w:val="20"/>
              </w:rPr>
              <w:t>projektbezogen</w:t>
            </w:r>
            <w:proofErr w:type="spellEnd"/>
          </w:p>
        </w:tc>
        <w:tc>
          <w:tcPr>
            <w:tcW w:w="1903" w:type="dxa"/>
          </w:tcPr>
          <w:p w14:paraId="447F38A7"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In der Planungs- und Umsetzungsphase</w:t>
            </w:r>
          </w:p>
        </w:tc>
        <w:tc>
          <w:tcPr>
            <w:tcW w:w="1903" w:type="dxa"/>
          </w:tcPr>
          <w:p w14:paraId="5FAD24E0"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Mobilitäts-verantwortliche</w:t>
            </w:r>
            <w:proofErr w:type="spellEnd"/>
            <w:r w:rsidRPr="00C03FB9">
              <w:rPr>
                <w:rFonts w:ascii="Arial" w:hAnsi="Arial" w:cs="Arial"/>
                <w:sz w:val="20"/>
                <w:szCs w:val="20"/>
              </w:rPr>
              <w:t xml:space="preserve"> der DMO</w:t>
            </w:r>
          </w:p>
        </w:tc>
      </w:tr>
      <w:tr w:rsidR="00C746D2" w:rsidRPr="00C03FB9" w14:paraId="6EB5733F" w14:textId="77777777">
        <w:tc>
          <w:tcPr>
            <w:tcW w:w="1902" w:type="dxa"/>
          </w:tcPr>
          <w:p w14:paraId="2E7B8597"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Einheimische, Bevölkerung</w:t>
            </w:r>
          </w:p>
        </w:tc>
        <w:tc>
          <w:tcPr>
            <w:tcW w:w="3055" w:type="dxa"/>
          </w:tcPr>
          <w:p w14:paraId="53C0D103"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Akzeptanz sichern, Bedürfnisse einbeziehen (z. B. Pendler, Familien, ältere Menschen)</w:t>
            </w:r>
          </w:p>
        </w:tc>
        <w:tc>
          <w:tcPr>
            <w:tcW w:w="1903" w:type="dxa"/>
          </w:tcPr>
          <w:p w14:paraId="271F5428"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Konsultieren</w:t>
            </w:r>
            <w:proofErr w:type="spellEnd"/>
          </w:p>
          <w:p w14:paraId="77EC43DE" w14:textId="77777777" w:rsidR="00C746D2" w:rsidRPr="00C03FB9" w:rsidRDefault="00C746D2">
            <w:pPr>
              <w:rPr>
                <w:rFonts w:ascii="Arial" w:hAnsi="Arial" w:cs="Arial"/>
                <w:sz w:val="20"/>
                <w:szCs w:val="20"/>
                <w:lang w:val="de-CH"/>
              </w:rPr>
            </w:pPr>
          </w:p>
          <w:p w14:paraId="3DF48479" w14:textId="77777777" w:rsidR="00C746D2" w:rsidRPr="00C03FB9" w:rsidRDefault="00C746D2">
            <w:pPr>
              <w:rPr>
                <w:rFonts w:ascii="Arial" w:hAnsi="Arial" w:cs="Arial"/>
                <w:sz w:val="20"/>
                <w:szCs w:val="20"/>
                <w:lang w:val="de-CH"/>
              </w:rPr>
            </w:pPr>
          </w:p>
          <w:p w14:paraId="688AF44A" w14:textId="77777777" w:rsidR="00C746D2" w:rsidRPr="00C03FB9" w:rsidRDefault="00C746D2">
            <w:pPr>
              <w:jc w:val="center"/>
              <w:rPr>
                <w:rFonts w:ascii="Arial" w:hAnsi="Arial" w:cs="Arial"/>
                <w:sz w:val="20"/>
                <w:szCs w:val="20"/>
                <w:lang w:val="de-CH"/>
              </w:rPr>
            </w:pPr>
          </w:p>
        </w:tc>
        <w:tc>
          <w:tcPr>
            <w:tcW w:w="1903" w:type="dxa"/>
          </w:tcPr>
          <w:p w14:paraId="35CAAF06"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Informationsveranstaltungen</w:t>
            </w:r>
            <w:proofErr w:type="spellEnd"/>
            <w:r w:rsidRPr="00C03FB9">
              <w:rPr>
                <w:rFonts w:ascii="Arial" w:hAnsi="Arial" w:cs="Arial"/>
                <w:sz w:val="20"/>
                <w:szCs w:val="20"/>
              </w:rPr>
              <w:t>, Online-</w:t>
            </w:r>
            <w:proofErr w:type="spellStart"/>
            <w:r w:rsidRPr="00C03FB9">
              <w:rPr>
                <w:rFonts w:ascii="Arial" w:hAnsi="Arial" w:cs="Arial"/>
                <w:sz w:val="20"/>
                <w:szCs w:val="20"/>
              </w:rPr>
              <w:t>Umfragen</w:t>
            </w:r>
            <w:proofErr w:type="spellEnd"/>
            <w:r w:rsidRPr="00C03FB9">
              <w:rPr>
                <w:rFonts w:ascii="Arial" w:hAnsi="Arial" w:cs="Arial"/>
                <w:sz w:val="20"/>
                <w:szCs w:val="20"/>
              </w:rPr>
              <w:t xml:space="preserve">, </w:t>
            </w:r>
            <w:proofErr w:type="spellStart"/>
            <w:r w:rsidRPr="00C03FB9">
              <w:rPr>
                <w:rFonts w:ascii="Arial" w:hAnsi="Arial" w:cs="Arial"/>
                <w:sz w:val="20"/>
                <w:szCs w:val="20"/>
              </w:rPr>
              <w:t>Bürgerdialoge</w:t>
            </w:r>
            <w:proofErr w:type="spellEnd"/>
          </w:p>
        </w:tc>
        <w:tc>
          <w:tcPr>
            <w:tcW w:w="1903" w:type="dxa"/>
          </w:tcPr>
          <w:p w14:paraId="3BA9417C" w14:textId="77777777" w:rsidR="00C746D2" w:rsidRPr="00C03FB9" w:rsidRDefault="00C746D2">
            <w:pPr>
              <w:rPr>
                <w:rFonts w:ascii="Arial" w:hAnsi="Arial" w:cs="Arial"/>
                <w:sz w:val="20"/>
                <w:szCs w:val="20"/>
                <w:lang w:val="de-CH"/>
              </w:rPr>
            </w:pPr>
            <w:r w:rsidRPr="00C03FB9">
              <w:rPr>
                <w:rFonts w:ascii="Arial" w:hAnsi="Arial" w:cs="Arial"/>
                <w:sz w:val="20"/>
                <w:szCs w:val="20"/>
              </w:rPr>
              <w:t>1–2x pro Jahr</w:t>
            </w:r>
          </w:p>
        </w:tc>
        <w:tc>
          <w:tcPr>
            <w:tcW w:w="1903" w:type="dxa"/>
          </w:tcPr>
          <w:p w14:paraId="674216C0"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Vor wichtigen Entscheidungen und bei Evaluation</w:t>
            </w:r>
          </w:p>
        </w:tc>
        <w:tc>
          <w:tcPr>
            <w:tcW w:w="1903" w:type="dxa"/>
          </w:tcPr>
          <w:p w14:paraId="6D6FA262" w14:textId="77777777" w:rsidR="00C746D2" w:rsidRPr="00C03FB9" w:rsidRDefault="00C746D2">
            <w:pPr>
              <w:rPr>
                <w:rFonts w:ascii="Arial" w:hAnsi="Arial" w:cs="Arial"/>
                <w:sz w:val="20"/>
                <w:szCs w:val="20"/>
                <w:lang w:val="de-CH"/>
              </w:rPr>
            </w:pPr>
            <w:r w:rsidRPr="00C03FB9">
              <w:rPr>
                <w:rFonts w:ascii="Arial" w:hAnsi="Arial" w:cs="Arial"/>
                <w:sz w:val="20"/>
                <w:szCs w:val="20"/>
              </w:rPr>
              <w:t xml:space="preserve">Gemeinden / </w:t>
            </w:r>
            <w:proofErr w:type="spellStart"/>
            <w:r w:rsidRPr="00C03FB9">
              <w:rPr>
                <w:rFonts w:ascii="Arial" w:hAnsi="Arial" w:cs="Arial"/>
                <w:sz w:val="20"/>
                <w:szCs w:val="20"/>
              </w:rPr>
              <w:t>Projektteam</w:t>
            </w:r>
            <w:proofErr w:type="spellEnd"/>
            <w:r w:rsidRPr="00C03FB9">
              <w:rPr>
                <w:rFonts w:ascii="Arial" w:hAnsi="Arial" w:cs="Arial"/>
                <w:sz w:val="20"/>
                <w:szCs w:val="20"/>
              </w:rPr>
              <w:t xml:space="preserve"> </w:t>
            </w:r>
            <w:proofErr w:type="spellStart"/>
            <w:r w:rsidRPr="00C03FB9">
              <w:rPr>
                <w:rFonts w:ascii="Arial" w:hAnsi="Arial" w:cs="Arial"/>
                <w:sz w:val="20"/>
                <w:szCs w:val="20"/>
              </w:rPr>
              <w:t>Kommunikation</w:t>
            </w:r>
            <w:proofErr w:type="spellEnd"/>
          </w:p>
        </w:tc>
      </w:tr>
      <w:tr w:rsidR="00C746D2" w:rsidRPr="00C03FB9" w14:paraId="0E55D693" w14:textId="77777777">
        <w:tc>
          <w:tcPr>
            <w:tcW w:w="1902" w:type="dxa"/>
          </w:tcPr>
          <w:p w14:paraId="42133C96"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Tourismusbetriebe</w:t>
            </w:r>
          </w:p>
        </w:tc>
        <w:tc>
          <w:tcPr>
            <w:tcW w:w="3055" w:type="dxa"/>
          </w:tcPr>
          <w:p w14:paraId="77081457" w14:textId="23074B39" w:rsidR="00C746D2" w:rsidRPr="00C03FB9" w:rsidRDefault="00C746D2">
            <w:pPr>
              <w:rPr>
                <w:rFonts w:ascii="Arial" w:hAnsi="Arial" w:cs="Arial"/>
                <w:sz w:val="20"/>
                <w:szCs w:val="20"/>
                <w:lang w:val="de-CH"/>
              </w:rPr>
            </w:pPr>
            <w:r w:rsidRPr="00C03FB9">
              <w:rPr>
                <w:rFonts w:ascii="Arial" w:hAnsi="Arial" w:cs="Arial"/>
                <w:sz w:val="20"/>
                <w:szCs w:val="20"/>
                <w:lang w:val="de-CH"/>
              </w:rPr>
              <w:t>Gästefreundliche Lösungen, Betriebe als Multiplikatoren gewinnen</w:t>
            </w:r>
          </w:p>
        </w:tc>
        <w:tc>
          <w:tcPr>
            <w:tcW w:w="1903" w:type="dxa"/>
          </w:tcPr>
          <w:p w14:paraId="0C01433F"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Konsultieren, Mitentscheiden (z. B. bei Ticketintegration)</w:t>
            </w:r>
          </w:p>
        </w:tc>
        <w:tc>
          <w:tcPr>
            <w:tcW w:w="1903" w:type="dxa"/>
          </w:tcPr>
          <w:p w14:paraId="277D8242" w14:textId="77E273C7" w:rsidR="00C746D2" w:rsidRPr="00C03FB9" w:rsidRDefault="00C746D2">
            <w:pPr>
              <w:rPr>
                <w:rFonts w:ascii="Arial" w:hAnsi="Arial" w:cs="Arial"/>
                <w:sz w:val="20"/>
                <w:szCs w:val="20"/>
                <w:lang w:val="de-CH"/>
              </w:rPr>
            </w:pPr>
            <w:proofErr w:type="spellStart"/>
            <w:r w:rsidRPr="00C03FB9">
              <w:rPr>
                <w:rFonts w:ascii="Arial" w:hAnsi="Arial" w:cs="Arial"/>
                <w:sz w:val="20"/>
                <w:szCs w:val="20"/>
              </w:rPr>
              <w:t>BranchensitzungenFokusgruppen</w:t>
            </w:r>
            <w:proofErr w:type="spellEnd"/>
            <w:r w:rsidRPr="00C03FB9">
              <w:rPr>
                <w:rFonts w:ascii="Arial" w:hAnsi="Arial" w:cs="Arial"/>
                <w:sz w:val="20"/>
                <w:szCs w:val="20"/>
              </w:rPr>
              <w:t xml:space="preserve">, </w:t>
            </w:r>
            <w:proofErr w:type="spellStart"/>
            <w:r w:rsidRPr="00C03FB9">
              <w:rPr>
                <w:rFonts w:ascii="Arial" w:hAnsi="Arial" w:cs="Arial"/>
                <w:sz w:val="20"/>
                <w:szCs w:val="20"/>
              </w:rPr>
              <w:t>Verbandsrunden</w:t>
            </w:r>
            <w:proofErr w:type="spellEnd"/>
          </w:p>
        </w:tc>
        <w:tc>
          <w:tcPr>
            <w:tcW w:w="1903" w:type="dxa"/>
          </w:tcPr>
          <w:p w14:paraId="14FAE490"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Quartalsweise</w:t>
            </w:r>
          </w:p>
        </w:tc>
        <w:tc>
          <w:tcPr>
            <w:tcW w:w="1903" w:type="dxa"/>
          </w:tcPr>
          <w:p w14:paraId="781F1FD5"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Frühzeitig in Konzeptphase, später bei Umsetzung</w:t>
            </w:r>
          </w:p>
        </w:tc>
        <w:tc>
          <w:tcPr>
            <w:tcW w:w="1903" w:type="dxa"/>
          </w:tcPr>
          <w:p w14:paraId="5D151F12" w14:textId="77777777" w:rsidR="00C746D2" w:rsidRPr="00C03FB9" w:rsidRDefault="00C746D2">
            <w:pPr>
              <w:rPr>
                <w:rFonts w:ascii="Arial" w:hAnsi="Arial" w:cs="Arial"/>
                <w:sz w:val="20"/>
                <w:szCs w:val="20"/>
                <w:lang w:val="de-CH"/>
              </w:rPr>
            </w:pPr>
            <w:r w:rsidRPr="00C03FB9">
              <w:rPr>
                <w:rFonts w:ascii="Arial" w:hAnsi="Arial" w:cs="Arial"/>
                <w:sz w:val="20"/>
                <w:szCs w:val="20"/>
              </w:rPr>
              <w:t xml:space="preserve">DMO / </w:t>
            </w:r>
            <w:proofErr w:type="spellStart"/>
            <w:r w:rsidRPr="00C03FB9">
              <w:rPr>
                <w:rFonts w:ascii="Arial" w:hAnsi="Arial" w:cs="Arial"/>
                <w:sz w:val="20"/>
                <w:szCs w:val="20"/>
              </w:rPr>
              <w:t>Branchenverbände</w:t>
            </w:r>
            <w:proofErr w:type="spellEnd"/>
          </w:p>
        </w:tc>
      </w:tr>
      <w:tr w:rsidR="00C746D2" w:rsidRPr="00C03FB9" w14:paraId="538B3505" w14:textId="77777777">
        <w:tc>
          <w:tcPr>
            <w:tcW w:w="1902" w:type="dxa"/>
          </w:tcPr>
          <w:p w14:paraId="0E158180"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NGOs, Umweltverbände</w:t>
            </w:r>
          </w:p>
        </w:tc>
        <w:tc>
          <w:tcPr>
            <w:tcW w:w="3055" w:type="dxa"/>
          </w:tcPr>
          <w:p w14:paraId="6A15B289"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Nachhaltigkeitsziele stärken, Legitimität gegenüber Öffentlichkeit erhöhen</w:t>
            </w:r>
          </w:p>
        </w:tc>
        <w:tc>
          <w:tcPr>
            <w:tcW w:w="1903" w:type="dxa"/>
          </w:tcPr>
          <w:p w14:paraId="5D6F23F5"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Konsultieren</w:t>
            </w:r>
            <w:proofErr w:type="spellEnd"/>
          </w:p>
        </w:tc>
        <w:tc>
          <w:tcPr>
            <w:tcW w:w="1903" w:type="dxa"/>
          </w:tcPr>
          <w:p w14:paraId="0BC36751" w14:textId="77777777" w:rsidR="00C746D2" w:rsidRPr="00C03FB9" w:rsidRDefault="00C746D2">
            <w:pPr>
              <w:rPr>
                <w:rFonts w:ascii="Arial" w:hAnsi="Arial" w:cs="Arial"/>
                <w:sz w:val="20"/>
                <w:szCs w:val="20"/>
                <w:lang w:val="de-CH"/>
              </w:rPr>
            </w:pPr>
            <w:proofErr w:type="spellStart"/>
            <w:proofErr w:type="gramStart"/>
            <w:r w:rsidRPr="00C03FB9">
              <w:rPr>
                <w:rFonts w:ascii="Arial" w:hAnsi="Arial" w:cs="Arial"/>
                <w:sz w:val="20"/>
                <w:szCs w:val="20"/>
                <w:lang w:val="de-CH"/>
              </w:rPr>
              <w:t>Expert:innen</w:t>
            </w:r>
            <w:proofErr w:type="gramEnd"/>
            <w:r w:rsidRPr="00C03FB9">
              <w:rPr>
                <w:rFonts w:ascii="Arial" w:hAnsi="Arial" w:cs="Arial"/>
                <w:sz w:val="20"/>
                <w:szCs w:val="20"/>
                <w:lang w:val="de-CH"/>
              </w:rPr>
              <w:t>-Gespräche</w:t>
            </w:r>
            <w:proofErr w:type="spellEnd"/>
            <w:r w:rsidRPr="00C03FB9">
              <w:rPr>
                <w:rFonts w:ascii="Arial" w:hAnsi="Arial" w:cs="Arial"/>
                <w:sz w:val="20"/>
                <w:szCs w:val="20"/>
                <w:lang w:val="de-CH"/>
              </w:rPr>
              <w:t>, Stellungnahmen, Workshops</w:t>
            </w:r>
          </w:p>
        </w:tc>
        <w:tc>
          <w:tcPr>
            <w:tcW w:w="1903" w:type="dxa"/>
          </w:tcPr>
          <w:p w14:paraId="625F44D2"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punktuell</w:t>
            </w:r>
            <w:proofErr w:type="spellEnd"/>
            <w:r w:rsidRPr="00C03FB9">
              <w:rPr>
                <w:rFonts w:ascii="Arial" w:hAnsi="Arial" w:cs="Arial"/>
                <w:sz w:val="20"/>
                <w:szCs w:val="20"/>
              </w:rPr>
              <w:t xml:space="preserve"> / </w:t>
            </w:r>
            <w:proofErr w:type="spellStart"/>
            <w:r w:rsidRPr="00C03FB9">
              <w:rPr>
                <w:rFonts w:ascii="Arial" w:hAnsi="Arial" w:cs="Arial"/>
                <w:sz w:val="20"/>
                <w:szCs w:val="20"/>
              </w:rPr>
              <w:t>projektbezogen</w:t>
            </w:r>
            <w:proofErr w:type="spellEnd"/>
          </w:p>
        </w:tc>
        <w:tc>
          <w:tcPr>
            <w:tcW w:w="1903" w:type="dxa"/>
          </w:tcPr>
          <w:p w14:paraId="7BE0278B" w14:textId="77777777" w:rsidR="00C746D2" w:rsidRPr="00C03FB9" w:rsidRDefault="00C746D2">
            <w:pPr>
              <w:rPr>
                <w:rFonts w:ascii="Arial" w:hAnsi="Arial" w:cs="Arial"/>
                <w:sz w:val="20"/>
                <w:szCs w:val="20"/>
                <w:lang w:val="de-CH"/>
              </w:rPr>
            </w:pPr>
            <w:r w:rsidRPr="00C03FB9">
              <w:rPr>
                <w:rFonts w:ascii="Arial" w:hAnsi="Arial" w:cs="Arial"/>
                <w:sz w:val="20"/>
                <w:szCs w:val="20"/>
                <w:lang w:val="de-CH"/>
              </w:rPr>
              <w:t>In der Planungsphase, bei Konflikten oder öffentlicher Diskussion</w:t>
            </w:r>
          </w:p>
        </w:tc>
        <w:tc>
          <w:tcPr>
            <w:tcW w:w="1903" w:type="dxa"/>
          </w:tcPr>
          <w:p w14:paraId="6159F7FB" w14:textId="77777777" w:rsidR="00C746D2" w:rsidRPr="00C03FB9" w:rsidRDefault="00C746D2">
            <w:pPr>
              <w:rPr>
                <w:rFonts w:ascii="Arial" w:hAnsi="Arial" w:cs="Arial"/>
                <w:sz w:val="20"/>
                <w:szCs w:val="20"/>
                <w:lang w:val="de-CH"/>
              </w:rPr>
            </w:pPr>
            <w:proofErr w:type="spellStart"/>
            <w:r w:rsidRPr="00C03FB9">
              <w:rPr>
                <w:rFonts w:ascii="Arial" w:hAnsi="Arial" w:cs="Arial"/>
                <w:sz w:val="20"/>
                <w:szCs w:val="20"/>
              </w:rPr>
              <w:t>Projektleitung</w:t>
            </w:r>
            <w:proofErr w:type="spellEnd"/>
            <w:r w:rsidRPr="00C03FB9">
              <w:rPr>
                <w:rFonts w:ascii="Arial" w:hAnsi="Arial" w:cs="Arial"/>
                <w:sz w:val="20"/>
                <w:szCs w:val="20"/>
              </w:rPr>
              <w:t xml:space="preserve"> </w:t>
            </w:r>
            <w:proofErr w:type="spellStart"/>
            <w:r w:rsidRPr="00C03FB9">
              <w:rPr>
                <w:rFonts w:ascii="Arial" w:hAnsi="Arial" w:cs="Arial"/>
                <w:sz w:val="20"/>
                <w:szCs w:val="20"/>
              </w:rPr>
              <w:t>Nachhaltigkeit</w:t>
            </w:r>
            <w:proofErr w:type="spellEnd"/>
          </w:p>
        </w:tc>
      </w:tr>
    </w:tbl>
    <w:p w14:paraId="5D87CD36" w14:textId="77777777" w:rsidR="00C746D2" w:rsidRPr="00C03FB9" w:rsidRDefault="00C746D2" w:rsidP="00C746D2">
      <w:pPr>
        <w:rPr>
          <w:rFonts w:ascii="Arial" w:hAnsi="Arial" w:cs="Arial"/>
          <w:lang w:val="de-CH"/>
        </w:rPr>
      </w:pPr>
    </w:p>
    <w:p w14:paraId="779C6FF7" w14:textId="0B528646" w:rsidR="00C746D2" w:rsidRPr="00C03FB9" w:rsidRDefault="00C746D2" w:rsidP="00C746D2">
      <w:pPr>
        <w:rPr>
          <w:rFonts w:ascii="Arial" w:hAnsi="Arial" w:cs="Arial"/>
        </w:rPr>
        <w:sectPr w:rsidR="00C746D2" w:rsidRPr="00C03FB9" w:rsidSect="00F84923">
          <w:pgSz w:w="15840" w:h="12240" w:orient="landscape"/>
          <w:pgMar w:top="1418" w:right="814" w:bottom="1134" w:left="709" w:header="720" w:footer="720" w:gutter="0"/>
          <w:cols w:space="720"/>
          <w:docGrid w:linePitch="360"/>
        </w:sectPr>
      </w:pPr>
    </w:p>
    <w:p w14:paraId="0F53A474" w14:textId="199182C9" w:rsidR="0042087D" w:rsidRPr="00C03FB9" w:rsidRDefault="0042087D" w:rsidP="0042087D">
      <w:pPr>
        <w:pStyle w:val="berschrift1"/>
        <w:rPr>
          <w:rFonts w:ascii="Arial" w:hAnsi="Arial" w:cs="Arial"/>
          <w:lang w:val="de-CH"/>
        </w:rPr>
      </w:pPr>
      <w:r w:rsidRPr="00C03FB9">
        <w:rPr>
          <w:rFonts w:ascii="Arial" w:hAnsi="Arial" w:cs="Arial"/>
          <w:lang w:val="de-CH"/>
        </w:rPr>
        <w:lastRenderedPageBreak/>
        <w:t>Beteiligungs-Zeitplan</w:t>
      </w:r>
    </w:p>
    <w:p w14:paraId="6D9BF1BD" w14:textId="637D2EED" w:rsidR="00D15A78" w:rsidRPr="00C03FB9" w:rsidRDefault="0010203C" w:rsidP="00D15A78">
      <w:pPr>
        <w:rPr>
          <w:rFonts w:ascii="Arial" w:hAnsi="Arial" w:cs="Arial"/>
          <w:lang w:val="de-CH"/>
        </w:rPr>
      </w:pPr>
      <w:r w:rsidRPr="00C03FB9">
        <w:rPr>
          <w:rFonts w:ascii="Arial" w:hAnsi="Arial" w:cs="Arial"/>
          <w:lang w:val="de-CH"/>
        </w:rPr>
        <w:t>Das Stakeholdermanagement dient als Grundlage für einen Beteiligungs</w:t>
      </w:r>
      <w:r w:rsidR="000E6FAD" w:rsidRPr="00C03FB9">
        <w:rPr>
          <w:rFonts w:ascii="Arial" w:hAnsi="Arial" w:cs="Arial"/>
          <w:lang w:val="de-CH"/>
        </w:rPr>
        <w:t>-Z</w:t>
      </w:r>
      <w:r w:rsidRPr="00C03FB9">
        <w:rPr>
          <w:rFonts w:ascii="Arial" w:hAnsi="Arial" w:cs="Arial"/>
          <w:lang w:val="de-CH"/>
        </w:rPr>
        <w:t>eitplan, der den gesamten Prozess strukturiert und sichtbar macht</w:t>
      </w:r>
      <w:r w:rsidR="00E036A7" w:rsidRPr="00C03FB9">
        <w:rPr>
          <w:rFonts w:ascii="Arial" w:hAnsi="Arial" w:cs="Arial"/>
          <w:lang w:val="de-CH"/>
        </w:rPr>
        <w:t>.</w:t>
      </w:r>
      <w:r w:rsidR="0042087D" w:rsidRPr="00C03FB9">
        <w:rPr>
          <w:rFonts w:ascii="Arial" w:hAnsi="Arial" w:cs="Arial"/>
          <w:lang w:val="de-CH"/>
        </w:rPr>
        <w:t xml:space="preserve"> </w:t>
      </w:r>
      <w:r w:rsidR="00D15A78" w:rsidRPr="00C03FB9">
        <w:rPr>
          <w:rFonts w:ascii="Arial" w:hAnsi="Arial" w:cs="Arial"/>
          <w:lang w:val="de-CH"/>
        </w:rPr>
        <w:t xml:space="preserve">Der Beteiligungs-Zeitplan </w:t>
      </w:r>
      <w:r w:rsidR="00330EA1" w:rsidRPr="00C03FB9">
        <w:rPr>
          <w:rFonts w:ascii="Arial" w:hAnsi="Arial" w:cs="Arial"/>
          <w:lang w:val="de-CH"/>
        </w:rPr>
        <w:t xml:space="preserve">stellt </w:t>
      </w:r>
      <w:r w:rsidR="000B7862" w:rsidRPr="00C03FB9">
        <w:rPr>
          <w:rFonts w:ascii="Arial" w:hAnsi="Arial" w:cs="Arial"/>
          <w:lang w:val="de-CH"/>
        </w:rPr>
        <w:t xml:space="preserve">die wichtigsten Informationen aus der Stakeholdermanagement-Tabelle visuell dar </w:t>
      </w:r>
      <w:r w:rsidR="00EC5A5E" w:rsidRPr="00C03FB9">
        <w:rPr>
          <w:rFonts w:ascii="Arial" w:hAnsi="Arial" w:cs="Arial"/>
          <w:lang w:val="de-CH"/>
        </w:rPr>
        <w:t>und bietet eine Übersicht</w:t>
      </w:r>
      <w:r w:rsidR="000D31BA" w:rsidRPr="00C03FB9">
        <w:rPr>
          <w:rFonts w:ascii="Arial" w:hAnsi="Arial" w:cs="Arial"/>
          <w:lang w:val="de-CH"/>
        </w:rPr>
        <w:t xml:space="preserve">, </w:t>
      </w:r>
      <w:r w:rsidR="00D15A78" w:rsidRPr="00C03FB9">
        <w:rPr>
          <w:rFonts w:ascii="Arial" w:hAnsi="Arial" w:cs="Arial"/>
          <w:lang w:val="de-CH"/>
        </w:rPr>
        <w:t>w</w:t>
      </w:r>
      <w:r w:rsidR="009072C2" w:rsidRPr="00C03FB9">
        <w:rPr>
          <w:rFonts w:ascii="Arial" w:hAnsi="Arial" w:cs="Arial"/>
          <w:lang w:val="de-CH"/>
        </w:rPr>
        <w:t>elche Stakeholder wann und wie beteiligt werden</w:t>
      </w:r>
      <w:r w:rsidR="00330EA1" w:rsidRPr="00C03FB9">
        <w:rPr>
          <w:rFonts w:ascii="Arial" w:hAnsi="Arial" w:cs="Arial"/>
          <w:lang w:val="de-CH"/>
        </w:rPr>
        <w:t>.</w:t>
      </w:r>
      <w:r w:rsidR="000D31BA" w:rsidRPr="00C03FB9">
        <w:rPr>
          <w:rFonts w:ascii="Arial" w:hAnsi="Arial" w:cs="Arial"/>
          <w:lang w:val="de-CH"/>
        </w:rPr>
        <w:t xml:space="preserve"> </w:t>
      </w:r>
      <w:r w:rsidR="00D124B5" w:rsidRPr="00C03FB9">
        <w:rPr>
          <w:rFonts w:ascii="Arial" w:hAnsi="Arial" w:cs="Arial"/>
          <w:lang w:val="de-CH"/>
        </w:rPr>
        <w:t xml:space="preserve">So können Lücken oder Überschneidungen sichtbar gemacht werden. </w:t>
      </w:r>
      <w:r w:rsidR="00D124B5" w:rsidRPr="00C03FB9">
        <w:rPr>
          <w:rFonts w:ascii="Arial" w:hAnsi="Arial" w:cs="Arial"/>
          <w:lang w:val="de-CH"/>
        </w:rPr>
        <w:br/>
      </w:r>
      <w:r w:rsidR="00290A11" w:rsidRPr="00C03FB9">
        <w:rPr>
          <w:rFonts w:ascii="Arial" w:hAnsi="Arial" w:cs="Arial"/>
          <w:lang w:val="de-CH"/>
        </w:rPr>
        <w:t>Der Zeitplan wird je nach Gesamtdauer</w:t>
      </w:r>
      <w:r w:rsidR="002401F8" w:rsidRPr="00C03FB9">
        <w:rPr>
          <w:rFonts w:ascii="Arial" w:hAnsi="Arial" w:cs="Arial"/>
          <w:lang w:val="de-CH"/>
        </w:rPr>
        <w:t xml:space="preserve"> und Aktivitäten in sinnvolle Zeitschritte eingeteilt (Wochen, Monate, Quartal).</w:t>
      </w:r>
      <w:r w:rsidR="00795B2C" w:rsidRPr="00C03FB9">
        <w:rPr>
          <w:rFonts w:ascii="Arial" w:hAnsi="Arial" w:cs="Arial"/>
          <w:lang w:val="de-CH"/>
        </w:rPr>
        <w:t xml:space="preserve"> </w:t>
      </w:r>
    </w:p>
    <w:p w14:paraId="4E65CBE0" w14:textId="77777777" w:rsidR="009E20A2" w:rsidRPr="00C03FB9" w:rsidRDefault="009E20A2" w:rsidP="00D15A78">
      <w:pPr>
        <w:rPr>
          <w:rFonts w:ascii="Arial" w:hAnsi="Arial" w:cs="Arial"/>
          <w:lang w:val="de-CH"/>
        </w:rPr>
      </w:pPr>
    </w:p>
    <w:tbl>
      <w:tblPr>
        <w:tblW w:w="13660" w:type="dxa"/>
        <w:tblCellMar>
          <w:left w:w="70" w:type="dxa"/>
          <w:right w:w="70" w:type="dxa"/>
        </w:tblCellMar>
        <w:tblLook w:val="04A0" w:firstRow="1" w:lastRow="0" w:firstColumn="1" w:lastColumn="0" w:noHBand="0" w:noVBand="1"/>
      </w:tblPr>
      <w:tblGrid>
        <w:gridCol w:w="4300"/>
        <w:gridCol w:w="780"/>
        <w:gridCol w:w="780"/>
        <w:gridCol w:w="780"/>
        <w:gridCol w:w="780"/>
        <w:gridCol w:w="780"/>
        <w:gridCol w:w="780"/>
        <w:gridCol w:w="780"/>
        <w:gridCol w:w="780"/>
        <w:gridCol w:w="780"/>
        <w:gridCol w:w="780"/>
        <w:gridCol w:w="780"/>
        <w:gridCol w:w="780"/>
      </w:tblGrid>
      <w:tr w:rsidR="008D3E0B" w:rsidRPr="00C03FB9" w14:paraId="7E0DA1E1" w14:textId="77777777" w:rsidTr="008D3E0B">
        <w:trPr>
          <w:trHeight w:val="290"/>
        </w:trPr>
        <w:tc>
          <w:tcPr>
            <w:tcW w:w="4300" w:type="dxa"/>
            <w:tcBorders>
              <w:top w:val="nil"/>
              <w:left w:val="nil"/>
              <w:bottom w:val="nil"/>
              <w:right w:val="nil"/>
            </w:tcBorders>
            <w:noWrap/>
            <w:vAlign w:val="center"/>
            <w:hideMark/>
          </w:tcPr>
          <w:p w14:paraId="14090F80" w14:textId="77777777" w:rsidR="008D3E0B" w:rsidRPr="00C03FB9" w:rsidRDefault="008D3E0B" w:rsidP="008D3E0B">
            <w:pPr>
              <w:spacing w:after="0" w:line="240" w:lineRule="auto"/>
              <w:rPr>
                <w:rFonts w:ascii="Arial" w:eastAsia="Times New Roman" w:hAnsi="Arial" w:cs="Arial"/>
                <w:b/>
                <w:bCs/>
                <w:lang w:val="de-CH" w:eastAsia="de-CH"/>
              </w:rPr>
            </w:pPr>
            <w:r w:rsidRPr="00C03FB9">
              <w:rPr>
                <w:rFonts w:ascii="Arial" w:eastAsia="Times New Roman" w:hAnsi="Arial" w:cs="Arial"/>
                <w:b/>
                <w:bCs/>
                <w:lang w:val="de-CH" w:eastAsia="de-CH"/>
              </w:rPr>
              <w:t>Stakeholdergruppen und Aktivitäten</w:t>
            </w:r>
          </w:p>
        </w:tc>
        <w:tc>
          <w:tcPr>
            <w:tcW w:w="3120" w:type="dxa"/>
            <w:gridSpan w:val="4"/>
            <w:tcBorders>
              <w:top w:val="nil"/>
              <w:left w:val="nil"/>
              <w:bottom w:val="nil"/>
              <w:right w:val="single" w:sz="4" w:space="0" w:color="A6A6A6"/>
            </w:tcBorders>
            <w:noWrap/>
            <w:vAlign w:val="center"/>
            <w:hideMark/>
          </w:tcPr>
          <w:p w14:paraId="3AA45FD7" w14:textId="77777777" w:rsidR="008D3E0B" w:rsidRPr="00C03FB9" w:rsidRDefault="008D3E0B" w:rsidP="008D3E0B">
            <w:pPr>
              <w:spacing w:after="0" w:line="240" w:lineRule="auto"/>
              <w:jc w:val="center"/>
              <w:rPr>
                <w:rFonts w:ascii="Arial" w:eastAsia="Times New Roman" w:hAnsi="Arial" w:cs="Arial"/>
                <w:b/>
                <w:bCs/>
                <w:lang w:val="de-CH" w:eastAsia="de-CH"/>
              </w:rPr>
            </w:pPr>
            <w:r w:rsidRPr="00C03FB9">
              <w:rPr>
                <w:rFonts w:ascii="Arial" w:eastAsia="Times New Roman" w:hAnsi="Arial" w:cs="Arial"/>
                <w:b/>
                <w:bCs/>
                <w:lang w:val="de-CH" w:eastAsia="de-CH"/>
              </w:rPr>
              <w:t>2026</w:t>
            </w:r>
          </w:p>
        </w:tc>
        <w:tc>
          <w:tcPr>
            <w:tcW w:w="3120" w:type="dxa"/>
            <w:gridSpan w:val="4"/>
            <w:tcBorders>
              <w:top w:val="nil"/>
              <w:left w:val="nil"/>
              <w:bottom w:val="nil"/>
              <w:right w:val="single" w:sz="4" w:space="0" w:color="A6A6A6"/>
            </w:tcBorders>
            <w:noWrap/>
            <w:vAlign w:val="center"/>
            <w:hideMark/>
          </w:tcPr>
          <w:p w14:paraId="4EFD99BD" w14:textId="77777777" w:rsidR="008D3E0B" w:rsidRPr="00C03FB9" w:rsidRDefault="008D3E0B" w:rsidP="008D3E0B">
            <w:pPr>
              <w:spacing w:after="0" w:line="240" w:lineRule="auto"/>
              <w:jc w:val="center"/>
              <w:rPr>
                <w:rFonts w:ascii="Arial" w:eastAsia="Times New Roman" w:hAnsi="Arial" w:cs="Arial"/>
                <w:b/>
                <w:bCs/>
                <w:lang w:val="de-CH" w:eastAsia="de-CH"/>
              </w:rPr>
            </w:pPr>
            <w:r w:rsidRPr="00C03FB9">
              <w:rPr>
                <w:rFonts w:ascii="Arial" w:eastAsia="Times New Roman" w:hAnsi="Arial" w:cs="Arial"/>
                <w:b/>
                <w:bCs/>
                <w:lang w:val="de-CH" w:eastAsia="de-CH"/>
              </w:rPr>
              <w:t>2027</w:t>
            </w:r>
          </w:p>
        </w:tc>
        <w:tc>
          <w:tcPr>
            <w:tcW w:w="3120" w:type="dxa"/>
            <w:gridSpan w:val="4"/>
            <w:tcBorders>
              <w:top w:val="nil"/>
              <w:left w:val="nil"/>
              <w:bottom w:val="nil"/>
              <w:right w:val="nil"/>
            </w:tcBorders>
            <w:noWrap/>
            <w:vAlign w:val="center"/>
            <w:hideMark/>
          </w:tcPr>
          <w:p w14:paraId="71FFD14E" w14:textId="77777777" w:rsidR="008D3E0B" w:rsidRPr="00C03FB9" w:rsidRDefault="008D3E0B" w:rsidP="008D3E0B">
            <w:pPr>
              <w:spacing w:after="0" w:line="240" w:lineRule="auto"/>
              <w:jc w:val="center"/>
              <w:rPr>
                <w:rFonts w:ascii="Arial" w:eastAsia="Times New Roman" w:hAnsi="Arial" w:cs="Arial"/>
                <w:b/>
                <w:bCs/>
                <w:lang w:val="de-CH" w:eastAsia="de-CH"/>
              </w:rPr>
            </w:pPr>
            <w:r w:rsidRPr="00C03FB9">
              <w:rPr>
                <w:rFonts w:ascii="Arial" w:eastAsia="Times New Roman" w:hAnsi="Arial" w:cs="Arial"/>
                <w:b/>
                <w:bCs/>
                <w:lang w:val="de-CH" w:eastAsia="de-CH"/>
              </w:rPr>
              <w:t>2028</w:t>
            </w:r>
          </w:p>
        </w:tc>
      </w:tr>
      <w:tr w:rsidR="008D3E0B" w:rsidRPr="00C03FB9" w14:paraId="408B6C9D" w14:textId="77777777" w:rsidTr="008D3E0B">
        <w:trPr>
          <w:trHeight w:val="290"/>
        </w:trPr>
        <w:tc>
          <w:tcPr>
            <w:tcW w:w="4300" w:type="dxa"/>
            <w:tcBorders>
              <w:top w:val="nil"/>
              <w:left w:val="nil"/>
              <w:bottom w:val="nil"/>
              <w:right w:val="nil"/>
            </w:tcBorders>
            <w:noWrap/>
            <w:vAlign w:val="center"/>
            <w:hideMark/>
          </w:tcPr>
          <w:p w14:paraId="6C084160" w14:textId="77777777" w:rsidR="008D3E0B" w:rsidRPr="00C03FB9" w:rsidRDefault="008D3E0B" w:rsidP="008D3E0B">
            <w:pPr>
              <w:spacing w:after="0" w:line="240" w:lineRule="auto"/>
              <w:jc w:val="center"/>
              <w:rPr>
                <w:rFonts w:ascii="Arial" w:eastAsia="Times New Roman" w:hAnsi="Arial" w:cs="Arial"/>
                <w:b/>
                <w:bCs/>
                <w:lang w:val="de-CH" w:eastAsia="de-CH"/>
              </w:rPr>
            </w:pPr>
          </w:p>
        </w:tc>
        <w:tc>
          <w:tcPr>
            <w:tcW w:w="780" w:type="dxa"/>
            <w:tcBorders>
              <w:top w:val="nil"/>
              <w:left w:val="nil"/>
              <w:bottom w:val="nil"/>
              <w:right w:val="nil"/>
            </w:tcBorders>
            <w:noWrap/>
            <w:vAlign w:val="center"/>
            <w:hideMark/>
          </w:tcPr>
          <w:p w14:paraId="13C0FDD5"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Q1</w:t>
            </w:r>
          </w:p>
        </w:tc>
        <w:tc>
          <w:tcPr>
            <w:tcW w:w="780" w:type="dxa"/>
            <w:tcBorders>
              <w:top w:val="nil"/>
              <w:left w:val="nil"/>
              <w:bottom w:val="nil"/>
              <w:right w:val="nil"/>
            </w:tcBorders>
            <w:noWrap/>
            <w:vAlign w:val="center"/>
            <w:hideMark/>
          </w:tcPr>
          <w:p w14:paraId="6DD694E4"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Q2</w:t>
            </w:r>
          </w:p>
        </w:tc>
        <w:tc>
          <w:tcPr>
            <w:tcW w:w="780" w:type="dxa"/>
            <w:tcBorders>
              <w:top w:val="nil"/>
              <w:left w:val="nil"/>
              <w:bottom w:val="nil"/>
              <w:right w:val="nil"/>
            </w:tcBorders>
            <w:noWrap/>
            <w:vAlign w:val="center"/>
            <w:hideMark/>
          </w:tcPr>
          <w:p w14:paraId="5C1AD7BA"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Q3</w:t>
            </w:r>
          </w:p>
        </w:tc>
        <w:tc>
          <w:tcPr>
            <w:tcW w:w="780" w:type="dxa"/>
            <w:tcBorders>
              <w:top w:val="nil"/>
              <w:left w:val="nil"/>
              <w:bottom w:val="nil"/>
              <w:right w:val="single" w:sz="4" w:space="0" w:color="A6A6A6"/>
            </w:tcBorders>
            <w:noWrap/>
            <w:vAlign w:val="center"/>
            <w:hideMark/>
          </w:tcPr>
          <w:p w14:paraId="0CD2DFCD"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Q4</w:t>
            </w:r>
          </w:p>
        </w:tc>
        <w:tc>
          <w:tcPr>
            <w:tcW w:w="780" w:type="dxa"/>
            <w:tcBorders>
              <w:top w:val="nil"/>
              <w:left w:val="nil"/>
              <w:bottom w:val="nil"/>
              <w:right w:val="nil"/>
            </w:tcBorders>
            <w:noWrap/>
            <w:vAlign w:val="center"/>
            <w:hideMark/>
          </w:tcPr>
          <w:p w14:paraId="10E07E29"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Q1</w:t>
            </w:r>
          </w:p>
        </w:tc>
        <w:tc>
          <w:tcPr>
            <w:tcW w:w="780" w:type="dxa"/>
            <w:tcBorders>
              <w:top w:val="nil"/>
              <w:left w:val="nil"/>
              <w:bottom w:val="nil"/>
              <w:right w:val="nil"/>
            </w:tcBorders>
            <w:noWrap/>
            <w:vAlign w:val="center"/>
            <w:hideMark/>
          </w:tcPr>
          <w:p w14:paraId="0F54B7B3"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Q2</w:t>
            </w:r>
          </w:p>
        </w:tc>
        <w:tc>
          <w:tcPr>
            <w:tcW w:w="780" w:type="dxa"/>
            <w:tcBorders>
              <w:top w:val="nil"/>
              <w:left w:val="nil"/>
              <w:bottom w:val="nil"/>
              <w:right w:val="nil"/>
            </w:tcBorders>
            <w:noWrap/>
            <w:vAlign w:val="center"/>
            <w:hideMark/>
          </w:tcPr>
          <w:p w14:paraId="40180879"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Q3</w:t>
            </w:r>
          </w:p>
        </w:tc>
        <w:tc>
          <w:tcPr>
            <w:tcW w:w="780" w:type="dxa"/>
            <w:tcBorders>
              <w:top w:val="nil"/>
              <w:left w:val="nil"/>
              <w:bottom w:val="nil"/>
              <w:right w:val="single" w:sz="4" w:space="0" w:color="A6A6A6"/>
            </w:tcBorders>
            <w:noWrap/>
            <w:vAlign w:val="center"/>
            <w:hideMark/>
          </w:tcPr>
          <w:p w14:paraId="7509D781"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Q4</w:t>
            </w:r>
          </w:p>
        </w:tc>
        <w:tc>
          <w:tcPr>
            <w:tcW w:w="780" w:type="dxa"/>
            <w:tcBorders>
              <w:top w:val="nil"/>
              <w:left w:val="nil"/>
              <w:bottom w:val="nil"/>
              <w:right w:val="nil"/>
            </w:tcBorders>
            <w:noWrap/>
            <w:vAlign w:val="center"/>
            <w:hideMark/>
          </w:tcPr>
          <w:p w14:paraId="159D6FFE"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Q1</w:t>
            </w:r>
          </w:p>
        </w:tc>
        <w:tc>
          <w:tcPr>
            <w:tcW w:w="780" w:type="dxa"/>
            <w:tcBorders>
              <w:top w:val="nil"/>
              <w:left w:val="nil"/>
              <w:bottom w:val="nil"/>
              <w:right w:val="nil"/>
            </w:tcBorders>
            <w:noWrap/>
            <w:vAlign w:val="center"/>
            <w:hideMark/>
          </w:tcPr>
          <w:p w14:paraId="53DE2E20"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Q2</w:t>
            </w:r>
          </w:p>
        </w:tc>
        <w:tc>
          <w:tcPr>
            <w:tcW w:w="780" w:type="dxa"/>
            <w:tcBorders>
              <w:top w:val="nil"/>
              <w:left w:val="nil"/>
              <w:bottom w:val="nil"/>
              <w:right w:val="nil"/>
            </w:tcBorders>
            <w:noWrap/>
            <w:vAlign w:val="center"/>
            <w:hideMark/>
          </w:tcPr>
          <w:p w14:paraId="0D9C6D13"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Q3</w:t>
            </w:r>
          </w:p>
        </w:tc>
        <w:tc>
          <w:tcPr>
            <w:tcW w:w="780" w:type="dxa"/>
            <w:tcBorders>
              <w:top w:val="nil"/>
              <w:left w:val="nil"/>
              <w:bottom w:val="nil"/>
              <w:right w:val="nil"/>
            </w:tcBorders>
            <w:noWrap/>
            <w:vAlign w:val="center"/>
            <w:hideMark/>
          </w:tcPr>
          <w:p w14:paraId="45113783" w14:textId="77777777" w:rsidR="008D3E0B" w:rsidRPr="00C03FB9" w:rsidRDefault="008D3E0B" w:rsidP="008D3E0B">
            <w:pPr>
              <w:spacing w:after="0" w:line="240" w:lineRule="auto"/>
              <w:jc w:val="center"/>
              <w:rPr>
                <w:rFonts w:ascii="Arial" w:eastAsia="Times New Roman" w:hAnsi="Arial" w:cs="Arial"/>
                <w:lang w:val="de-CH" w:eastAsia="de-CH"/>
              </w:rPr>
            </w:pPr>
            <w:r w:rsidRPr="00C03FB9">
              <w:rPr>
                <w:rFonts w:ascii="Arial" w:eastAsia="Times New Roman" w:hAnsi="Arial" w:cs="Arial"/>
                <w:lang w:val="de-CH" w:eastAsia="de-CH"/>
              </w:rPr>
              <w:t>Q4</w:t>
            </w:r>
          </w:p>
        </w:tc>
      </w:tr>
      <w:tr w:rsidR="008D3E0B" w:rsidRPr="00C03FB9" w14:paraId="3A638D0A" w14:textId="77777777" w:rsidTr="008D3E0B">
        <w:trPr>
          <w:trHeight w:val="290"/>
        </w:trPr>
        <w:tc>
          <w:tcPr>
            <w:tcW w:w="4300" w:type="dxa"/>
            <w:tcBorders>
              <w:top w:val="nil"/>
              <w:left w:val="nil"/>
              <w:bottom w:val="nil"/>
              <w:right w:val="nil"/>
            </w:tcBorders>
            <w:noWrap/>
            <w:vAlign w:val="bottom"/>
            <w:hideMark/>
          </w:tcPr>
          <w:p w14:paraId="3FD29C93" w14:textId="669F9085" w:rsidR="008D3E0B" w:rsidRPr="00C03FB9" w:rsidRDefault="00DC7445"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 xml:space="preserve">Gemeinden: </w:t>
            </w:r>
            <w:r w:rsidR="008D3E0B" w:rsidRPr="00C03FB9">
              <w:rPr>
                <w:rFonts w:ascii="Arial" w:eastAsia="Times New Roman" w:hAnsi="Arial" w:cs="Arial"/>
                <w:color w:val="000000"/>
                <w:lang w:val="de-CH" w:eastAsia="de-CH"/>
              </w:rPr>
              <w:t>Workshops</w:t>
            </w:r>
          </w:p>
        </w:tc>
        <w:tc>
          <w:tcPr>
            <w:tcW w:w="780" w:type="dxa"/>
            <w:tcBorders>
              <w:top w:val="nil"/>
              <w:left w:val="nil"/>
              <w:bottom w:val="nil"/>
              <w:right w:val="nil"/>
            </w:tcBorders>
            <w:noWrap/>
            <w:vAlign w:val="bottom"/>
            <w:hideMark/>
          </w:tcPr>
          <w:p w14:paraId="0DCD8F91" w14:textId="77777777" w:rsidR="008D3E0B" w:rsidRPr="00C03FB9" w:rsidRDefault="008D3E0B" w:rsidP="008D3E0B">
            <w:pPr>
              <w:spacing w:after="0" w:line="240" w:lineRule="auto"/>
              <w:rPr>
                <w:rFonts w:ascii="Arial" w:eastAsia="Times New Roman" w:hAnsi="Arial" w:cs="Arial"/>
                <w:color w:val="FFC000"/>
                <w:lang w:val="de-CH" w:eastAsia="de-CH"/>
              </w:rPr>
            </w:pPr>
            <w:r w:rsidRPr="00C03FB9">
              <w:rPr>
                <w:rFonts w:ascii="Segoe UI Symbol" w:eastAsia="Times New Roman" w:hAnsi="Segoe UI Symbol" w:cs="Segoe UI Symbol"/>
                <w:color w:val="FFC000"/>
                <w:lang w:val="de-CH" w:eastAsia="de-CH"/>
              </w:rPr>
              <w:t>★</w:t>
            </w:r>
          </w:p>
        </w:tc>
        <w:tc>
          <w:tcPr>
            <w:tcW w:w="780" w:type="dxa"/>
            <w:tcBorders>
              <w:top w:val="nil"/>
              <w:left w:val="nil"/>
              <w:bottom w:val="nil"/>
              <w:right w:val="nil"/>
            </w:tcBorders>
            <w:noWrap/>
            <w:vAlign w:val="bottom"/>
            <w:hideMark/>
          </w:tcPr>
          <w:p w14:paraId="22097130" w14:textId="77777777" w:rsidR="008D3E0B" w:rsidRPr="00C03FB9" w:rsidRDefault="008D3E0B" w:rsidP="008D3E0B">
            <w:pPr>
              <w:spacing w:after="0" w:line="240" w:lineRule="auto"/>
              <w:rPr>
                <w:rFonts w:ascii="Arial" w:eastAsia="Times New Roman" w:hAnsi="Arial" w:cs="Arial"/>
                <w:color w:val="FFC000"/>
                <w:lang w:val="de-CH" w:eastAsia="de-CH"/>
              </w:rPr>
            </w:pPr>
          </w:p>
        </w:tc>
        <w:tc>
          <w:tcPr>
            <w:tcW w:w="780" w:type="dxa"/>
            <w:tcBorders>
              <w:top w:val="nil"/>
              <w:left w:val="nil"/>
              <w:bottom w:val="nil"/>
              <w:right w:val="nil"/>
            </w:tcBorders>
            <w:noWrap/>
            <w:vAlign w:val="bottom"/>
            <w:hideMark/>
          </w:tcPr>
          <w:p w14:paraId="5F480B2A"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single" w:sz="4" w:space="0" w:color="A6A6A6"/>
            </w:tcBorders>
            <w:noWrap/>
            <w:vAlign w:val="bottom"/>
            <w:hideMark/>
          </w:tcPr>
          <w:p w14:paraId="69E12418" w14:textId="77777777" w:rsidR="008D3E0B" w:rsidRPr="00C03FB9" w:rsidRDefault="008D3E0B" w:rsidP="008D3E0B">
            <w:pPr>
              <w:spacing w:after="0" w:line="240" w:lineRule="auto"/>
              <w:rPr>
                <w:rFonts w:ascii="Arial" w:eastAsia="Times New Roman" w:hAnsi="Arial" w:cs="Arial"/>
                <w:color w:val="FFC000"/>
                <w:lang w:val="de-CH" w:eastAsia="de-CH"/>
              </w:rPr>
            </w:pPr>
            <w:r w:rsidRPr="00C03FB9">
              <w:rPr>
                <w:rFonts w:ascii="Segoe UI Symbol" w:eastAsia="Times New Roman" w:hAnsi="Segoe UI Symbol" w:cs="Segoe UI Symbol"/>
                <w:color w:val="FFC000"/>
                <w:lang w:val="de-CH" w:eastAsia="de-CH"/>
              </w:rPr>
              <w:t>★</w:t>
            </w:r>
          </w:p>
        </w:tc>
        <w:tc>
          <w:tcPr>
            <w:tcW w:w="780" w:type="dxa"/>
            <w:tcBorders>
              <w:top w:val="nil"/>
              <w:left w:val="nil"/>
              <w:bottom w:val="nil"/>
              <w:right w:val="nil"/>
            </w:tcBorders>
            <w:noWrap/>
            <w:vAlign w:val="bottom"/>
            <w:hideMark/>
          </w:tcPr>
          <w:p w14:paraId="7D32A4C0" w14:textId="77777777" w:rsidR="008D3E0B" w:rsidRPr="00C03FB9" w:rsidRDefault="008D3E0B" w:rsidP="008D3E0B">
            <w:pPr>
              <w:spacing w:after="0" w:line="240" w:lineRule="auto"/>
              <w:rPr>
                <w:rFonts w:ascii="Arial" w:eastAsia="Times New Roman" w:hAnsi="Arial" w:cs="Arial"/>
                <w:color w:val="FFC000"/>
                <w:lang w:val="de-CH" w:eastAsia="de-CH"/>
              </w:rPr>
            </w:pPr>
          </w:p>
        </w:tc>
        <w:tc>
          <w:tcPr>
            <w:tcW w:w="780" w:type="dxa"/>
            <w:tcBorders>
              <w:top w:val="nil"/>
              <w:left w:val="nil"/>
              <w:bottom w:val="nil"/>
              <w:right w:val="nil"/>
            </w:tcBorders>
            <w:noWrap/>
            <w:vAlign w:val="bottom"/>
            <w:hideMark/>
          </w:tcPr>
          <w:p w14:paraId="1AE7598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3861782A"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single" w:sz="4" w:space="0" w:color="A6A6A6"/>
            </w:tcBorders>
            <w:noWrap/>
            <w:vAlign w:val="bottom"/>
            <w:hideMark/>
          </w:tcPr>
          <w:p w14:paraId="0E4BB5FB" w14:textId="77777777"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 </w:t>
            </w:r>
          </w:p>
        </w:tc>
        <w:tc>
          <w:tcPr>
            <w:tcW w:w="780" w:type="dxa"/>
            <w:tcBorders>
              <w:top w:val="nil"/>
              <w:left w:val="nil"/>
              <w:bottom w:val="nil"/>
              <w:right w:val="nil"/>
            </w:tcBorders>
            <w:noWrap/>
            <w:vAlign w:val="bottom"/>
            <w:hideMark/>
          </w:tcPr>
          <w:p w14:paraId="0991260B" w14:textId="77777777" w:rsidR="008D3E0B" w:rsidRPr="00C03FB9" w:rsidRDefault="008D3E0B" w:rsidP="008D3E0B">
            <w:pPr>
              <w:spacing w:after="0" w:line="240" w:lineRule="auto"/>
              <w:rPr>
                <w:rFonts w:ascii="Arial" w:eastAsia="Times New Roman" w:hAnsi="Arial" w:cs="Arial"/>
                <w:color w:val="FFC000"/>
                <w:lang w:val="de-CH" w:eastAsia="de-CH"/>
              </w:rPr>
            </w:pPr>
            <w:r w:rsidRPr="00C03FB9">
              <w:rPr>
                <w:rFonts w:ascii="Segoe UI Symbol" w:eastAsia="Times New Roman" w:hAnsi="Segoe UI Symbol" w:cs="Segoe UI Symbol"/>
                <w:color w:val="FFC000"/>
                <w:lang w:val="de-CH" w:eastAsia="de-CH"/>
              </w:rPr>
              <w:t>★</w:t>
            </w:r>
          </w:p>
        </w:tc>
        <w:tc>
          <w:tcPr>
            <w:tcW w:w="780" w:type="dxa"/>
            <w:tcBorders>
              <w:top w:val="nil"/>
              <w:left w:val="nil"/>
              <w:bottom w:val="nil"/>
              <w:right w:val="nil"/>
            </w:tcBorders>
            <w:noWrap/>
            <w:vAlign w:val="bottom"/>
            <w:hideMark/>
          </w:tcPr>
          <w:p w14:paraId="206D2EE4" w14:textId="77777777" w:rsidR="008D3E0B" w:rsidRPr="00C03FB9" w:rsidRDefault="008D3E0B" w:rsidP="008D3E0B">
            <w:pPr>
              <w:spacing w:after="0" w:line="240" w:lineRule="auto"/>
              <w:rPr>
                <w:rFonts w:ascii="Arial" w:eastAsia="Times New Roman" w:hAnsi="Arial" w:cs="Arial"/>
                <w:color w:val="FFC000"/>
                <w:lang w:val="de-CH" w:eastAsia="de-CH"/>
              </w:rPr>
            </w:pPr>
          </w:p>
        </w:tc>
        <w:tc>
          <w:tcPr>
            <w:tcW w:w="780" w:type="dxa"/>
            <w:tcBorders>
              <w:top w:val="nil"/>
              <w:left w:val="nil"/>
              <w:bottom w:val="nil"/>
              <w:right w:val="nil"/>
            </w:tcBorders>
            <w:noWrap/>
            <w:vAlign w:val="bottom"/>
            <w:hideMark/>
          </w:tcPr>
          <w:p w14:paraId="17ACB1D4"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572ED30D" w14:textId="77777777" w:rsidR="008D3E0B" w:rsidRPr="00C03FB9" w:rsidRDefault="008D3E0B" w:rsidP="008D3E0B">
            <w:pPr>
              <w:spacing w:after="0" w:line="240" w:lineRule="auto"/>
              <w:rPr>
                <w:rFonts w:ascii="Arial" w:eastAsia="Times New Roman" w:hAnsi="Arial" w:cs="Arial"/>
                <w:sz w:val="20"/>
                <w:szCs w:val="20"/>
                <w:lang w:val="de-CH" w:eastAsia="de-CH"/>
              </w:rPr>
            </w:pPr>
          </w:p>
        </w:tc>
      </w:tr>
      <w:tr w:rsidR="008D3E0B" w:rsidRPr="00C03FB9" w14:paraId="082DB782" w14:textId="77777777" w:rsidTr="008D3E0B">
        <w:trPr>
          <w:trHeight w:val="290"/>
        </w:trPr>
        <w:tc>
          <w:tcPr>
            <w:tcW w:w="4300" w:type="dxa"/>
            <w:tcBorders>
              <w:top w:val="nil"/>
              <w:left w:val="nil"/>
              <w:bottom w:val="nil"/>
              <w:right w:val="nil"/>
            </w:tcBorders>
            <w:noWrap/>
            <w:vAlign w:val="bottom"/>
            <w:hideMark/>
          </w:tcPr>
          <w:p w14:paraId="18268104" w14:textId="5FD35B1E"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ÖV-Anbiete</w:t>
            </w:r>
            <w:r w:rsidR="00DC7445" w:rsidRPr="00C03FB9">
              <w:rPr>
                <w:rFonts w:ascii="Arial" w:eastAsia="Times New Roman" w:hAnsi="Arial" w:cs="Arial"/>
                <w:color w:val="000000"/>
                <w:lang w:val="de-CH" w:eastAsia="de-CH"/>
              </w:rPr>
              <w:t xml:space="preserve">nde: </w:t>
            </w:r>
            <w:r w:rsidR="00D124B5" w:rsidRPr="00C03FB9">
              <w:rPr>
                <w:rFonts w:ascii="Arial" w:eastAsia="Times New Roman" w:hAnsi="Arial" w:cs="Arial"/>
                <w:color w:val="000000"/>
                <w:lang w:val="de-CH" w:eastAsia="de-CH"/>
              </w:rPr>
              <w:t>Arbeitsgruppen</w:t>
            </w:r>
          </w:p>
        </w:tc>
        <w:tc>
          <w:tcPr>
            <w:tcW w:w="780" w:type="dxa"/>
            <w:tcBorders>
              <w:top w:val="nil"/>
              <w:left w:val="nil"/>
              <w:bottom w:val="nil"/>
              <w:right w:val="nil"/>
            </w:tcBorders>
            <w:noWrap/>
            <w:vAlign w:val="bottom"/>
            <w:hideMark/>
          </w:tcPr>
          <w:p w14:paraId="18303BC4" w14:textId="77777777" w:rsidR="008D3E0B" w:rsidRPr="00C03FB9" w:rsidRDefault="008D3E0B" w:rsidP="008D3E0B">
            <w:pPr>
              <w:spacing w:after="0" w:line="240" w:lineRule="auto"/>
              <w:rPr>
                <w:rFonts w:ascii="Arial" w:eastAsia="Times New Roman" w:hAnsi="Arial" w:cs="Arial"/>
                <w:color w:val="000000"/>
                <w:lang w:val="de-CH" w:eastAsia="de-CH"/>
              </w:rPr>
            </w:pPr>
          </w:p>
        </w:tc>
        <w:tc>
          <w:tcPr>
            <w:tcW w:w="780" w:type="dxa"/>
            <w:tcBorders>
              <w:top w:val="nil"/>
              <w:left w:val="nil"/>
              <w:bottom w:val="nil"/>
              <w:right w:val="nil"/>
            </w:tcBorders>
            <w:noWrap/>
            <w:vAlign w:val="bottom"/>
            <w:hideMark/>
          </w:tcPr>
          <w:p w14:paraId="0D71825B" w14:textId="77777777" w:rsidR="008D3E0B" w:rsidRPr="00C03FB9" w:rsidRDefault="008D3E0B" w:rsidP="008D3E0B">
            <w:pPr>
              <w:spacing w:after="0" w:line="240" w:lineRule="auto"/>
              <w:rPr>
                <w:rFonts w:ascii="Arial" w:eastAsia="Times New Roman" w:hAnsi="Arial" w:cs="Arial"/>
                <w:color w:val="0070C0"/>
                <w:lang w:val="de-CH" w:eastAsia="de-CH"/>
              </w:rPr>
            </w:pPr>
            <w:r w:rsidRPr="00C03FB9">
              <w:rPr>
                <w:rFonts w:ascii="Arial" w:eastAsia="Times New Roman" w:hAnsi="Arial" w:cs="Arial"/>
                <w:color w:val="0070C0"/>
                <w:lang w:val="de-CH" w:eastAsia="de-CH"/>
              </w:rPr>
              <w:t>■</w:t>
            </w:r>
          </w:p>
        </w:tc>
        <w:tc>
          <w:tcPr>
            <w:tcW w:w="780" w:type="dxa"/>
            <w:tcBorders>
              <w:top w:val="nil"/>
              <w:left w:val="nil"/>
              <w:bottom w:val="nil"/>
              <w:right w:val="nil"/>
            </w:tcBorders>
            <w:noWrap/>
            <w:vAlign w:val="bottom"/>
            <w:hideMark/>
          </w:tcPr>
          <w:p w14:paraId="56A2A0B8" w14:textId="77777777" w:rsidR="008D3E0B" w:rsidRPr="00C03FB9" w:rsidRDefault="008D3E0B" w:rsidP="008D3E0B">
            <w:pPr>
              <w:spacing w:after="0" w:line="240" w:lineRule="auto"/>
              <w:rPr>
                <w:rFonts w:ascii="Arial" w:eastAsia="Times New Roman" w:hAnsi="Arial" w:cs="Arial"/>
                <w:color w:val="0070C0"/>
                <w:lang w:val="de-CH" w:eastAsia="de-CH"/>
              </w:rPr>
            </w:pPr>
          </w:p>
        </w:tc>
        <w:tc>
          <w:tcPr>
            <w:tcW w:w="780" w:type="dxa"/>
            <w:tcBorders>
              <w:top w:val="nil"/>
              <w:left w:val="nil"/>
              <w:bottom w:val="nil"/>
              <w:right w:val="single" w:sz="4" w:space="0" w:color="A6A6A6"/>
            </w:tcBorders>
            <w:noWrap/>
            <w:vAlign w:val="bottom"/>
            <w:hideMark/>
          </w:tcPr>
          <w:p w14:paraId="37FC8D82" w14:textId="77777777"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 </w:t>
            </w:r>
          </w:p>
        </w:tc>
        <w:tc>
          <w:tcPr>
            <w:tcW w:w="780" w:type="dxa"/>
            <w:tcBorders>
              <w:top w:val="nil"/>
              <w:left w:val="nil"/>
              <w:bottom w:val="nil"/>
              <w:right w:val="nil"/>
            </w:tcBorders>
            <w:noWrap/>
            <w:vAlign w:val="bottom"/>
            <w:hideMark/>
          </w:tcPr>
          <w:p w14:paraId="6ECD85D2" w14:textId="77777777" w:rsidR="008D3E0B" w:rsidRPr="00C03FB9" w:rsidRDefault="008D3E0B" w:rsidP="008D3E0B">
            <w:pPr>
              <w:spacing w:after="0" w:line="240" w:lineRule="auto"/>
              <w:rPr>
                <w:rFonts w:ascii="Arial" w:eastAsia="Times New Roman" w:hAnsi="Arial" w:cs="Arial"/>
                <w:color w:val="0070C0"/>
                <w:lang w:val="de-CH" w:eastAsia="de-CH"/>
              </w:rPr>
            </w:pPr>
            <w:r w:rsidRPr="00C03FB9">
              <w:rPr>
                <w:rFonts w:ascii="Arial" w:eastAsia="Times New Roman" w:hAnsi="Arial" w:cs="Arial"/>
                <w:color w:val="0070C0"/>
                <w:lang w:val="de-CH" w:eastAsia="de-CH"/>
              </w:rPr>
              <w:t>■</w:t>
            </w:r>
          </w:p>
        </w:tc>
        <w:tc>
          <w:tcPr>
            <w:tcW w:w="780" w:type="dxa"/>
            <w:tcBorders>
              <w:top w:val="nil"/>
              <w:left w:val="nil"/>
              <w:bottom w:val="nil"/>
              <w:right w:val="nil"/>
            </w:tcBorders>
            <w:noWrap/>
            <w:vAlign w:val="bottom"/>
            <w:hideMark/>
          </w:tcPr>
          <w:p w14:paraId="5D93C212" w14:textId="77777777" w:rsidR="008D3E0B" w:rsidRPr="00C03FB9" w:rsidRDefault="008D3E0B" w:rsidP="008D3E0B">
            <w:pPr>
              <w:spacing w:after="0" w:line="240" w:lineRule="auto"/>
              <w:rPr>
                <w:rFonts w:ascii="Arial" w:eastAsia="Times New Roman" w:hAnsi="Arial" w:cs="Arial"/>
                <w:color w:val="0070C0"/>
                <w:lang w:val="de-CH" w:eastAsia="de-CH"/>
              </w:rPr>
            </w:pPr>
          </w:p>
        </w:tc>
        <w:tc>
          <w:tcPr>
            <w:tcW w:w="780" w:type="dxa"/>
            <w:tcBorders>
              <w:top w:val="nil"/>
              <w:left w:val="nil"/>
              <w:bottom w:val="nil"/>
              <w:right w:val="nil"/>
            </w:tcBorders>
            <w:noWrap/>
            <w:vAlign w:val="bottom"/>
            <w:hideMark/>
          </w:tcPr>
          <w:p w14:paraId="0889254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single" w:sz="4" w:space="0" w:color="A6A6A6"/>
            </w:tcBorders>
            <w:noWrap/>
            <w:vAlign w:val="bottom"/>
            <w:hideMark/>
          </w:tcPr>
          <w:p w14:paraId="1066D3A2" w14:textId="77777777"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 </w:t>
            </w:r>
          </w:p>
        </w:tc>
        <w:tc>
          <w:tcPr>
            <w:tcW w:w="780" w:type="dxa"/>
            <w:tcBorders>
              <w:top w:val="nil"/>
              <w:left w:val="nil"/>
              <w:bottom w:val="nil"/>
              <w:right w:val="nil"/>
            </w:tcBorders>
            <w:noWrap/>
            <w:vAlign w:val="bottom"/>
            <w:hideMark/>
          </w:tcPr>
          <w:p w14:paraId="53D196FC" w14:textId="77777777" w:rsidR="008D3E0B" w:rsidRPr="00C03FB9" w:rsidRDefault="008D3E0B" w:rsidP="008D3E0B">
            <w:pPr>
              <w:spacing w:after="0" w:line="240" w:lineRule="auto"/>
              <w:rPr>
                <w:rFonts w:ascii="Arial" w:eastAsia="Times New Roman" w:hAnsi="Arial" w:cs="Arial"/>
                <w:color w:val="000000"/>
                <w:lang w:val="de-CH" w:eastAsia="de-CH"/>
              </w:rPr>
            </w:pPr>
          </w:p>
        </w:tc>
        <w:tc>
          <w:tcPr>
            <w:tcW w:w="780" w:type="dxa"/>
            <w:tcBorders>
              <w:top w:val="nil"/>
              <w:left w:val="nil"/>
              <w:bottom w:val="nil"/>
              <w:right w:val="nil"/>
            </w:tcBorders>
            <w:noWrap/>
            <w:vAlign w:val="bottom"/>
            <w:hideMark/>
          </w:tcPr>
          <w:p w14:paraId="2A9A3709" w14:textId="77777777" w:rsidR="008D3E0B" w:rsidRPr="00C03FB9" w:rsidRDefault="008D3E0B" w:rsidP="008D3E0B">
            <w:pPr>
              <w:spacing w:after="0" w:line="240" w:lineRule="auto"/>
              <w:rPr>
                <w:rFonts w:ascii="Arial" w:eastAsia="Times New Roman" w:hAnsi="Arial" w:cs="Arial"/>
                <w:color w:val="0070C0"/>
                <w:lang w:val="de-CH" w:eastAsia="de-CH"/>
              </w:rPr>
            </w:pPr>
            <w:r w:rsidRPr="00C03FB9">
              <w:rPr>
                <w:rFonts w:ascii="Arial" w:eastAsia="Times New Roman" w:hAnsi="Arial" w:cs="Arial"/>
                <w:color w:val="0070C0"/>
                <w:lang w:val="de-CH" w:eastAsia="de-CH"/>
              </w:rPr>
              <w:t>■</w:t>
            </w:r>
          </w:p>
        </w:tc>
        <w:tc>
          <w:tcPr>
            <w:tcW w:w="780" w:type="dxa"/>
            <w:tcBorders>
              <w:top w:val="nil"/>
              <w:left w:val="nil"/>
              <w:bottom w:val="nil"/>
              <w:right w:val="nil"/>
            </w:tcBorders>
            <w:noWrap/>
            <w:vAlign w:val="bottom"/>
            <w:hideMark/>
          </w:tcPr>
          <w:p w14:paraId="793E26EA" w14:textId="77777777" w:rsidR="008D3E0B" w:rsidRPr="00C03FB9" w:rsidRDefault="008D3E0B" w:rsidP="008D3E0B">
            <w:pPr>
              <w:spacing w:after="0" w:line="240" w:lineRule="auto"/>
              <w:rPr>
                <w:rFonts w:ascii="Arial" w:eastAsia="Times New Roman" w:hAnsi="Arial" w:cs="Arial"/>
                <w:color w:val="0070C0"/>
                <w:lang w:val="de-CH" w:eastAsia="de-CH"/>
              </w:rPr>
            </w:pPr>
          </w:p>
        </w:tc>
        <w:tc>
          <w:tcPr>
            <w:tcW w:w="780" w:type="dxa"/>
            <w:tcBorders>
              <w:top w:val="nil"/>
              <w:left w:val="nil"/>
              <w:bottom w:val="nil"/>
              <w:right w:val="nil"/>
            </w:tcBorders>
            <w:noWrap/>
            <w:vAlign w:val="bottom"/>
            <w:hideMark/>
          </w:tcPr>
          <w:p w14:paraId="6067C642" w14:textId="77777777" w:rsidR="008D3E0B" w:rsidRPr="00C03FB9" w:rsidRDefault="008D3E0B" w:rsidP="008D3E0B">
            <w:pPr>
              <w:spacing w:after="0" w:line="240" w:lineRule="auto"/>
              <w:rPr>
                <w:rFonts w:ascii="Arial" w:eastAsia="Times New Roman" w:hAnsi="Arial" w:cs="Arial"/>
                <w:sz w:val="20"/>
                <w:szCs w:val="20"/>
                <w:lang w:val="de-CH" w:eastAsia="de-CH"/>
              </w:rPr>
            </w:pPr>
          </w:p>
        </w:tc>
      </w:tr>
      <w:tr w:rsidR="008D3E0B" w:rsidRPr="00C03FB9" w14:paraId="07664FDC" w14:textId="77777777" w:rsidTr="008D3E0B">
        <w:trPr>
          <w:trHeight w:val="290"/>
        </w:trPr>
        <w:tc>
          <w:tcPr>
            <w:tcW w:w="4300" w:type="dxa"/>
            <w:tcBorders>
              <w:top w:val="nil"/>
              <w:left w:val="nil"/>
              <w:bottom w:val="nil"/>
              <w:right w:val="nil"/>
            </w:tcBorders>
            <w:noWrap/>
            <w:vAlign w:val="bottom"/>
            <w:hideMark/>
          </w:tcPr>
          <w:p w14:paraId="5CE5AE6C" w14:textId="3C54B1EC"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Einheimische Bevölkerung</w:t>
            </w:r>
            <w:r w:rsidR="00DC7445" w:rsidRPr="00C03FB9">
              <w:rPr>
                <w:rFonts w:ascii="Arial" w:eastAsia="Times New Roman" w:hAnsi="Arial" w:cs="Arial"/>
                <w:color w:val="000000"/>
                <w:lang w:val="de-CH" w:eastAsia="de-CH"/>
              </w:rPr>
              <w:t xml:space="preserve">: </w:t>
            </w:r>
            <w:r w:rsidRPr="00C03FB9">
              <w:rPr>
                <w:rFonts w:ascii="Arial" w:eastAsia="Times New Roman" w:hAnsi="Arial" w:cs="Arial"/>
                <w:color w:val="000000"/>
                <w:lang w:val="de-CH" w:eastAsia="de-CH"/>
              </w:rPr>
              <w:t>Umfragen</w:t>
            </w:r>
          </w:p>
        </w:tc>
        <w:tc>
          <w:tcPr>
            <w:tcW w:w="780" w:type="dxa"/>
            <w:tcBorders>
              <w:top w:val="nil"/>
              <w:left w:val="nil"/>
              <w:bottom w:val="nil"/>
              <w:right w:val="nil"/>
            </w:tcBorders>
            <w:noWrap/>
            <w:vAlign w:val="bottom"/>
            <w:hideMark/>
          </w:tcPr>
          <w:p w14:paraId="726147EA" w14:textId="77777777" w:rsidR="008D3E0B" w:rsidRPr="00C03FB9" w:rsidRDefault="008D3E0B" w:rsidP="008D3E0B">
            <w:pPr>
              <w:spacing w:after="0" w:line="240" w:lineRule="auto"/>
              <w:rPr>
                <w:rFonts w:ascii="Arial" w:eastAsia="Times New Roman" w:hAnsi="Arial" w:cs="Arial"/>
                <w:color w:val="000000"/>
                <w:lang w:val="de-CH" w:eastAsia="de-CH"/>
              </w:rPr>
            </w:pPr>
          </w:p>
        </w:tc>
        <w:tc>
          <w:tcPr>
            <w:tcW w:w="780" w:type="dxa"/>
            <w:tcBorders>
              <w:top w:val="nil"/>
              <w:left w:val="nil"/>
              <w:bottom w:val="nil"/>
              <w:right w:val="nil"/>
            </w:tcBorders>
            <w:noWrap/>
            <w:vAlign w:val="bottom"/>
            <w:hideMark/>
          </w:tcPr>
          <w:p w14:paraId="1910BE5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3261E8E4" w14:textId="77777777" w:rsidR="008D3E0B" w:rsidRPr="00C03FB9" w:rsidRDefault="008D3E0B" w:rsidP="008D3E0B">
            <w:pPr>
              <w:spacing w:after="0" w:line="240" w:lineRule="auto"/>
              <w:rPr>
                <w:rFonts w:ascii="Arial" w:eastAsia="Times New Roman" w:hAnsi="Arial" w:cs="Arial"/>
                <w:color w:val="FF0000"/>
                <w:lang w:val="de-CH" w:eastAsia="de-CH"/>
              </w:rPr>
            </w:pPr>
            <w:r w:rsidRPr="00C03FB9">
              <w:rPr>
                <w:rFonts w:ascii="Cambria Math" w:eastAsia="Times New Roman" w:hAnsi="Cambria Math" w:cs="Cambria Math"/>
                <w:color w:val="FF0000"/>
                <w:lang w:val="de-CH" w:eastAsia="de-CH"/>
              </w:rPr>
              <w:t>◆</w:t>
            </w:r>
          </w:p>
        </w:tc>
        <w:tc>
          <w:tcPr>
            <w:tcW w:w="780" w:type="dxa"/>
            <w:tcBorders>
              <w:top w:val="nil"/>
              <w:left w:val="nil"/>
              <w:bottom w:val="nil"/>
              <w:right w:val="single" w:sz="4" w:space="0" w:color="A6A6A6"/>
            </w:tcBorders>
            <w:noWrap/>
            <w:vAlign w:val="bottom"/>
            <w:hideMark/>
          </w:tcPr>
          <w:p w14:paraId="713046E5" w14:textId="77777777" w:rsidR="008D3E0B" w:rsidRPr="00C03FB9" w:rsidRDefault="008D3E0B" w:rsidP="008D3E0B">
            <w:pPr>
              <w:spacing w:after="0" w:line="240" w:lineRule="auto"/>
              <w:rPr>
                <w:rFonts w:ascii="Arial" w:eastAsia="Times New Roman" w:hAnsi="Arial" w:cs="Arial"/>
                <w:color w:val="FF0000"/>
                <w:lang w:val="de-CH" w:eastAsia="de-CH"/>
              </w:rPr>
            </w:pPr>
            <w:r w:rsidRPr="00C03FB9">
              <w:rPr>
                <w:rFonts w:ascii="Arial" w:eastAsia="Times New Roman" w:hAnsi="Arial" w:cs="Arial"/>
                <w:color w:val="FF0000"/>
                <w:lang w:val="de-CH" w:eastAsia="de-CH"/>
              </w:rPr>
              <w:t> </w:t>
            </w:r>
          </w:p>
        </w:tc>
        <w:tc>
          <w:tcPr>
            <w:tcW w:w="780" w:type="dxa"/>
            <w:tcBorders>
              <w:top w:val="nil"/>
              <w:left w:val="nil"/>
              <w:bottom w:val="nil"/>
              <w:right w:val="nil"/>
            </w:tcBorders>
            <w:noWrap/>
            <w:vAlign w:val="bottom"/>
            <w:hideMark/>
          </w:tcPr>
          <w:p w14:paraId="641CB7C0" w14:textId="77777777" w:rsidR="008D3E0B" w:rsidRPr="00C03FB9" w:rsidRDefault="008D3E0B" w:rsidP="008D3E0B">
            <w:pPr>
              <w:spacing w:after="0" w:line="240" w:lineRule="auto"/>
              <w:rPr>
                <w:rFonts w:ascii="Arial" w:eastAsia="Times New Roman" w:hAnsi="Arial" w:cs="Arial"/>
                <w:color w:val="FF0000"/>
                <w:lang w:val="de-CH" w:eastAsia="de-CH"/>
              </w:rPr>
            </w:pPr>
          </w:p>
        </w:tc>
        <w:tc>
          <w:tcPr>
            <w:tcW w:w="780" w:type="dxa"/>
            <w:tcBorders>
              <w:top w:val="nil"/>
              <w:left w:val="nil"/>
              <w:bottom w:val="nil"/>
              <w:right w:val="nil"/>
            </w:tcBorders>
            <w:noWrap/>
            <w:vAlign w:val="bottom"/>
            <w:hideMark/>
          </w:tcPr>
          <w:p w14:paraId="3CC224A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7F041332" w14:textId="77777777" w:rsidR="008D3E0B" w:rsidRPr="00C03FB9" w:rsidRDefault="008D3E0B" w:rsidP="008D3E0B">
            <w:pPr>
              <w:spacing w:after="0" w:line="240" w:lineRule="auto"/>
              <w:rPr>
                <w:rFonts w:ascii="Arial" w:eastAsia="Times New Roman" w:hAnsi="Arial" w:cs="Arial"/>
                <w:color w:val="FF0000"/>
                <w:lang w:val="de-CH" w:eastAsia="de-CH"/>
              </w:rPr>
            </w:pPr>
            <w:r w:rsidRPr="00C03FB9">
              <w:rPr>
                <w:rFonts w:ascii="Cambria Math" w:eastAsia="Times New Roman" w:hAnsi="Cambria Math" w:cs="Cambria Math"/>
                <w:color w:val="FF0000"/>
                <w:lang w:val="de-CH" w:eastAsia="de-CH"/>
              </w:rPr>
              <w:t>◆</w:t>
            </w:r>
          </w:p>
        </w:tc>
        <w:tc>
          <w:tcPr>
            <w:tcW w:w="780" w:type="dxa"/>
            <w:tcBorders>
              <w:top w:val="nil"/>
              <w:left w:val="nil"/>
              <w:bottom w:val="nil"/>
              <w:right w:val="single" w:sz="4" w:space="0" w:color="A6A6A6"/>
            </w:tcBorders>
            <w:noWrap/>
            <w:vAlign w:val="bottom"/>
            <w:hideMark/>
          </w:tcPr>
          <w:p w14:paraId="5A6155C8" w14:textId="77777777" w:rsidR="008D3E0B" w:rsidRPr="00C03FB9" w:rsidRDefault="008D3E0B" w:rsidP="008D3E0B">
            <w:pPr>
              <w:spacing w:after="0" w:line="240" w:lineRule="auto"/>
              <w:rPr>
                <w:rFonts w:ascii="Arial" w:eastAsia="Times New Roman" w:hAnsi="Arial" w:cs="Arial"/>
                <w:color w:val="FF0000"/>
                <w:lang w:val="de-CH" w:eastAsia="de-CH"/>
              </w:rPr>
            </w:pPr>
            <w:r w:rsidRPr="00C03FB9">
              <w:rPr>
                <w:rFonts w:ascii="Arial" w:eastAsia="Times New Roman" w:hAnsi="Arial" w:cs="Arial"/>
                <w:color w:val="FF0000"/>
                <w:lang w:val="de-CH" w:eastAsia="de-CH"/>
              </w:rPr>
              <w:t> </w:t>
            </w:r>
          </w:p>
        </w:tc>
        <w:tc>
          <w:tcPr>
            <w:tcW w:w="780" w:type="dxa"/>
            <w:tcBorders>
              <w:top w:val="nil"/>
              <w:left w:val="nil"/>
              <w:bottom w:val="nil"/>
              <w:right w:val="nil"/>
            </w:tcBorders>
            <w:noWrap/>
            <w:vAlign w:val="bottom"/>
            <w:hideMark/>
          </w:tcPr>
          <w:p w14:paraId="6324B3CB" w14:textId="77777777" w:rsidR="008D3E0B" w:rsidRPr="00C03FB9" w:rsidRDefault="008D3E0B" w:rsidP="008D3E0B">
            <w:pPr>
              <w:spacing w:after="0" w:line="240" w:lineRule="auto"/>
              <w:rPr>
                <w:rFonts w:ascii="Arial" w:eastAsia="Times New Roman" w:hAnsi="Arial" w:cs="Arial"/>
                <w:color w:val="FF0000"/>
                <w:lang w:val="de-CH" w:eastAsia="de-CH"/>
              </w:rPr>
            </w:pPr>
          </w:p>
        </w:tc>
        <w:tc>
          <w:tcPr>
            <w:tcW w:w="780" w:type="dxa"/>
            <w:tcBorders>
              <w:top w:val="nil"/>
              <w:left w:val="nil"/>
              <w:bottom w:val="nil"/>
              <w:right w:val="nil"/>
            </w:tcBorders>
            <w:noWrap/>
            <w:vAlign w:val="bottom"/>
            <w:hideMark/>
          </w:tcPr>
          <w:p w14:paraId="1212604B"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6604E626"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64FE35E4" w14:textId="77777777" w:rsidR="008D3E0B" w:rsidRPr="00C03FB9" w:rsidRDefault="008D3E0B" w:rsidP="008D3E0B">
            <w:pPr>
              <w:spacing w:after="0" w:line="240" w:lineRule="auto"/>
              <w:rPr>
                <w:rFonts w:ascii="Arial" w:eastAsia="Times New Roman" w:hAnsi="Arial" w:cs="Arial"/>
                <w:sz w:val="20"/>
                <w:szCs w:val="20"/>
                <w:lang w:val="de-CH" w:eastAsia="de-CH"/>
              </w:rPr>
            </w:pPr>
          </w:p>
        </w:tc>
      </w:tr>
      <w:tr w:rsidR="008D3E0B" w:rsidRPr="00C03FB9" w14:paraId="3EE406BB" w14:textId="77777777" w:rsidTr="008D3E0B">
        <w:trPr>
          <w:trHeight w:val="290"/>
        </w:trPr>
        <w:tc>
          <w:tcPr>
            <w:tcW w:w="4300" w:type="dxa"/>
            <w:tcBorders>
              <w:top w:val="nil"/>
              <w:left w:val="nil"/>
              <w:bottom w:val="nil"/>
              <w:right w:val="nil"/>
            </w:tcBorders>
            <w:noWrap/>
            <w:vAlign w:val="bottom"/>
            <w:hideMark/>
          </w:tcPr>
          <w:p w14:paraId="7B127134" w14:textId="05A72328"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Tourismusbetriebe</w:t>
            </w:r>
            <w:r w:rsidR="00DC7445" w:rsidRPr="00C03FB9">
              <w:rPr>
                <w:rFonts w:ascii="Arial" w:eastAsia="Times New Roman" w:hAnsi="Arial" w:cs="Arial"/>
                <w:color w:val="000000"/>
                <w:lang w:val="de-CH" w:eastAsia="de-CH"/>
              </w:rPr>
              <w:t>:</w:t>
            </w:r>
            <w:r w:rsidRPr="00C03FB9">
              <w:rPr>
                <w:rFonts w:ascii="Arial" w:eastAsia="Times New Roman" w:hAnsi="Arial" w:cs="Arial"/>
                <w:color w:val="000000"/>
                <w:lang w:val="de-CH" w:eastAsia="de-CH"/>
              </w:rPr>
              <w:t xml:space="preserve"> Branchengespräche</w:t>
            </w:r>
          </w:p>
        </w:tc>
        <w:tc>
          <w:tcPr>
            <w:tcW w:w="780" w:type="dxa"/>
            <w:tcBorders>
              <w:top w:val="nil"/>
              <w:left w:val="nil"/>
              <w:bottom w:val="nil"/>
              <w:right w:val="nil"/>
            </w:tcBorders>
            <w:noWrap/>
            <w:vAlign w:val="bottom"/>
            <w:hideMark/>
          </w:tcPr>
          <w:p w14:paraId="0D8DC045" w14:textId="77777777" w:rsidR="008D3E0B" w:rsidRPr="00C03FB9" w:rsidRDefault="008D3E0B" w:rsidP="008D3E0B">
            <w:pPr>
              <w:spacing w:after="0" w:line="240" w:lineRule="auto"/>
              <w:rPr>
                <w:rFonts w:ascii="Arial" w:eastAsia="Times New Roman" w:hAnsi="Arial" w:cs="Arial"/>
                <w:color w:val="7030A0"/>
                <w:lang w:val="de-CH" w:eastAsia="de-CH"/>
              </w:rPr>
            </w:pPr>
            <w:r w:rsidRPr="00C03FB9">
              <w:rPr>
                <w:rFonts w:ascii="Arial" w:eastAsia="Times New Roman" w:hAnsi="Arial" w:cs="Arial"/>
                <w:color w:val="7030A0"/>
                <w:lang w:val="de-CH" w:eastAsia="de-CH"/>
              </w:rPr>
              <w:t>●</w:t>
            </w:r>
          </w:p>
        </w:tc>
        <w:tc>
          <w:tcPr>
            <w:tcW w:w="780" w:type="dxa"/>
            <w:tcBorders>
              <w:top w:val="nil"/>
              <w:left w:val="nil"/>
              <w:bottom w:val="nil"/>
              <w:right w:val="nil"/>
            </w:tcBorders>
            <w:noWrap/>
            <w:vAlign w:val="bottom"/>
            <w:hideMark/>
          </w:tcPr>
          <w:p w14:paraId="1215CB98" w14:textId="77777777" w:rsidR="008D3E0B" w:rsidRPr="00C03FB9" w:rsidRDefault="008D3E0B" w:rsidP="008D3E0B">
            <w:pPr>
              <w:spacing w:after="0" w:line="240" w:lineRule="auto"/>
              <w:rPr>
                <w:rFonts w:ascii="Arial" w:eastAsia="Times New Roman" w:hAnsi="Arial" w:cs="Arial"/>
                <w:color w:val="7030A0"/>
                <w:lang w:val="de-CH" w:eastAsia="de-CH"/>
              </w:rPr>
            </w:pPr>
          </w:p>
        </w:tc>
        <w:tc>
          <w:tcPr>
            <w:tcW w:w="780" w:type="dxa"/>
            <w:tcBorders>
              <w:top w:val="nil"/>
              <w:left w:val="nil"/>
              <w:bottom w:val="nil"/>
              <w:right w:val="nil"/>
            </w:tcBorders>
            <w:noWrap/>
            <w:vAlign w:val="bottom"/>
            <w:hideMark/>
          </w:tcPr>
          <w:p w14:paraId="6930465B"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single" w:sz="4" w:space="0" w:color="A6A6A6"/>
            </w:tcBorders>
            <w:noWrap/>
            <w:vAlign w:val="bottom"/>
            <w:hideMark/>
          </w:tcPr>
          <w:p w14:paraId="7C07FD7A" w14:textId="77777777" w:rsidR="008D3E0B" w:rsidRPr="00C03FB9" w:rsidRDefault="008D3E0B" w:rsidP="008D3E0B">
            <w:pPr>
              <w:spacing w:after="0" w:line="240" w:lineRule="auto"/>
              <w:rPr>
                <w:rFonts w:ascii="Arial" w:eastAsia="Times New Roman" w:hAnsi="Arial" w:cs="Arial"/>
                <w:color w:val="7030A0"/>
                <w:lang w:val="de-CH" w:eastAsia="de-CH"/>
              </w:rPr>
            </w:pPr>
            <w:r w:rsidRPr="00C03FB9">
              <w:rPr>
                <w:rFonts w:ascii="Arial" w:eastAsia="Times New Roman" w:hAnsi="Arial" w:cs="Arial"/>
                <w:color w:val="7030A0"/>
                <w:lang w:val="de-CH" w:eastAsia="de-CH"/>
              </w:rPr>
              <w:t>●</w:t>
            </w:r>
          </w:p>
        </w:tc>
        <w:tc>
          <w:tcPr>
            <w:tcW w:w="780" w:type="dxa"/>
            <w:tcBorders>
              <w:top w:val="nil"/>
              <w:left w:val="nil"/>
              <w:bottom w:val="nil"/>
              <w:right w:val="nil"/>
            </w:tcBorders>
            <w:noWrap/>
            <w:vAlign w:val="bottom"/>
            <w:hideMark/>
          </w:tcPr>
          <w:p w14:paraId="59942B27" w14:textId="77777777" w:rsidR="008D3E0B" w:rsidRPr="00C03FB9" w:rsidRDefault="008D3E0B" w:rsidP="008D3E0B">
            <w:pPr>
              <w:spacing w:after="0" w:line="240" w:lineRule="auto"/>
              <w:rPr>
                <w:rFonts w:ascii="Arial" w:eastAsia="Times New Roman" w:hAnsi="Arial" w:cs="Arial"/>
                <w:color w:val="7030A0"/>
                <w:lang w:val="de-CH" w:eastAsia="de-CH"/>
              </w:rPr>
            </w:pPr>
          </w:p>
        </w:tc>
        <w:tc>
          <w:tcPr>
            <w:tcW w:w="780" w:type="dxa"/>
            <w:tcBorders>
              <w:top w:val="nil"/>
              <w:left w:val="nil"/>
              <w:bottom w:val="nil"/>
              <w:right w:val="nil"/>
            </w:tcBorders>
            <w:noWrap/>
            <w:vAlign w:val="bottom"/>
            <w:hideMark/>
          </w:tcPr>
          <w:p w14:paraId="24485E7F" w14:textId="77777777" w:rsidR="008D3E0B" w:rsidRPr="00C03FB9" w:rsidRDefault="008D3E0B" w:rsidP="008D3E0B">
            <w:pPr>
              <w:spacing w:after="0" w:line="240" w:lineRule="auto"/>
              <w:rPr>
                <w:rFonts w:ascii="Arial" w:eastAsia="Times New Roman" w:hAnsi="Arial" w:cs="Arial"/>
                <w:color w:val="7030A0"/>
                <w:lang w:val="de-CH" w:eastAsia="de-CH"/>
              </w:rPr>
            </w:pPr>
            <w:r w:rsidRPr="00C03FB9">
              <w:rPr>
                <w:rFonts w:ascii="Arial" w:eastAsia="Times New Roman" w:hAnsi="Arial" w:cs="Arial"/>
                <w:color w:val="7030A0"/>
                <w:lang w:val="de-CH" w:eastAsia="de-CH"/>
              </w:rPr>
              <w:t>●</w:t>
            </w:r>
          </w:p>
        </w:tc>
        <w:tc>
          <w:tcPr>
            <w:tcW w:w="780" w:type="dxa"/>
            <w:tcBorders>
              <w:top w:val="nil"/>
              <w:left w:val="nil"/>
              <w:bottom w:val="nil"/>
              <w:right w:val="nil"/>
            </w:tcBorders>
            <w:noWrap/>
            <w:vAlign w:val="bottom"/>
            <w:hideMark/>
          </w:tcPr>
          <w:p w14:paraId="075DF420" w14:textId="77777777" w:rsidR="008D3E0B" w:rsidRPr="00C03FB9" w:rsidRDefault="008D3E0B" w:rsidP="008D3E0B">
            <w:pPr>
              <w:spacing w:after="0" w:line="240" w:lineRule="auto"/>
              <w:rPr>
                <w:rFonts w:ascii="Arial" w:eastAsia="Times New Roman" w:hAnsi="Arial" w:cs="Arial"/>
                <w:color w:val="7030A0"/>
                <w:lang w:val="de-CH" w:eastAsia="de-CH"/>
              </w:rPr>
            </w:pPr>
          </w:p>
        </w:tc>
        <w:tc>
          <w:tcPr>
            <w:tcW w:w="780" w:type="dxa"/>
            <w:tcBorders>
              <w:top w:val="nil"/>
              <w:left w:val="nil"/>
              <w:bottom w:val="nil"/>
              <w:right w:val="single" w:sz="4" w:space="0" w:color="A6A6A6"/>
            </w:tcBorders>
            <w:noWrap/>
            <w:vAlign w:val="bottom"/>
            <w:hideMark/>
          </w:tcPr>
          <w:p w14:paraId="3A6B15C4" w14:textId="77777777" w:rsidR="008D3E0B" w:rsidRPr="00C03FB9" w:rsidRDefault="008D3E0B" w:rsidP="008D3E0B">
            <w:pPr>
              <w:spacing w:after="0" w:line="240" w:lineRule="auto"/>
              <w:rPr>
                <w:rFonts w:ascii="Arial" w:eastAsia="Times New Roman" w:hAnsi="Arial" w:cs="Arial"/>
                <w:color w:val="7030A0"/>
                <w:lang w:val="de-CH" w:eastAsia="de-CH"/>
              </w:rPr>
            </w:pPr>
            <w:r w:rsidRPr="00C03FB9">
              <w:rPr>
                <w:rFonts w:ascii="Arial" w:eastAsia="Times New Roman" w:hAnsi="Arial" w:cs="Arial"/>
                <w:color w:val="7030A0"/>
                <w:lang w:val="de-CH" w:eastAsia="de-CH"/>
              </w:rPr>
              <w:t> </w:t>
            </w:r>
          </w:p>
        </w:tc>
        <w:tc>
          <w:tcPr>
            <w:tcW w:w="780" w:type="dxa"/>
            <w:tcBorders>
              <w:top w:val="nil"/>
              <w:left w:val="nil"/>
              <w:bottom w:val="nil"/>
              <w:right w:val="nil"/>
            </w:tcBorders>
            <w:noWrap/>
            <w:vAlign w:val="bottom"/>
            <w:hideMark/>
          </w:tcPr>
          <w:p w14:paraId="392EC523" w14:textId="77777777" w:rsidR="008D3E0B" w:rsidRPr="00C03FB9" w:rsidRDefault="008D3E0B" w:rsidP="008D3E0B">
            <w:pPr>
              <w:spacing w:after="0" w:line="240" w:lineRule="auto"/>
              <w:rPr>
                <w:rFonts w:ascii="Arial" w:eastAsia="Times New Roman" w:hAnsi="Arial" w:cs="Arial"/>
                <w:color w:val="7030A0"/>
                <w:lang w:val="de-CH" w:eastAsia="de-CH"/>
              </w:rPr>
            </w:pPr>
            <w:r w:rsidRPr="00C03FB9">
              <w:rPr>
                <w:rFonts w:ascii="Arial" w:eastAsia="Times New Roman" w:hAnsi="Arial" w:cs="Arial"/>
                <w:color w:val="7030A0"/>
                <w:lang w:val="de-CH" w:eastAsia="de-CH"/>
              </w:rPr>
              <w:t>●</w:t>
            </w:r>
          </w:p>
        </w:tc>
        <w:tc>
          <w:tcPr>
            <w:tcW w:w="780" w:type="dxa"/>
            <w:tcBorders>
              <w:top w:val="nil"/>
              <w:left w:val="nil"/>
              <w:bottom w:val="nil"/>
              <w:right w:val="nil"/>
            </w:tcBorders>
            <w:noWrap/>
            <w:vAlign w:val="bottom"/>
            <w:hideMark/>
          </w:tcPr>
          <w:p w14:paraId="524DADC0" w14:textId="77777777" w:rsidR="008D3E0B" w:rsidRPr="00C03FB9" w:rsidRDefault="008D3E0B" w:rsidP="008D3E0B">
            <w:pPr>
              <w:spacing w:after="0" w:line="240" w:lineRule="auto"/>
              <w:rPr>
                <w:rFonts w:ascii="Arial" w:eastAsia="Times New Roman" w:hAnsi="Arial" w:cs="Arial"/>
                <w:color w:val="7030A0"/>
                <w:lang w:val="de-CH" w:eastAsia="de-CH"/>
              </w:rPr>
            </w:pPr>
          </w:p>
        </w:tc>
        <w:tc>
          <w:tcPr>
            <w:tcW w:w="780" w:type="dxa"/>
            <w:tcBorders>
              <w:top w:val="nil"/>
              <w:left w:val="nil"/>
              <w:bottom w:val="nil"/>
              <w:right w:val="nil"/>
            </w:tcBorders>
            <w:noWrap/>
            <w:vAlign w:val="bottom"/>
            <w:hideMark/>
          </w:tcPr>
          <w:p w14:paraId="090F7705"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3155AD3F" w14:textId="77777777" w:rsidR="008D3E0B" w:rsidRPr="00C03FB9" w:rsidRDefault="008D3E0B" w:rsidP="008D3E0B">
            <w:pPr>
              <w:spacing w:after="0" w:line="240" w:lineRule="auto"/>
              <w:rPr>
                <w:rFonts w:ascii="Arial" w:eastAsia="Times New Roman" w:hAnsi="Arial" w:cs="Arial"/>
                <w:sz w:val="20"/>
                <w:szCs w:val="20"/>
                <w:lang w:val="de-CH" w:eastAsia="de-CH"/>
              </w:rPr>
            </w:pPr>
          </w:p>
        </w:tc>
      </w:tr>
      <w:tr w:rsidR="008D3E0B" w:rsidRPr="00C03FB9" w14:paraId="4AE48218" w14:textId="77777777" w:rsidTr="008D3E0B">
        <w:trPr>
          <w:trHeight w:val="290"/>
        </w:trPr>
        <w:tc>
          <w:tcPr>
            <w:tcW w:w="4300" w:type="dxa"/>
            <w:tcBorders>
              <w:top w:val="nil"/>
              <w:left w:val="nil"/>
              <w:bottom w:val="nil"/>
              <w:right w:val="nil"/>
            </w:tcBorders>
            <w:noWrap/>
            <w:vAlign w:val="bottom"/>
            <w:hideMark/>
          </w:tcPr>
          <w:p w14:paraId="4CE2FA4A" w14:textId="6138522E" w:rsidR="008D3E0B" w:rsidRPr="00C03FB9" w:rsidRDefault="008D3E0B" w:rsidP="008D3E0B">
            <w:pPr>
              <w:spacing w:after="0" w:line="240" w:lineRule="auto"/>
              <w:rPr>
                <w:rFonts w:ascii="Arial" w:eastAsia="Times New Roman" w:hAnsi="Arial" w:cs="Arial"/>
                <w:color w:val="000000"/>
                <w:lang w:val="de-CH" w:eastAsia="de-CH"/>
              </w:rPr>
            </w:pPr>
            <w:r w:rsidRPr="00C03FB9">
              <w:rPr>
                <w:rFonts w:ascii="Arial" w:eastAsia="Times New Roman" w:hAnsi="Arial" w:cs="Arial"/>
                <w:color w:val="000000"/>
                <w:lang w:val="de-CH" w:eastAsia="de-CH"/>
              </w:rPr>
              <w:t>NGOs/Umweltverbände</w:t>
            </w:r>
            <w:r w:rsidR="00DC7445" w:rsidRPr="00C03FB9">
              <w:rPr>
                <w:rFonts w:ascii="Arial" w:eastAsia="Times New Roman" w:hAnsi="Arial" w:cs="Arial"/>
                <w:color w:val="000000"/>
                <w:lang w:val="de-CH" w:eastAsia="de-CH"/>
              </w:rPr>
              <w:t>:</w:t>
            </w:r>
            <w:r w:rsidRPr="00C03FB9">
              <w:rPr>
                <w:rFonts w:ascii="Arial" w:eastAsia="Times New Roman" w:hAnsi="Arial" w:cs="Arial"/>
                <w:color w:val="000000"/>
                <w:lang w:val="de-CH" w:eastAsia="de-CH"/>
              </w:rPr>
              <w:t xml:space="preserve"> </w:t>
            </w:r>
            <w:r w:rsidR="00DC7445" w:rsidRPr="00C03FB9">
              <w:rPr>
                <w:rFonts w:ascii="Arial" w:eastAsia="Times New Roman" w:hAnsi="Arial" w:cs="Arial"/>
                <w:color w:val="000000"/>
                <w:lang w:val="de-CH" w:eastAsia="de-CH"/>
              </w:rPr>
              <w:t>Interviews</w:t>
            </w:r>
          </w:p>
        </w:tc>
        <w:tc>
          <w:tcPr>
            <w:tcW w:w="780" w:type="dxa"/>
            <w:tcBorders>
              <w:top w:val="nil"/>
              <w:left w:val="nil"/>
              <w:bottom w:val="nil"/>
              <w:right w:val="nil"/>
            </w:tcBorders>
            <w:noWrap/>
            <w:vAlign w:val="bottom"/>
            <w:hideMark/>
          </w:tcPr>
          <w:p w14:paraId="3AA8D83A" w14:textId="77777777" w:rsidR="008D3E0B" w:rsidRPr="00C03FB9" w:rsidRDefault="008D3E0B" w:rsidP="008D3E0B">
            <w:pPr>
              <w:spacing w:after="0" w:line="240" w:lineRule="auto"/>
              <w:rPr>
                <w:rFonts w:ascii="Arial" w:eastAsia="Times New Roman" w:hAnsi="Arial" w:cs="Arial"/>
                <w:color w:val="000000"/>
                <w:lang w:val="de-CH" w:eastAsia="de-CH"/>
              </w:rPr>
            </w:pPr>
          </w:p>
        </w:tc>
        <w:tc>
          <w:tcPr>
            <w:tcW w:w="780" w:type="dxa"/>
            <w:tcBorders>
              <w:top w:val="nil"/>
              <w:left w:val="nil"/>
              <w:bottom w:val="nil"/>
              <w:right w:val="nil"/>
            </w:tcBorders>
            <w:noWrap/>
            <w:vAlign w:val="bottom"/>
            <w:hideMark/>
          </w:tcPr>
          <w:p w14:paraId="7A7BFFC2" w14:textId="77777777" w:rsidR="008D3E0B" w:rsidRPr="00C03FB9" w:rsidRDefault="008D3E0B" w:rsidP="008D3E0B">
            <w:pPr>
              <w:spacing w:after="0" w:line="240" w:lineRule="auto"/>
              <w:rPr>
                <w:rFonts w:ascii="Arial" w:eastAsia="Times New Roman" w:hAnsi="Arial" w:cs="Arial"/>
                <w:color w:val="00B050"/>
                <w:lang w:val="de-CH" w:eastAsia="de-CH"/>
              </w:rPr>
            </w:pPr>
            <w:r w:rsidRPr="00C03FB9">
              <w:rPr>
                <w:rFonts w:ascii="Arial" w:eastAsia="Times New Roman" w:hAnsi="Arial" w:cs="Arial"/>
                <w:color w:val="00B050"/>
                <w:lang w:val="de-CH" w:eastAsia="de-CH"/>
              </w:rPr>
              <w:t>▲</w:t>
            </w:r>
          </w:p>
        </w:tc>
        <w:tc>
          <w:tcPr>
            <w:tcW w:w="780" w:type="dxa"/>
            <w:tcBorders>
              <w:top w:val="nil"/>
              <w:left w:val="nil"/>
              <w:bottom w:val="nil"/>
              <w:right w:val="nil"/>
            </w:tcBorders>
            <w:noWrap/>
            <w:vAlign w:val="bottom"/>
            <w:hideMark/>
          </w:tcPr>
          <w:p w14:paraId="020FBBC1" w14:textId="77777777" w:rsidR="008D3E0B" w:rsidRPr="00C03FB9" w:rsidRDefault="008D3E0B" w:rsidP="008D3E0B">
            <w:pPr>
              <w:spacing w:after="0" w:line="240" w:lineRule="auto"/>
              <w:rPr>
                <w:rFonts w:ascii="Arial" w:eastAsia="Times New Roman" w:hAnsi="Arial" w:cs="Arial"/>
                <w:color w:val="00B050"/>
                <w:lang w:val="de-CH" w:eastAsia="de-CH"/>
              </w:rPr>
            </w:pPr>
          </w:p>
        </w:tc>
        <w:tc>
          <w:tcPr>
            <w:tcW w:w="780" w:type="dxa"/>
            <w:tcBorders>
              <w:top w:val="nil"/>
              <w:left w:val="nil"/>
              <w:bottom w:val="nil"/>
              <w:right w:val="single" w:sz="4" w:space="0" w:color="A6A6A6"/>
            </w:tcBorders>
            <w:noWrap/>
            <w:vAlign w:val="bottom"/>
            <w:hideMark/>
          </w:tcPr>
          <w:p w14:paraId="30A27B69" w14:textId="77777777" w:rsidR="008D3E0B" w:rsidRPr="00C03FB9" w:rsidRDefault="008D3E0B" w:rsidP="008D3E0B">
            <w:pPr>
              <w:spacing w:after="0" w:line="240" w:lineRule="auto"/>
              <w:rPr>
                <w:rFonts w:ascii="Arial" w:eastAsia="Times New Roman" w:hAnsi="Arial" w:cs="Arial"/>
                <w:color w:val="FF0000"/>
                <w:lang w:val="de-CH" w:eastAsia="de-CH"/>
              </w:rPr>
            </w:pPr>
            <w:r w:rsidRPr="00C03FB9">
              <w:rPr>
                <w:rFonts w:ascii="Arial" w:eastAsia="Times New Roman" w:hAnsi="Arial" w:cs="Arial"/>
                <w:color w:val="FF0000"/>
                <w:lang w:val="de-CH" w:eastAsia="de-CH"/>
              </w:rPr>
              <w:t> </w:t>
            </w:r>
          </w:p>
        </w:tc>
        <w:tc>
          <w:tcPr>
            <w:tcW w:w="780" w:type="dxa"/>
            <w:tcBorders>
              <w:top w:val="nil"/>
              <w:left w:val="nil"/>
              <w:bottom w:val="nil"/>
              <w:right w:val="nil"/>
            </w:tcBorders>
            <w:noWrap/>
            <w:vAlign w:val="bottom"/>
            <w:hideMark/>
          </w:tcPr>
          <w:p w14:paraId="646529A3" w14:textId="77777777" w:rsidR="008D3E0B" w:rsidRPr="00C03FB9" w:rsidRDefault="008D3E0B" w:rsidP="008D3E0B">
            <w:pPr>
              <w:spacing w:after="0" w:line="240" w:lineRule="auto"/>
              <w:rPr>
                <w:rFonts w:ascii="Arial" w:eastAsia="Times New Roman" w:hAnsi="Arial" w:cs="Arial"/>
                <w:color w:val="00B050"/>
                <w:lang w:val="de-CH" w:eastAsia="de-CH"/>
              </w:rPr>
            </w:pPr>
            <w:r w:rsidRPr="00C03FB9">
              <w:rPr>
                <w:rFonts w:ascii="Arial" w:eastAsia="Times New Roman" w:hAnsi="Arial" w:cs="Arial"/>
                <w:color w:val="00B050"/>
                <w:lang w:val="de-CH" w:eastAsia="de-CH"/>
              </w:rPr>
              <w:t>▲</w:t>
            </w:r>
          </w:p>
        </w:tc>
        <w:tc>
          <w:tcPr>
            <w:tcW w:w="780" w:type="dxa"/>
            <w:tcBorders>
              <w:top w:val="nil"/>
              <w:left w:val="nil"/>
              <w:bottom w:val="nil"/>
              <w:right w:val="nil"/>
            </w:tcBorders>
            <w:noWrap/>
            <w:vAlign w:val="bottom"/>
            <w:hideMark/>
          </w:tcPr>
          <w:p w14:paraId="17FB2F6E" w14:textId="77777777" w:rsidR="008D3E0B" w:rsidRPr="00C03FB9" w:rsidRDefault="008D3E0B" w:rsidP="008D3E0B">
            <w:pPr>
              <w:spacing w:after="0" w:line="240" w:lineRule="auto"/>
              <w:rPr>
                <w:rFonts w:ascii="Arial" w:eastAsia="Times New Roman" w:hAnsi="Arial" w:cs="Arial"/>
                <w:color w:val="00B050"/>
                <w:lang w:val="de-CH" w:eastAsia="de-CH"/>
              </w:rPr>
            </w:pPr>
          </w:p>
        </w:tc>
        <w:tc>
          <w:tcPr>
            <w:tcW w:w="780" w:type="dxa"/>
            <w:tcBorders>
              <w:top w:val="nil"/>
              <w:left w:val="nil"/>
              <w:bottom w:val="nil"/>
              <w:right w:val="nil"/>
            </w:tcBorders>
            <w:noWrap/>
            <w:vAlign w:val="bottom"/>
            <w:hideMark/>
          </w:tcPr>
          <w:p w14:paraId="1A5740F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single" w:sz="4" w:space="0" w:color="A6A6A6"/>
            </w:tcBorders>
            <w:noWrap/>
            <w:vAlign w:val="bottom"/>
            <w:hideMark/>
          </w:tcPr>
          <w:p w14:paraId="206316F3" w14:textId="77777777" w:rsidR="008D3E0B" w:rsidRPr="00C03FB9" w:rsidRDefault="008D3E0B" w:rsidP="008D3E0B">
            <w:pPr>
              <w:spacing w:after="0" w:line="240" w:lineRule="auto"/>
              <w:rPr>
                <w:rFonts w:ascii="Arial" w:eastAsia="Times New Roman" w:hAnsi="Arial" w:cs="Arial"/>
                <w:color w:val="00B050"/>
                <w:lang w:val="de-CH" w:eastAsia="de-CH"/>
              </w:rPr>
            </w:pPr>
            <w:r w:rsidRPr="00C03FB9">
              <w:rPr>
                <w:rFonts w:ascii="Arial" w:eastAsia="Times New Roman" w:hAnsi="Arial" w:cs="Arial"/>
                <w:color w:val="00B050"/>
                <w:lang w:val="de-CH" w:eastAsia="de-CH"/>
              </w:rPr>
              <w:t>▲</w:t>
            </w:r>
          </w:p>
        </w:tc>
        <w:tc>
          <w:tcPr>
            <w:tcW w:w="780" w:type="dxa"/>
            <w:tcBorders>
              <w:top w:val="nil"/>
              <w:left w:val="nil"/>
              <w:bottom w:val="nil"/>
              <w:right w:val="nil"/>
            </w:tcBorders>
            <w:noWrap/>
            <w:vAlign w:val="bottom"/>
            <w:hideMark/>
          </w:tcPr>
          <w:p w14:paraId="14742100" w14:textId="77777777" w:rsidR="008D3E0B" w:rsidRPr="00C03FB9" w:rsidRDefault="008D3E0B" w:rsidP="008D3E0B">
            <w:pPr>
              <w:spacing w:after="0" w:line="240" w:lineRule="auto"/>
              <w:rPr>
                <w:rFonts w:ascii="Arial" w:eastAsia="Times New Roman" w:hAnsi="Arial" w:cs="Arial"/>
                <w:color w:val="00B050"/>
                <w:lang w:val="de-CH" w:eastAsia="de-CH"/>
              </w:rPr>
            </w:pPr>
          </w:p>
        </w:tc>
        <w:tc>
          <w:tcPr>
            <w:tcW w:w="780" w:type="dxa"/>
            <w:tcBorders>
              <w:top w:val="nil"/>
              <w:left w:val="nil"/>
              <w:bottom w:val="nil"/>
              <w:right w:val="nil"/>
            </w:tcBorders>
            <w:noWrap/>
            <w:vAlign w:val="bottom"/>
            <w:hideMark/>
          </w:tcPr>
          <w:p w14:paraId="4622C3BB"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3EBBC8C1" w14:textId="77777777" w:rsidR="008D3E0B" w:rsidRPr="00C03FB9" w:rsidRDefault="008D3E0B" w:rsidP="008D3E0B">
            <w:pPr>
              <w:spacing w:after="0" w:line="240" w:lineRule="auto"/>
              <w:rPr>
                <w:rFonts w:ascii="Arial" w:eastAsia="Times New Roman" w:hAnsi="Arial" w:cs="Arial"/>
                <w:sz w:val="20"/>
                <w:szCs w:val="20"/>
                <w:lang w:val="de-CH" w:eastAsia="de-CH"/>
              </w:rPr>
            </w:pPr>
          </w:p>
        </w:tc>
        <w:tc>
          <w:tcPr>
            <w:tcW w:w="780" w:type="dxa"/>
            <w:tcBorders>
              <w:top w:val="nil"/>
              <w:left w:val="nil"/>
              <w:bottom w:val="nil"/>
              <w:right w:val="nil"/>
            </w:tcBorders>
            <w:noWrap/>
            <w:vAlign w:val="bottom"/>
            <w:hideMark/>
          </w:tcPr>
          <w:p w14:paraId="45117C90" w14:textId="77777777" w:rsidR="008D3E0B" w:rsidRPr="00C03FB9" w:rsidRDefault="008D3E0B" w:rsidP="008D3E0B">
            <w:pPr>
              <w:spacing w:after="0" w:line="240" w:lineRule="auto"/>
              <w:rPr>
                <w:rFonts w:ascii="Arial" w:eastAsia="Times New Roman" w:hAnsi="Arial" w:cs="Arial"/>
                <w:sz w:val="20"/>
                <w:szCs w:val="20"/>
                <w:lang w:val="de-CH" w:eastAsia="de-CH"/>
              </w:rPr>
            </w:pPr>
          </w:p>
        </w:tc>
      </w:tr>
    </w:tbl>
    <w:p w14:paraId="7CD17FA9" w14:textId="77777777" w:rsidR="008D3E0B" w:rsidRPr="00C03FB9" w:rsidRDefault="008D3E0B" w:rsidP="00D15A78">
      <w:pPr>
        <w:rPr>
          <w:rFonts w:ascii="Arial" w:hAnsi="Arial" w:cs="Arial"/>
          <w:lang w:val="de-CH"/>
        </w:rPr>
      </w:pPr>
    </w:p>
    <w:sectPr w:rsidR="008D3E0B" w:rsidRPr="00C03FB9" w:rsidSect="00261B0B">
      <w:pgSz w:w="15840" w:h="12240" w:orient="landscape"/>
      <w:pgMar w:top="1418" w:right="1440"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BDF6" w14:textId="77777777" w:rsidR="009D70A3" w:rsidRDefault="009D70A3" w:rsidP="00B848F3">
      <w:pPr>
        <w:spacing w:after="0" w:line="240" w:lineRule="auto"/>
      </w:pPr>
      <w:r>
        <w:separator/>
      </w:r>
    </w:p>
  </w:endnote>
  <w:endnote w:type="continuationSeparator" w:id="0">
    <w:p w14:paraId="1F6EAE5E" w14:textId="77777777" w:rsidR="009D70A3" w:rsidRDefault="009D70A3" w:rsidP="00B848F3">
      <w:pPr>
        <w:spacing w:after="0" w:line="240" w:lineRule="auto"/>
      </w:pPr>
      <w:r>
        <w:continuationSeparator/>
      </w:r>
    </w:p>
  </w:endnote>
  <w:endnote w:type="continuationNotice" w:id="1">
    <w:p w14:paraId="238B54E1" w14:textId="77777777" w:rsidR="009D70A3" w:rsidRDefault="009D70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altName w:val="Cambria"/>
    <w:panose1 w:val="00000000000000000000"/>
    <w:charset w:val="00"/>
    <w:family w:val="auto"/>
    <w:pitch w:val="variable"/>
    <w:sig w:usb0="A10000FF" w:usb1="4000607B" w:usb2="00000000" w:usb3="00000000" w:csb0="00000193" w:csb1="00000000"/>
  </w:font>
  <w:font w:name="Plus Jakarta Sans SemiBold">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A410" w14:textId="77777777" w:rsidR="00C948C1" w:rsidRDefault="00C948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3617877"/>
      <w:docPartObj>
        <w:docPartGallery w:val="Page Numbers (Bottom of Page)"/>
        <w:docPartUnique/>
      </w:docPartObj>
    </w:sdtPr>
    <w:sdtEndPr/>
    <w:sdtContent>
      <w:p w14:paraId="1948FB3F" w14:textId="2578D4E3" w:rsidR="00B848F3" w:rsidRPr="00C03FB9" w:rsidRDefault="00800A79" w:rsidP="004A1701">
        <w:pPr>
          <w:pStyle w:val="Fuzeile"/>
          <w:tabs>
            <w:tab w:val="clear" w:pos="4680"/>
            <w:tab w:val="clear" w:pos="9360"/>
            <w:tab w:val="right" w:pos="12900"/>
          </w:tabs>
          <w:rPr>
            <w:rFonts w:ascii="Arial" w:hAnsi="Arial" w:cs="Arial"/>
            <w:sz w:val="20"/>
            <w:szCs w:val="20"/>
            <w:lang w:val="de-CH"/>
          </w:rPr>
        </w:pPr>
        <w:r w:rsidRPr="00C03FB9">
          <w:rPr>
            <w:rFonts w:ascii="Arial" w:hAnsi="Arial" w:cs="Arial"/>
            <w:sz w:val="20"/>
            <w:szCs w:val="20"/>
            <w:lang w:val="de-CH"/>
          </w:rPr>
          <w:t>Stakeholder</w:t>
        </w:r>
        <w:r w:rsidR="004A1701" w:rsidRPr="00C03FB9">
          <w:rPr>
            <w:rFonts w:ascii="Arial" w:hAnsi="Arial" w:cs="Arial"/>
            <w:sz w:val="20"/>
            <w:szCs w:val="20"/>
            <w:lang w:val="de-CH"/>
          </w:rPr>
          <w:t>analyse</w:t>
        </w:r>
        <w:r w:rsidR="004A1701" w:rsidRPr="00C03FB9">
          <w:rPr>
            <w:rFonts w:ascii="Arial" w:hAnsi="Arial" w:cs="Arial"/>
            <w:sz w:val="20"/>
            <w:szCs w:val="20"/>
            <w:lang w:val="de-CH"/>
          </w:rPr>
          <w:tab/>
        </w:r>
        <w:r w:rsidR="00B848F3" w:rsidRPr="00C03FB9">
          <w:rPr>
            <w:rFonts w:ascii="Arial" w:hAnsi="Arial" w:cs="Arial"/>
            <w:sz w:val="20"/>
            <w:szCs w:val="20"/>
          </w:rPr>
          <w:fldChar w:fldCharType="begin"/>
        </w:r>
        <w:r w:rsidR="00B848F3" w:rsidRPr="00C03FB9">
          <w:rPr>
            <w:rFonts w:ascii="Arial" w:hAnsi="Arial" w:cs="Arial"/>
            <w:sz w:val="20"/>
            <w:szCs w:val="20"/>
            <w:lang w:val="de-CH"/>
          </w:rPr>
          <w:instrText>PAGE   \* MERGEFORMAT</w:instrText>
        </w:r>
        <w:r w:rsidR="00B848F3" w:rsidRPr="00C03FB9">
          <w:rPr>
            <w:rFonts w:ascii="Arial" w:hAnsi="Arial" w:cs="Arial"/>
            <w:sz w:val="20"/>
            <w:szCs w:val="20"/>
          </w:rPr>
          <w:fldChar w:fldCharType="separate"/>
        </w:r>
        <w:r w:rsidR="00B848F3" w:rsidRPr="00C03FB9">
          <w:rPr>
            <w:rFonts w:ascii="Arial" w:hAnsi="Arial" w:cs="Arial"/>
            <w:sz w:val="20"/>
            <w:szCs w:val="20"/>
            <w:lang w:val="de-DE"/>
          </w:rPr>
          <w:t>2</w:t>
        </w:r>
        <w:r w:rsidR="00B848F3" w:rsidRPr="00C03FB9">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2D4E" w14:textId="77777777" w:rsidR="00C948C1" w:rsidRDefault="00C948C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94158692"/>
      <w:docPartObj>
        <w:docPartGallery w:val="Page Numbers (Bottom of Page)"/>
        <w:docPartUnique/>
      </w:docPartObj>
    </w:sdtPr>
    <w:sdtEndPr/>
    <w:sdtContent>
      <w:p w14:paraId="2978AA84" w14:textId="72C4BD06" w:rsidR="004D6CE2" w:rsidRPr="00C948C1" w:rsidRDefault="004D6CE2" w:rsidP="00CD2C9D">
        <w:pPr>
          <w:pStyle w:val="Fuzeile"/>
          <w:tabs>
            <w:tab w:val="clear" w:pos="4680"/>
            <w:tab w:val="clear" w:pos="9360"/>
            <w:tab w:val="right" w:pos="12900"/>
          </w:tabs>
          <w:rPr>
            <w:rFonts w:ascii="Arial" w:hAnsi="Arial" w:cs="Arial"/>
            <w:sz w:val="20"/>
            <w:szCs w:val="20"/>
            <w:lang w:val="de-CH"/>
          </w:rPr>
        </w:pPr>
        <w:r w:rsidRPr="00C948C1">
          <w:rPr>
            <w:rFonts w:ascii="Arial" w:hAnsi="Arial" w:cs="Arial"/>
            <w:sz w:val="20"/>
            <w:szCs w:val="20"/>
            <w:lang w:val="de-CH"/>
          </w:rPr>
          <w:t>Stakeholder</w:t>
        </w:r>
        <w:r w:rsidR="00CD2C9D" w:rsidRPr="00C948C1">
          <w:rPr>
            <w:rFonts w:ascii="Arial" w:hAnsi="Arial" w:cs="Arial"/>
            <w:sz w:val="20"/>
            <w:szCs w:val="20"/>
            <w:lang w:val="de-CH"/>
          </w:rPr>
          <w:t>a</w:t>
        </w:r>
        <w:r w:rsidRPr="00C948C1">
          <w:rPr>
            <w:rFonts w:ascii="Arial" w:hAnsi="Arial" w:cs="Arial"/>
            <w:sz w:val="20"/>
            <w:szCs w:val="20"/>
            <w:lang w:val="de-CH"/>
          </w:rPr>
          <w:t>nalyse</w:t>
        </w:r>
        <w:r w:rsidRPr="00C948C1">
          <w:rPr>
            <w:rFonts w:ascii="Arial" w:hAnsi="Arial" w:cs="Arial"/>
            <w:sz w:val="20"/>
            <w:szCs w:val="20"/>
            <w:lang w:val="de-CH"/>
          </w:rPr>
          <w:tab/>
        </w:r>
        <w:r w:rsidRPr="00C948C1">
          <w:rPr>
            <w:rFonts w:ascii="Arial" w:hAnsi="Arial" w:cs="Arial"/>
            <w:sz w:val="20"/>
            <w:szCs w:val="20"/>
          </w:rPr>
          <w:fldChar w:fldCharType="begin"/>
        </w:r>
        <w:r w:rsidRPr="00C948C1">
          <w:rPr>
            <w:rFonts w:ascii="Arial" w:hAnsi="Arial" w:cs="Arial"/>
            <w:sz w:val="20"/>
            <w:szCs w:val="20"/>
            <w:lang w:val="de-CH"/>
          </w:rPr>
          <w:instrText>PAGE   \* MERGEFORMAT</w:instrText>
        </w:r>
        <w:r w:rsidRPr="00C948C1">
          <w:rPr>
            <w:rFonts w:ascii="Arial" w:hAnsi="Arial" w:cs="Arial"/>
            <w:sz w:val="20"/>
            <w:szCs w:val="20"/>
          </w:rPr>
          <w:fldChar w:fldCharType="separate"/>
        </w:r>
        <w:r w:rsidRPr="00C948C1">
          <w:rPr>
            <w:rFonts w:ascii="Arial" w:hAnsi="Arial" w:cs="Arial"/>
            <w:sz w:val="20"/>
            <w:szCs w:val="20"/>
            <w:lang w:val="de-DE"/>
          </w:rPr>
          <w:t>2</w:t>
        </w:r>
        <w:r w:rsidRPr="00C948C1">
          <w:rPr>
            <w:rFonts w:ascii="Arial" w:hAnsi="Arial" w:cs="Arial"/>
            <w:sz w:val="20"/>
            <w:szCs w:val="20"/>
          </w:rPr>
          <w:fldChar w:fldCharType="end"/>
        </w:r>
      </w:p>
    </w:sdtContent>
  </w:sdt>
  <w:p w14:paraId="15324D2B" w14:textId="77777777" w:rsidR="004D6CE2" w:rsidRPr="0029040A" w:rsidRDefault="004D6CE2">
    <w:pPr>
      <w:pStyle w:val="Fuzeile"/>
      <w:rPr>
        <w:lang w:val="de-CH"/>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72308080"/>
      <w:docPartObj>
        <w:docPartGallery w:val="Page Numbers (Bottom of Page)"/>
        <w:docPartUnique/>
      </w:docPartObj>
    </w:sdtPr>
    <w:sdtEndPr/>
    <w:sdtContent>
      <w:p w14:paraId="13D3B0A4" w14:textId="3E783CDA" w:rsidR="007347F1" w:rsidRPr="00C948C1" w:rsidRDefault="007347F1" w:rsidP="00F71F67">
        <w:pPr>
          <w:pStyle w:val="Fuzeile"/>
          <w:tabs>
            <w:tab w:val="clear" w:pos="4680"/>
            <w:tab w:val="clear" w:pos="9360"/>
            <w:tab w:val="right" w:pos="14175"/>
          </w:tabs>
          <w:rPr>
            <w:rFonts w:ascii="Arial" w:hAnsi="Arial" w:cs="Arial"/>
            <w:sz w:val="20"/>
            <w:szCs w:val="20"/>
            <w:lang w:val="de-CH"/>
          </w:rPr>
        </w:pPr>
        <w:r w:rsidRPr="00C948C1">
          <w:rPr>
            <w:rFonts w:ascii="Arial" w:hAnsi="Arial" w:cs="Arial"/>
            <w:sz w:val="20"/>
            <w:szCs w:val="20"/>
            <w:lang w:val="de-CH"/>
          </w:rPr>
          <w:t>Stakeholder</w:t>
        </w:r>
        <w:r w:rsidR="00F71F67" w:rsidRPr="00C948C1">
          <w:rPr>
            <w:rFonts w:ascii="Arial" w:hAnsi="Arial" w:cs="Arial"/>
            <w:sz w:val="20"/>
            <w:szCs w:val="20"/>
            <w:lang w:val="de-CH"/>
          </w:rPr>
          <w:t>analyse</w:t>
        </w:r>
        <w:r w:rsidRPr="00C948C1">
          <w:rPr>
            <w:rFonts w:ascii="Arial" w:hAnsi="Arial" w:cs="Arial"/>
            <w:sz w:val="20"/>
            <w:szCs w:val="20"/>
            <w:lang w:val="de-CH"/>
          </w:rPr>
          <w:tab/>
        </w:r>
        <w:r w:rsidRPr="00C948C1">
          <w:rPr>
            <w:rFonts w:ascii="Arial" w:hAnsi="Arial" w:cs="Arial"/>
            <w:sz w:val="20"/>
            <w:szCs w:val="20"/>
          </w:rPr>
          <w:fldChar w:fldCharType="begin"/>
        </w:r>
        <w:r w:rsidRPr="00C948C1">
          <w:rPr>
            <w:rFonts w:ascii="Arial" w:hAnsi="Arial" w:cs="Arial"/>
            <w:sz w:val="20"/>
            <w:szCs w:val="20"/>
            <w:lang w:val="de-CH"/>
          </w:rPr>
          <w:instrText>PAGE   \* MERGEFORMAT</w:instrText>
        </w:r>
        <w:r w:rsidRPr="00C948C1">
          <w:rPr>
            <w:rFonts w:ascii="Arial" w:hAnsi="Arial" w:cs="Arial"/>
            <w:sz w:val="20"/>
            <w:szCs w:val="20"/>
          </w:rPr>
          <w:fldChar w:fldCharType="separate"/>
        </w:r>
        <w:r w:rsidRPr="00C948C1">
          <w:rPr>
            <w:rFonts w:ascii="Arial" w:hAnsi="Arial" w:cs="Arial"/>
            <w:sz w:val="20"/>
            <w:szCs w:val="20"/>
            <w:lang w:val="de-DE"/>
          </w:rPr>
          <w:t>2</w:t>
        </w:r>
        <w:r w:rsidRPr="00C948C1">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86855" w14:textId="77777777" w:rsidR="009D70A3" w:rsidRDefault="009D70A3" w:rsidP="00B848F3">
      <w:pPr>
        <w:spacing w:after="0" w:line="240" w:lineRule="auto"/>
      </w:pPr>
      <w:r>
        <w:separator/>
      </w:r>
    </w:p>
  </w:footnote>
  <w:footnote w:type="continuationSeparator" w:id="0">
    <w:p w14:paraId="56F6B95F" w14:textId="77777777" w:rsidR="009D70A3" w:rsidRDefault="009D70A3" w:rsidP="00B848F3">
      <w:pPr>
        <w:spacing w:after="0" w:line="240" w:lineRule="auto"/>
      </w:pPr>
      <w:r>
        <w:continuationSeparator/>
      </w:r>
    </w:p>
  </w:footnote>
  <w:footnote w:type="continuationNotice" w:id="1">
    <w:p w14:paraId="7294FE6B" w14:textId="77777777" w:rsidR="009D70A3" w:rsidRDefault="009D70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57E7" w14:textId="77777777" w:rsidR="00C948C1" w:rsidRDefault="00C948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7C9B" w14:textId="6FF93F72" w:rsidR="00D32E0E" w:rsidRPr="00C03FB9" w:rsidRDefault="0058685A" w:rsidP="00C03FB9">
    <w:pPr>
      <w:pStyle w:val="Kopfzeile"/>
      <w:tabs>
        <w:tab w:val="left" w:pos="1567"/>
        <w:tab w:val="right" w:pos="12960"/>
      </w:tabs>
      <w:rPr>
        <w:rFonts w:ascii="Arial" w:hAnsi="Arial" w:cs="Arial"/>
        <w:sz w:val="20"/>
        <w:szCs w:val="20"/>
        <w:lang w:val="de-CH"/>
      </w:rPr>
    </w:pPr>
    <w:r w:rsidRPr="00C03FB9">
      <w:rPr>
        <w:rFonts w:ascii="Arial" w:hAnsi="Arial" w:cs="Arial"/>
        <w:sz w:val="20"/>
        <w:szCs w:val="20"/>
        <w:lang w:val="de-CH"/>
      </w:rPr>
      <w:t xml:space="preserve">Toolbox - </w:t>
    </w:r>
    <w:r w:rsidR="00D32E0E" w:rsidRPr="00C03FB9">
      <w:rPr>
        <w:rFonts w:ascii="Arial" w:hAnsi="Arial" w:cs="Arial"/>
        <w:sz w:val="20"/>
        <w:szCs w:val="20"/>
        <w:lang w:val="de-CH"/>
      </w:rPr>
      <w:t xml:space="preserve">Nachhaltigkeitsmanagement in Tourismusdestinationen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9935" w14:textId="77777777" w:rsidR="00C948C1" w:rsidRDefault="00C948C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F79F" w14:textId="77777777" w:rsidR="004D6CE2" w:rsidRPr="00C948C1" w:rsidRDefault="004D6CE2" w:rsidP="00C948C1">
    <w:pPr>
      <w:pStyle w:val="Kopfzeile"/>
      <w:tabs>
        <w:tab w:val="left" w:pos="1567"/>
        <w:tab w:val="right" w:pos="12960"/>
      </w:tabs>
      <w:rPr>
        <w:rFonts w:ascii="Arial" w:hAnsi="Arial" w:cs="Arial"/>
        <w:sz w:val="20"/>
        <w:szCs w:val="20"/>
        <w:lang w:val="de-CH"/>
      </w:rPr>
    </w:pPr>
    <w:r w:rsidRPr="00C948C1">
      <w:rPr>
        <w:rFonts w:ascii="Arial" w:hAnsi="Arial" w:cs="Arial"/>
        <w:sz w:val="20"/>
        <w:szCs w:val="20"/>
        <w:lang w:val="de-CH"/>
      </w:rPr>
      <w:t xml:space="preserve">Toolbox - Nachhaltigkeitsmanagement in Tourismusdestinationen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1264" w14:textId="77777777" w:rsidR="007347F1" w:rsidRPr="00C948C1" w:rsidRDefault="007347F1" w:rsidP="00C948C1">
    <w:pPr>
      <w:pStyle w:val="Fuzeile"/>
      <w:tabs>
        <w:tab w:val="clear" w:pos="4680"/>
        <w:tab w:val="clear" w:pos="9360"/>
        <w:tab w:val="right" w:pos="14175"/>
      </w:tabs>
      <w:rPr>
        <w:rFonts w:ascii="Arial" w:hAnsi="Arial" w:cs="Arial"/>
        <w:sz w:val="20"/>
        <w:szCs w:val="20"/>
        <w:lang w:val="de-CH"/>
      </w:rPr>
    </w:pPr>
    <w:r w:rsidRPr="00C948C1">
      <w:rPr>
        <w:rFonts w:ascii="Arial" w:hAnsi="Arial" w:cs="Arial"/>
        <w:sz w:val="20"/>
        <w:szCs w:val="20"/>
      </w:rPr>
      <w:t>Toolbox</w:t>
    </w:r>
    <w:r w:rsidRPr="00C948C1">
      <w:rPr>
        <w:rFonts w:ascii="Arial" w:hAnsi="Arial" w:cs="Arial"/>
        <w:sz w:val="20"/>
        <w:szCs w:val="20"/>
        <w:lang w:val="de-CH"/>
      </w:rPr>
      <w:t xml:space="preserve"> - Nachhaltigkeitsmanagement in Tourismusdestinationen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3E214A1"/>
    <w:multiLevelType w:val="hybridMultilevel"/>
    <w:tmpl w:val="28BE8870"/>
    <w:lvl w:ilvl="0" w:tplc="4E14D9EE">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C2E79BA"/>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6D1BCD"/>
    <w:multiLevelType w:val="hybridMultilevel"/>
    <w:tmpl w:val="9A74E206"/>
    <w:lvl w:ilvl="0" w:tplc="4E14D9EE">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4BD3FDC"/>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B1140B"/>
    <w:multiLevelType w:val="multilevel"/>
    <w:tmpl w:val="8DD48160"/>
    <w:lvl w:ilvl="0">
      <w:start w:val="1"/>
      <w:numFmt w:val="decimal"/>
      <w:pStyle w:val="berschrift1"/>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8407CE3"/>
    <w:multiLevelType w:val="hybridMultilevel"/>
    <w:tmpl w:val="3BB859D2"/>
    <w:lvl w:ilvl="0" w:tplc="08070003">
      <w:start w:val="1"/>
      <w:numFmt w:val="bullet"/>
      <w:lvlText w:val="o"/>
      <w:lvlJc w:val="left"/>
      <w:pPr>
        <w:tabs>
          <w:tab w:val="num" w:pos="720"/>
        </w:tabs>
        <w:ind w:left="720" w:hanging="360"/>
      </w:pPr>
      <w:rPr>
        <w:rFonts w:ascii="Courier New" w:hAnsi="Courier New" w:cs="Courier New"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EF2940"/>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D778D7"/>
    <w:multiLevelType w:val="hybridMultilevel"/>
    <w:tmpl w:val="3006D5B2"/>
    <w:lvl w:ilvl="0" w:tplc="0807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B52479"/>
    <w:multiLevelType w:val="hybridMultilevel"/>
    <w:tmpl w:val="740A117E"/>
    <w:lvl w:ilvl="0" w:tplc="08070003">
      <w:start w:val="1"/>
      <w:numFmt w:val="bullet"/>
      <w:lvlText w:val="o"/>
      <w:lvlJc w:val="left"/>
      <w:pPr>
        <w:ind w:left="1713" w:hanging="360"/>
      </w:pPr>
      <w:rPr>
        <w:rFonts w:ascii="Courier New" w:hAnsi="Courier New" w:cs="Courier New"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8" w15:restartNumberingAfterBreak="0">
    <w:nsid w:val="256D01C1"/>
    <w:multiLevelType w:val="hybridMultilevel"/>
    <w:tmpl w:val="60A28A00"/>
    <w:lvl w:ilvl="0" w:tplc="FFFFFFFF">
      <w:start w:val="1"/>
      <w:numFmt w:val="bullet"/>
      <w:lvlText w:val=""/>
      <w:lvlJc w:val="left"/>
      <w:pPr>
        <w:ind w:left="720" w:hanging="360"/>
      </w:pPr>
      <w:rPr>
        <w:rFonts w:ascii="Symbol" w:hAnsi="Symbol" w:hint="default"/>
      </w:rPr>
    </w:lvl>
    <w:lvl w:ilvl="1" w:tplc="08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2A2B59"/>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5A39AD"/>
    <w:multiLevelType w:val="hybridMultilevel"/>
    <w:tmpl w:val="164CB886"/>
    <w:lvl w:ilvl="0" w:tplc="08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786D1E"/>
    <w:multiLevelType w:val="hybridMultilevel"/>
    <w:tmpl w:val="E1528C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DFC3640"/>
    <w:multiLevelType w:val="hybridMultilevel"/>
    <w:tmpl w:val="0944EE9E"/>
    <w:lvl w:ilvl="0" w:tplc="4E14D9EE">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1837B61"/>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EA460B"/>
    <w:multiLevelType w:val="hybridMultilevel"/>
    <w:tmpl w:val="2F76130E"/>
    <w:lvl w:ilvl="0" w:tplc="279ABAE4">
      <w:numFmt w:val="bullet"/>
      <w:lvlText w:val=""/>
      <w:lvlJc w:val="left"/>
      <w:pPr>
        <w:ind w:left="720" w:hanging="360"/>
      </w:pPr>
      <w:rPr>
        <w:rFonts w:ascii="Symbol" w:eastAsiaTheme="minorEastAsia"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48264F3"/>
    <w:multiLevelType w:val="hybridMultilevel"/>
    <w:tmpl w:val="2834AB34"/>
    <w:lvl w:ilvl="0" w:tplc="4E14D9EE">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D241603"/>
    <w:multiLevelType w:val="multilevel"/>
    <w:tmpl w:val="12A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318225">
    <w:abstractNumId w:val="8"/>
  </w:num>
  <w:num w:numId="2" w16cid:durableId="479033291">
    <w:abstractNumId w:val="6"/>
  </w:num>
  <w:num w:numId="3" w16cid:durableId="1001810782">
    <w:abstractNumId w:val="5"/>
  </w:num>
  <w:num w:numId="4" w16cid:durableId="801074711">
    <w:abstractNumId w:val="4"/>
  </w:num>
  <w:num w:numId="5" w16cid:durableId="608512122">
    <w:abstractNumId w:val="7"/>
  </w:num>
  <w:num w:numId="6" w16cid:durableId="416369011">
    <w:abstractNumId w:val="3"/>
  </w:num>
  <w:num w:numId="7" w16cid:durableId="2017221086">
    <w:abstractNumId w:val="2"/>
  </w:num>
  <w:num w:numId="8" w16cid:durableId="651452364">
    <w:abstractNumId w:val="1"/>
  </w:num>
  <w:num w:numId="9" w16cid:durableId="480729502">
    <w:abstractNumId w:val="0"/>
  </w:num>
  <w:num w:numId="10" w16cid:durableId="1488472727">
    <w:abstractNumId w:val="21"/>
  </w:num>
  <w:num w:numId="11" w16cid:durableId="396590442">
    <w:abstractNumId w:val="22"/>
  </w:num>
  <w:num w:numId="12" w16cid:durableId="1103306436">
    <w:abstractNumId w:val="25"/>
  </w:num>
  <w:num w:numId="13" w16cid:durableId="1807889653">
    <w:abstractNumId w:val="11"/>
  </w:num>
  <w:num w:numId="14" w16cid:durableId="187375717">
    <w:abstractNumId w:val="9"/>
  </w:num>
  <w:num w:numId="15" w16cid:durableId="1528715258">
    <w:abstractNumId w:val="23"/>
  </w:num>
  <w:num w:numId="16" w16cid:durableId="848177544">
    <w:abstractNumId w:val="24"/>
  </w:num>
  <w:num w:numId="17" w16cid:durableId="1838885893">
    <w:abstractNumId w:val="18"/>
  </w:num>
  <w:num w:numId="18" w16cid:durableId="495346466">
    <w:abstractNumId w:val="16"/>
  </w:num>
  <w:num w:numId="19" w16cid:durableId="1807120695">
    <w:abstractNumId w:val="20"/>
  </w:num>
  <w:num w:numId="20" w16cid:durableId="1938292821">
    <w:abstractNumId w:val="14"/>
  </w:num>
  <w:num w:numId="21" w16cid:durableId="1977953033">
    <w:abstractNumId w:val="17"/>
  </w:num>
  <w:num w:numId="22" w16cid:durableId="563835586">
    <w:abstractNumId w:val="12"/>
  </w:num>
  <w:num w:numId="23" w16cid:durableId="108622051">
    <w:abstractNumId w:val="13"/>
  </w:num>
  <w:num w:numId="24" w16cid:durableId="502865021">
    <w:abstractNumId w:val="10"/>
  </w:num>
  <w:num w:numId="25" w16cid:durableId="806357071">
    <w:abstractNumId w:val="15"/>
  </w:num>
  <w:num w:numId="26" w16cid:durableId="499928684">
    <w:abstractNumId w:val="26"/>
  </w:num>
  <w:num w:numId="27" w16cid:durableId="8579329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902"/>
    <w:rsid w:val="00012AE3"/>
    <w:rsid w:val="00013CC4"/>
    <w:rsid w:val="00016632"/>
    <w:rsid w:val="00020022"/>
    <w:rsid w:val="000212B5"/>
    <w:rsid w:val="00021D4A"/>
    <w:rsid w:val="00022A9D"/>
    <w:rsid w:val="00022F02"/>
    <w:rsid w:val="000234DE"/>
    <w:rsid w:val="00032BAC"/>
    <w:rsid w:val="00034072"/>
    <w:rsid w:val="00034616"/>
    <w:rsid w:val="00046849"/>
    <w:rsid w:val="00050106"/>
    <w:rsid w:val="00053F56"/>
    <w:rsid w:val="0005529C"/>
    <w:rsid w:val="0006063C"/>
    <w:rsid w:val="000606C8"/>
    <w:rsid w:val="00061B04"/>
    <w:rsid w:val="00062D7A"/>
    <w:rsid w:val="000642AA"/>
    <w:rsid w:val="00065ED1"/>
    <w:rsid w:val="0006789F"/>
    <w:rsid w:val="00072449"/>
    <w:rsid w:val="000730CD"/>
    <w:rsid w:val="00073387"/>
    <w:rsid w:val="000749A0"/>
    <w:rsid w:val="00074AAD"/>
    <w:rsid w:val="000751B2"/>
    <w:rsid w:val="000754F9"/>
    <w:rsid w:val="00076E49"/>
    <w:rsid w:val="0008063F"/>
    <w:rsid w:val="00080F3D"/>
    <w:rsid w:val="0008593F"/>
    <w:rsid w:val="00086AA5"/>
    <w:rsid w:val="00087CA0"/>
    <w:rsid w:val="00090E21"/>
    <w:rsid w:val="00092A55"/>
    <w:rsid w:val="00094245"/>
    <w:rsid w:val="00094296"/>
    <w:rsid w:val="00094722"/>
    <w:rsid w:val="000954B5"/>
    <w:rsid w:val="00096433"/>
    <w:rsid w:val="000A34AD"/>
    <w:rsid w:val="000A381A"/>
    <w:rsid w:val="000B2AF4"/>
    <w:rsid w:val="000B3000"/>
    <w:rsid w:val="000B662B"/>
    <w:rsid w:val="000B7862"/>
    <w:rsid w:val="000C0F4C"/>
    <w:rsid w:val="000D0D82"/>
    <w:rsid w:val="000D1580"/>
    <w:rsid w:val="000D2792"/>
    <w:rsid w:val="000D31BA"/>
    <w:rsid w:val="000D354B"/>
    <w:rsid w:val="000D42ED"/>
    <w:rsid w:val="000D6C60"/>
    <w:rsid w:val="000E1032"/>
    <w:rsid w:val="000E234A"/>
    <w:rsid w:val="000E2358"/>
    <w:rsid w:val="000E519A"/>
    <w:rsid w:val="000E51DD"/>
    <w:rsid w:val="000E6F14"/>
    <w:rsid w:val="000E6F56"/>
    <w:rsid w:val="000E6FAD"/>
    <w:rsid w:val="000F2A1E"/>
    <w:rsid w:val="000F3FE5"/>
    <w:rsid w:val="000F62E3"/>
    <w:rsid w:val="000F636D"/>
    <w:rsid w:val="0010203C"/>
    <w:rsid w:val="001069D4"/>
    <w:rsid w:val="001134E3"/>
    <w:rsid w:val="001202B9"/>
    <w:rsid w:val="00124A1E"/>
    <w:rsid w:val="001256C1"/>
    <w:rsid w:val="0012714E"/>
    <w:rsid w:val="0013419E"/>
    <w:rsid w:val="00140F27"/>
    <w:rsid w:val="00141550"/>
    <w:rsid w:val="00142651"/>
    <w:rsid w:val="00142FB1"/>
    <w:rsid w:val="0014514B"/>
    <w:rsid w:val="001465B0"/>
    <w:rsid w:val="0015074B"/>
    <w:rsid w:val="00152C68"/>
    <w:rsid w:val="00155815"/>
    <w:rsid w:val="00155931"/>
    <w:rsid w:val="00157B42"/>
    <w:rsid w:val="00161B12"/>
    <w:rsid w:val="00161DFE"/>
    <w:rsid w:val="00162744"/>
    <w:rsid w:val="00163060"/>
    <w:rsid w:val="0016636B"/>
    <w:rsid w:val="00166F86"/>
    <w:rsid w:val="001677BF"/>
    <w:rsid w:val="001703A5"/>
    <w:rsid w:val="0017052B"/>
    <w:rsid w:val="00170C4A"/>
    <w:rsid w:val="00171597"/>
    <w:rsid w:val="00171F0C"/>
    <w:rsid w:val="00172CCB"/>
    <w:rsid w:val="0017659A"/>
    <w:rsid w:val="001771DA"/>
    <w:rsid w:val="00181EF1"/>
    <w:rsid w:val="00183638"/>
    <w:rsid w:val="001863A1"/>
    <w:rsid w:val="00187130"/>
    <w:rsid w:val="00191180"/>
    <w:rsid w:val="00192A94"/>
    <w:rsid w:val="00192C65"/>
    <w:rsid w:val="0019677A"/>
    <w:rsid w:val="001A0C45"/>
    <w:rsid w:val="001A22C6"/>
    <w:rsid w:val="001A26D9"/>
    <w:rsid w:val="001A4DDC"/>
    <w:rsid w:val="001A5B16"/>
    <w:rsid w:val="001A6251"/>
    <w:rsid w:val="001A7F47"/>
    <w:rsid w:val="001B0276"/>
    <w:rsid w:val="001B2E8F"/>
    <w:rsid w:val="001B2EEF"/>
    <w:rsid w:val="001B344C"/>
    <w:rsid w:val="001B349B"/>
    <w:rsid w:val="001B4587"/>
    <w:rsid w:val="001B4C25"/>
    <w:rsid w:val="001B65EA"/>
    <w:rsid w:val="001C1925"/>
    <w:rsid w:val="001C3413"/>
    <w:rsid w:val="001D6679"/>
    <w:rsid w:val="001D6927"/>
    <w:rsid w:val="001D6AAE"/>
    <w:rsid w:val="001E0B4E"/>
    <w:rsid w:val="001E2EB2"/>
    <w:rsid w:val="001E57B5"/>
    <w:rsid w:val="001E6A4B"/>
    <w:rsid w:val="001E721D"/>
    <w:rsid w:val="001E7FC7"/>
    <w:rsid w:val="001F0E71"/>
    <w:rsid w:val="001F11E4"/>
    <w:rsid w:val="001F403E"/>
    <w:rsid w:val="001F4219"/>
    <w:rsid w:val="001F738D"/>
    <w:rsid w:val="002117D8"/>
    <w:rsid w:val="00220891"/>
    <w:rsid w:val="00220DE6"/>
    <w:rsid w:val="00221655"/>
    <w:rsid w:val="00222478"/>
    <w:rsid w:val="00223C22"/>
    <w:rsid w:val="002317D0"/>
    <w:rsid w:val="00232CF3"/>
    <w:rsid w:val="00233672"/>
    <w:rsid w:val="00233B28"/>
    <w:rsid w:val="00233DC0"/>
    <w:rsid w:val="0023556C"/>
    <w:rsid w:val="0023559B"/>
    <w:rsid w:val="002401F8"/>
    <w:rsid w:val="002463FB"/>
    <w:rsid w:val="00246B91"/>
    <w:rsid w:val="0025066F"/>
    <w:rsid w:val="00250868"/>
    <w:rsid w:val="002521B0"/>
    <w:rsid w:val="002553CB"/>
    <w:rsid w:val="00261B0B"/>
    <w:rsid w:val="00266FB0"/>
    <w:rsid w:val="002715C2"/>
    <w:rsid w:val="00277BD9"/>
    <w:rsid w:val="002809B7"/>
    <w:rsid w:val="00280A6D"/>
    <w:rsid w:val="0028117E"/>
    <w:rsid w:val="002834D6"/>
    <w:rsid w:val="00283A6F"/>
    <w:rsid w:val="002849C1"/>
    <w:rsid w:val="00286C61"/>
    <w:rsid w:val="00287C1C"/>
    <w:rsid w:val="0029040A"/>
    <w:rsid w:val="00290A11"/>
    <w:rsid w:val="002910CD"/>
    <w:rsid w:val="00291F9E"/>
    <w:rsid w:val="00295031"/>
    <w:rsid w:val="0029639D"/>
    <w:rsid w:val="002A22B4"/>
    <w:rsid w:val="002A2429"/>
    <w:rsid w:val="002A2799"/>
    <w:rsid w:val="002A6075"/>
    <w:rsid w:val="002A6987"/>
    <w:rsid w:val="002B0CD5"/>
    <w:rsid w:val="002B44CA"/>
    <w:rsid w:val="002B537B"/>
    <w:rsid w:val="002B545C"/>
    <w:rsid w:val="002C48BE"/>
    <w:rsid w:val="002C499D"/>
    <w:rsid w:val="002C6DB6"/>
    <w:rsid w:val="002C7339"/>
    <w:rsid w:val="002C7AEF"/>
    <w:rsid w:val="002D1187"/>
    <w:rsid w:val="002D1D06"/>
    <w:rsid w:val="002D1F1A"/>
    <w:rsid w:val="002D62CB"/>
    <w:rsid w:val="002E1750"/>
    <w:rsid w:val="002E2683"/>
    <w:rsid w:val="002E32CA"/>
    <w:rsid w:val="002E418E"/>
    <w:rsid w:val="002E4CC1"/>
    <w:rsid w:val="002E633F"/>
    <w:rsid w:val="002E67F2"/>
    <w:rsid w:val="002F47FB"/>
    <w:rsid w:val="002F6212"/>
    <w:rsid w:val="00304602"/>
    <w:rsid w:val="00310E52"/>
    <w:rsid w:val="00313A69"/>
    <w:rsid w:val="00316E68"/>
    <w:rsid w:val="00323958"/>
    <w:rsid w:val="00326F90"/>
    <w:rsid w:val="00330EA1"/>
    <w:rsid w:val="003310BE"/>
    <w:rsid w:val="00331E36"/>
    <w:rsid w:val="00336146"/>
    <w:rsid w:val="00337928"/>
    <w:rsid w:val="003443B9"/>
    <w:rsid w:val="00350897"/>
    <w:rsid w:val="00353FA0"/>
    <w:rsid w:val="003627CE"/>
    <w:rsid w:val="00362830"/>
    <w:rsid w:val="003632BE"/>
    <w:rsid w:val="00365226"/>
    <w:rsid w:val="00365B82"/>
    <w:rsid w:val="003674D0"/>
    <w:rsid w:val="00370CBF"/>
    <w:rsid w:val="0037279A"/>
    <w:rsid w:val="00373564"/>
    <w:rsid w:val="003740F2"/>
    <w:rsid w:val="00381280"/>
    <w:rsid w:val="00384BE7"/>
    <w:rsid w:val="0038533D"/>
    <w:rsid w:val="00386F6A"/>
    <w:rsid w:val="003906DB"/>
    <w:rsid w:val="0039187F"/>
    <w:rsid w:val="00391AC3"/>
    <w:rsid w:val="00392BB5"/>
    <w:rsid w:val="00393ACE"/>
    <w:rsid w:val="00396A75"/>
    <w:rsid w:val="00397E86"/>
    <w:rsid w:val="003A201F"/>
    <w:rsid w:val="003A5447"/>
    <w:rsid w:val="003B02A3"/>
    <w:rsid w:val="003B06E4"/>
    <w:rsid w:val="003B1575"/>
    <w:rsid w:val="003B1B36"/>
    <w:rsid w:val="003B2268"/>
    <w:rsid w:val="003C1C72"/>
    <w:rsid w:val="003C4CC2"/>
    <w:rsid w:val="003C6077"/>
    <w:rsid w:val="003D19C6"/>
    <w:rsid w:val="003D41D4"/>
    <w:rsid w:val="003D66DC"/>
    <w:rsid w:val="003E262D"/>
    <w:rsid w:val="003E32FB"/>
    <w:rsid w:val="003E3574"/>
    <w:rsid w:val="003E75FB"/>
    <w:rsid w:val="003F1C28"/>
    <w:rsid w:val="003F2FB9"/>
    <w:rsid w:val="003F349F"/>
    <w:rsid w:val="003F6C80"/>
    <w:rsid w:val="003F7FDA"/>
    <w:rsid w:val="00405080"/>
    <w:rsid w:val="004060AF"/>
    <w:rsid w:val="004109AB"/>
    <w:rsid w:val="00414997"/>
    <w:rsid w:val="0042087D"/>
    <w:rsid w:val="004228D5"/>
    <w:rsid w:val="00423EFD"/>
    <w:rsid w:val="00424991"/>
    <w:rsid w:val="004250E0"/>
    <w:rsid w:val="004267E1"/>
    <w:rsid w:val="00427A32"/>
    <w:rsid w:val="00431996"/>
    <w:rsid w:val="00431A2E"/>
    <w:rsid w:val="004329F5"/>
    <w:rsid w:val="00432F15"/>
    <w:rsid w:val="00433D30"/>
    <w:rsid w:val="00435B05"/>
    <w:rsid w:val="0043658A"/>
    <w:rsid w:val="004365F7"/>
    <w:rsid w:val="00436B22"/>
    <w:rsid w:val="0043792A"/>
    <w:rsid w:val="0044423E"/>
    <w:rsid w:val="0045162D"/>
    <w:rsid w:val="00451E10"/>
    <w:rsid w:val="00457F2E"/>
    <w:rsid w:val="00462823"/>
    <w:rsid w:val="00462A1E"/>
    <w:rsid w:val="00464116"/>
    <w:rsid w:val="00464AEC"/>
    <w:rsid w:val="00466163"/>
    <w:rsid w:val="004664B1"/>
    <w:rsid w:val="00467443"/>
    <w:rsid w:val="004679B8"/>
    <w:rsid w:val="00482112"/>
    <w:rsid w:val="00484E19"/>
    <w:rsid w:val="00485650"/>
    <w:rsid w:val="00487E5A"/>
    <w:rsid w:val="00490F23"/>
    <w:rsid w:val="004913FE"/>
    <w:rsid w:val="00497B03"/>
    <w:rsid w:val="004A0A71"/>
    <w:rsid w:val="004A1701"/>
    <w:rsid w:val="004A2725"/>
    <w:rsid w:val="004A3ABE"/>
    <w:rsid w:val="004B2EFF"/>
    <w:rsid w:val="004B3402"/>
    <w:rsid w:val="004B58CA"/>
    <w:rsid w:val="004C24FE"/>
    <w:rsid w:val="004C27F6"/>
    <w:rsid w:val="004C5684"/>
    <w:rsid w:val="004C6108"/>
    <w:rsid w:val="004D0048"/>
    <w:rsid w:val="004D5517"/>
    <w:rsid w:val="004D5A22"/>
    <w:rsid w:val="004D5E2C"/>
    <w:rsid w:val="004D5F1A"/>
    <w:rsid w:val="004D6CE2"/>
    <w:rsid w:val="004E042C"/>
    <w:rsid w:val="004E0BF0"/>
    <w:rsid w:val="004E12A7"/>
    <w:rsid w:val="004E2517"/>
    <w:rsid w:val="004E5F21"/>
    <w:rsid w:val="004F422C"/>
    <w:rsid w:val="004F642D"/>
    <w:rsid w:val="004F7EFD"/>
    <w:rsid w:val="005009C7"/>
    <w:rsid w:val="00502B17"/>
    <w:rsid w:val="00502D5F"/>
    <w:rsid w:val="00504405"/>
    <w:rsid w:val="00506F69"/>
    <w:rsid w:val="005071A2"/>
    <w:rsid w:val="005079EC"/>
    <w:rsid w:val="00511F83"/>
    <w:rsid w:val="00513AED"/>
    <w:rsid w:val="00515F19"/>
    <w:rsid w:val="005165D8"/>
    <w:rsid w:val="00517855"/>
    <w:rsid w:val="00520A7B"/>
    <w:rsid w:val="00522AD0"/>
    <w:rsid w:val="005233C7"/>
    <w:rsid w:val="005233F9"/>
    <w:rsid w:val="00525A8F"/>
    <w:rsid w:val="00526FDF"/>
    <w:rsid w:val="005310ED"/>
    <w:rsid w:val="00532CB5"/>
    <w:rsid w:val="00533121"/>
    <w:rsid w:val="0053465B"/>
    <w:rsid w:val="00546664"/>
    <w:rsid w:val="00547D32"/>
    <w:rsid w:val="00550C00"/>
    <w:rsid w:val="00552A41"/>
    <w:rsid w:val="00557C54"/>
    <w:rsid w:val="00565ACE"/>
    <w:rsid w:val="00567544"/>
    <w:rsid w:val="00570928"/>
    <w:rsid w:val="0057117C"/>
    <w:rsid w:val="00572A08"/>
    <w:rsid w:val="00576A26"/>
    <w:rsid w:val="00581590"/>
    <w:rsid w:val="00582EB0"/>
    <w:rsid w:val="00583A49"/>
    <w:rsid w:val="0058496E"/>
    <w:rsid w:val="00584DE9"/>
    <w:rsid w:val="00584ED2"/>
    <w:rsid w:val="00586089"/>
    <w:rsid w:val="0058685A"/>
    <w:rsid w:val="00594A07"/>
    <w:rsid w:val="005A0036"/>
    <w:rsid w:val="005A45CD"/>
    <w:rsid w:val="005A78EE"/>
    <w:rsid w:val="005B2223"/>
    <w:rsid w:val="005B41CB"/>
    <w:rsid w:val="005B5EB0"/>
    <w:rsid w:val="005B6129"/>
    <w:rsid w:val="005B71A1"/>
    <w:rsid w:val="005B75A4"/>
    <w:rsid w:val="005C2FF1"/>
    <w:rsid w:val="005C34E6"/>
    <w:rsid w:val="005C3B57"/>
    <w:rsid w:val="005C7EC9"/>
    <w:rsid w:val="005D03DD"/>
    <w:rsid w:val="005D20FE"/>
    <w:rsid w:val="005D4ACE"/>
    <w:rsid w:val="005D571F"/>
    <w:rsid w:val="005E5010"/>
    <w:rsid w:val="005E5B3A"/>
    <w:rsid w:val="005F48BE"/>
    <w:rsid w:val="005F644E"/>
    <w:rsid w:val="00603DE8"/>
    <w:rsid w:val="006057E7"/>
    <w:rsid w:val="00610E11"/>
    <w:rsid w:val="00614FA0"/>
    <w:rsid w:val="0062126A"/>
    <w:rsid w:val="0062159B"/>
    <w:rsid w:val="006251C9"/>
    <w:rsid w:val="006276BD"/>
    <w:rsid w:val="00630DA6"/>
    <w:rsid w:val="00633429"/>
    <w:rsid w:val="00635585"/>
    <w:rsid w:val="00635ECE"/>
    <w:rsid w:val="00640CB8"/>
    <w:rsid w:val="0064216C"/>
    <w:rsid w:val="0064700A"/>
    <w:rsid w:val="00650A75"/>
    <w:rsid w:val="00656E62"/>
    <w:rsid w:val="00657266"/>
    <w:rsid w:val="00660235"/>
    <w:rsid w:val="00660537"/>
    <w:rsid w:val="0066057F"/>
    <w:rsid w:val="006616E4"/>
    <w:rsid w:val="006630C3"/>
    <w:rsid w:val="00663527"/>
    <w:rsid w:val="00666F7C"/>
    <w:rsid w:val="00667062"/>
    <w:rsid w:val="00670A0B"/>
    <w:rsid w:val="00670C4A"/>
    <w:rsid w:val="00684D0E"/>
    <w:rsid w:val="00685663"/>
    <w:rsid w:val="006875AD"/>
    <w:rsid w:val="006913F3"/>
    <w:rsid w:val="00692F71"/>
    <w:rsid w:val="006964C1"/>
    <w:rsid w:val="006A0DC6"/>
    <w:rsid w:val="006A1EA8"/>
    <w:rsid w:val="006A4331"/>
    <w:rsid w:val="006A58A6"/>
    <w:rsid w:val="006B1FB3"/>
    <w:rsid w:val="006B4649"/>
    <w:rsid w:val="006B652E"/>
    <w:rsid w:val="006B7C01"/>
    <w:rsid w:val="006C1A38"/>
    <w:rsid w:val="006C233B"/>
    <w:rsid w:val="006C42A9"/>
    <w:rsid w:val="006C5451"/>
    <w:rsid w:val="006C555F"/>
    <w:rsid w:val="006D134A"/>
    <w:rsid w:val="006D3B94"/>
    <w:rsid w:val="006E0860"/>
    <w:rsid w:val="006E1CCC"/>
    <w:rsid w:val="006E3399"/>
    <w:rsid w:val="006E6870"/>
    <w:rsid w:val="006E7CD0"/>
    <w:rsid w:val="006F2E33"/>
    <w:rsid w:val="006F69DA"/>
    <w:rsid w:val="006F75E7"/>
    <w:rsid w:val="006F7E8B"/>
    <w:rsid w:val="00703DF3"/>
    <w:rsid w:val="007128EC"/>
    <w:rsid w:val="00713051"/>
    <w:rsid w:val="00714547"/>
    <w:rsid w:val="00716330"/>
    <w:rsid w:val="00723D36"/>
    <w:rsid w:val="00727D10"/>
    <w:rsid w:val="00732CCA"/>
    <w:rsid w:val="007347F1"/>
    <w:rsid w:val="00734D4E"/>
    <w:rsid w:val="007407D9"/>
    <w:rsid w:val="00740AB8"/>
    <w:rsid w:val="0074224C"/>
    <w:rsid w:val="0074576A"/>
    <w:rsid w:val="00745CDD"/>
    <w:rsid w:val="00745D1D"/>
    <w:rsid w:val="00750BD7"/>
    <w:rsid w:val="007516F1"/>
    <w:rsid w:val="0075784B"/>
    <w:rsid w:val="00766C5C"/>
    <w:rsid w:val="0077528C"/>
    <w:rsid w:val="007848D3"/>
    <w:rsid w:val="0078499F"/>
    <w:rsid w:val="00785FEE"/>
    <w:rsid w:val="0078609B"/>
    <w:rsid w:val="007905BF"/>
    <w:rsid w:val="007906F1"/>
    <w:rsid w:val="00791AB4"/>
    <w:rsid w:val="00791AF6"/>
    <w:rsid w:val="00792468"/>
    <w:rsid w:val="00795B2C"/>
    <w:rsid w:val="007A24B2"/>
    <w:rsid w:val="007A28D8"/>
    <w:rsid w:val="007A34A1"/>
    <w:rsid w:val="007A49E7"/>
    <w:rsid w:val="007B1EE5"/>
    <w:rsid w:val="007B2248"/>
    <w:rsid w:val="007B2AFA"/>
    <w:rsid w:val="007B3083"/>
    <w:rsid w:val="007B5B3B"/>
    <w:rsid w:val="007B61FD"/>
    <w:rsid w:val="007B73F5"/>
    <w:rsid w:val="007C3527"/>
    <w:rsid w:val="007C434B"/>
    <w:rsid w:val="007C64B0"/>
    <w:rsid w:val="007C7A63"/>
    <w:rsid w:val="007D0270"/>
    <w:rsid w:val="007D27AD"/>
    <w:rsid w:val="007D2F42"/>
    <w:rsid w:val="007D5D42"/>
    <w:rsid w:val="007E184F"/>
    <w:rsid w:val="007F04FE"/>
    <w:rsid w:val="007F0B2E"/>
    <w:rsid w:val="007F12B8"/>
    <w:rsid w:val="007F772E"/>
    <w:rsid w:val="008004BE"/>
    <w:rsid w:val="00800A79"/>
    <w:rsid w:val="00801CE5"/>
    <w:rsid w:val="0080512A"/>
    <w:rsid w:val="0080662E"/>
    <w:rsid w:val="00810326"/>
    <w:rsid w:val="00814358"/>
    <w:rsid w:val="008146A5"/>
    <w:rsid w:val="00814EBC"/>
    <w:rsid w:val="0082046B"/>
    <w:rsid w:val="00822604"/>
    <w:rsid w:val="008264F5"/>
    <w:rsid w:val="008266CC"/>
    <w:rsid w:val="00830569"/>
    <w:rsid w:val="0083060E"/>
    <w:rsid w:val="00830649"/>
    <w:rsid w:val="0083194A"/>
    <w:rsid w:val="00833E6F"/>
    <w:rsid w:val="008354D7"/>
    <w:rsid w:val="008357B9"/>
    <w:rsid w:val="00836635"/>
    <w:rsid w:val="00841191"/>
    <w:rsid w:val="00841C45"/>
    <w:rsid w:val="0084296C"/>
    <w:rsid w:val="00842FE9"/>
    <w:rsid w:val="00843E6A"/>
    <w:rsid w:val="00844333"/>
    <w:rsid w:val="0085153E"/>
    <w:rsid w:val="00851672"/>
    <w:rsid w:val="00855F54"/>
    <w:rsid w:val="008720DA"/>
    <w:rsid w:val="008767C5"/>
    <w:rsid w:val="00877A3D"/>
    <w:rsid w:val="00877DBA"/>
    <w:rsid w:val="00880227"/>
    <w:rsid w:val="00884B50"/>
    <w:rsid w:val="00885621"/>
    <w:rsid w:val="008862DF"/>
    <w:rsid w:val="00887B0C"/>
    <w:rsid w:val="00890DFB"/>
    <w:rsid w:val="00891739"/>
    <w:rsid w:val="00893D18"/>
    <w:rsid w:val="00893DD6"/>
    <w:rsid w:val="00893E9F"/>
    <w:rsid w:val="008969A2"/>
    <w:rsid w:val="008A00D0"/>
    <w:rsid w:val="008A124B"/>
    <w:rsid w:val="008A4DE4"/>
    <w:rsid w:val="008A5A33"/>
    <w:rsid w:val="008A5DA1"/>
    <w:rsid w:val="008B2E67"/>
    <w:rsid w:val="008B5BC6"/>
    <w:rsid w:val="008B6C10"/>
    <w:rsid w:val="008C0737"/>
    <w:rsid w:val="008C7027"/>
    <w:rsid w:val="008C74C4"/>
    <w:rsid w:val="008C7B17"/>
    <w:rsid w:val="008D06B3"/>
    <w:rsid w:val="008D3E0B"/>
    <w:rsid w:val="008D5D08"/>
    <w:rsid w:val="008D7020"/>
    <w:rsid w:val="008D78D6"/>
    <w:rsid w:val="008D7977"/>
    <w:rsid w:val="008E0321"/>
    <w:rsid w:val="008E31D5"/>
    <w:rsid w:val="008E5774"/>
    <w:rsid w:val="008F0024"/>
    <w:rsid w:val="008F1411"/>
    <w:rsid w:val="008F4EAF"/>
    <w:rsid w:val="008F5C04"/>
    <w:rsid w:val="008F65E9"/>
    <w:rsid w:val="008F6F13"/>
    <w:rsid w:val="008F76F1"/>
    <w:rsid w:val="008F7909"/>
    <w:rsid w:val="009019D7"/>
    <w:rsid w:val="0090247E"/>
    <w:rsid w:val="00903BC4"/>
    <w:rsid w:val="009072C2"/>
    <w:rsid w:val="00907D10"/>
    <w:rsid w:val="009115BF"/>
    <w:rsid w:val="00912283"/>
    <w:rsid w:val="009158E4"/>
    <w:rsid w:val="00917AFC"/>
    <w:rsid w:val="00922A78"/>
    <w:rsid w:val="00930785"/>
    <w:rsid w:val="00930D01"/>
    <w:rsid w:val="0093173A"/>
    <w:rsid w:val="009317D9"/>
    <w:rsid w:val="009328E9"/>
    <w:rsid w:val="00933106"/>
    <w:rsid w:val="009332CA"/>
    <w:rsid w:val="00936DD4"/>
    <w:rsid w:val="009378E7"/>
    <w:rsid w:val="00937CDE"/>
    <w:rsid w:val="00940C80"/>
    <w:rsid w:val="00943010"/>
    <w:rsid w:val="00943E0D"/>
    <w:rsid w:val="00947841"/>
    <w:rsid w:val="00947D11"/>
    <w:rsid w:val="00950D05"/>
    <w:rsid w:val="00954491"/>
    <w:rsid w:val="00954FCB"/>
    <w:rsid w:val="009567E3"/>
    <w:rsid w:val="009569E7"/>
    <w:rsid w:val="00961B8E"/>
    <w:rsid w:val="00962FEB"/>
    <w:rsid w:val="00963319"/>
    <w:rsid w:val="00963CE0"/>
    <w:rsid w:val="00963E3D"/>
    <w:rsid w:val="00973DDA"/>
    <w:rsid w:val="00973FA5"/>
    <w:rsid w:val="00975813"/>
    <w:rsid w:val="00975A42"/>
    <w:rsid w:val="00976BCE"/>
    <w:rsid w:val="009811A9"/>
    <w:rsid w:val="00984C76"/>
    <w:rsid w:val="009912C0"/>
    <w:rsid w:val="0099247A"/>
    <w:rsid w:val="00993BB3"/>
    <w:rsid w:val="009A101F"/>
    <w:rsid w:val="009A18AE"/>
    <w:rsid w:val="009A27E5"/>
    <w:rsid w:val="009A53E8"/>
    <w:rsid w:val="009A7A4B"/>
    <w:rsid w:val="009B2148"/>
    <w:rsid w:val="009B58A1"/>
    <w:rsid w:val="009B6ADA"/>
    <w:rsid w:val="009C1DCF"/>
    <w:rsid w:val="009C2CAB"/>
    <w:rsid w:val="009C7DAC"/>
    <w:rsid w:val="009D0FEB"/>
    <w:rsid w:val="009D168A"/>
    <w:rsid w:val="009D3140"/>
    <w:rsid w:val="009D70A3"/>
    <w:rsid w:val="009E20A2"/>
    <w:rsid w:val="009E42B7"/>
    <w:rsid w:val="009E4BA0"/>
    <w:rsid w:val="009E4F61"/>
    <w:rsid w:val="009E5CA6"/>
    <w:rsid w:val="009F05FE"/>
    <w:rsid w:val="009F1E15"/>
    <w:rsid w:val="009F33FD"/>
    <w:rsid w:val="009F41E0"/>
    <w:rsid w:val="009F5C14"/>
    <w:rsid w:val="009F64B8"/>
    <w:rsid w:val="00A00CB8"/>
    <w:rsid w:val="00A00FDC"/>
    <w:rsid w:val="00A12AB7"/>
    <w:rsid w:val="00A1707B"/>
    <w:rsid w:val="00A2000F"/>
    <w:rsid w:val="00A2041E"/>
    <w:rsid w:val="00A2093D"/>
    <w:rsid w:val="00A237F2"/>
    <w:rsid w:val="00A23D5B"/>
    <w:rsid w:val="00A244B6"/>
    <w:rsid w:val="00A24893"/>
    <w:rsid w:val="00A24EE9"/>
    <w:rsid w:val="00A307C6"/>
    <w:rsid w:val="00A31F86"/>
    <w:rsid w:val="00A34B58"/>
    <w:rsid w:val="00A34C6C"/>
    <w:rsid w:val="00A34FB6"/>
    <w:rsid w:val="00A406D7"/>
    <w:rsid w:val="00A4449A"/>
    <w:rsid w:val="00A46EE9"/>
    <w:rsid w:val="00A60380"/>
    <w:rsid w:val="00A61D6B"/>
    <w:rsid w:val="00A66322"/>
    <w:rsid w:val="00A70233"/>
    <w:rsid w:val="00A7094D"/>
    <w:rsid w:val="00A73476"/>
    <w:rsid w:val="00A73D70"/>
    <w:rsid w:val="00A74796"/>
    <w:rsid w:val="00A76825"/>
    <w:rsid w:val="00A77D47"/>
    <w:rsid w:val="00A820C0"/>
    <w:rsid w:val="00A83124"/>
    <w:rsid w:val="00A83194"/>
    <w:rsid w:val="00A8320C"/>
    <w:rsid w:val="00A84B5A"/>
    <w:rsid w:val="00A86D63"/>
    <w:rsid w:val="00A86F40"/>
    <w:rsid w:val="00A91D74"/>
    <w:rsid w:val="00A93747"/>
    <w:rsid w:val="00AA1D8D"/>
    <w:rsid w:val="00AA2118"/>
    <w:rsid w:val="00AA317C"/>
    <w:rsid w:val="00AA3538"/>
    <w:rsid w:val="00AA6BA7"/>
    <w:rsid w:val="00AA7247"/>
    <w:rsid w:val="00AB3FCD"/>
    <w:rsid w:val="00AB49C7"/>
    <w:rsid w:val="00AB5C5C"/>
    <w:rsid w:val="00AB6E83"/>
    <w:rsid w:val="00AB7B47"/>
    <w:rsid w:val="00AC4F99"/>
    <w:rsid w:val="00AD14DD"/>
    <w:rsid w:val="00AD1B27"/>
    <w:rsid w:val="00AD476E"/>
    <w:rsid w:val="00AE0466"/>
    <w:rsid w:val="00AE0F62"/>
    <w:rsid w:val="00AE2CA1"/>
    <w:rsid w:val="00AE7F79"/>
    <w:rsid w:val="00AF3CC5"/>
    <w:rsid w:val="00AF3CC9"/>
    <w:rsid w:val="00AF41BD"/>
    <w:rsid w:val="00AF54E9"/>
    <w:rsid w:val="00AF6467"/>
    <w:rsid w:val="00AF6829"/>
    <w:rsid w:val="00AF6E9E"/>
    <w:rsid w:val="00B01310"/>
    <w:rsid w:val="00B013B7"/>
    <w:rsid w:val="00B01822"/>
    <w:rsid w:val="00B03525"/>
    <w:rsid w:val="00B06891"/>
    <w:rsid w:val="00B11270"/>
    <w:rsid w:val="00B13C46"/>
    <w:rsid w:val="00B168F8"/>
    <w:rsid w:val="00B17824"/>
    <w:rsid w:val="00B179F8"/>
    <w:rsid w:val="00B22585"/>
    <w:rsid w:val="00B24551"/>
    <w:rsid w:val="00B254EB"/>
    <w:rsid w:val="00B310F2"/>
    <w:rsid w:val="00B31D26"/>
    <w:rsid w:val="00B32FAE"/>
    <w:rsid w:val="00B3665A"/>
    <w:rsid w:val="00B37108"/>
    <w:rsid w:val="00B4063D"/>
    <w:rsid w:val="00B47730"/>
    <w:rsid w:val="00B51F93"/>
    <w:rsid w:val="00B51F9A"/>
    <w:rsid w:val="00B53689"/>
    <w:rsid w:val="00B5622E"/>
    <w:rsid w:val="00B630F4"/>
    <w:rsid w:val="00B64790"/>
    <w:rsid w:val="00B64E33"/>
    <w:rsid w:val="00B65D15"/>
    <w:rsid w:val="00B67365"/>
    <w:rsid w:val="00B72EC1"/>
    <w:rsid w:val="00B746E4"/>
    <w:rsid w:val="00B74979"/>
    <w:rsid w:val="00B750EB"/>
    <w:rsid w:val="00B76781"/>
    <w:rsid w:val="00B828D8"/>
    <w:rsid w:val="00B848F3"/>
    <w:rsid w:val="00B852FC"/>
    <w:rsid w:val="00B858AB"/>
    <w:rsid w:val="00B85F71"/>
    <w:rsid w:val="00B8794F"/>
    <w:rsid w:val="00B91E0D"/>
    <w:rsid w:val="00B92DC1"/>
    <w:rsid w:val="00B95EB6"/>
    <w:rsid w:val="00B97D64"/>
    <w:rsid w:val="00BA1B26"/>
    <w:rsid w:val="00BA3370"/>
    <w:rsid w:val="00BA5E29"/>
    <w:rsid w:val="00BA61D1"/>
    <w:rsid w:val="00BA652D"/>
    <w:rsid w:val="00BB2463"/>
    <w:rsid w:val="00BB3788"/>
    <w:rsid w:val="00BB67C6"/>
    <w:rsid w:val="00BB6C76"/>
    <w:rsid w:val="00BC48A4"/>
    <w:rsid w:val="00BC4BFA"/>
    <w:rsid w:val="00BC5FD7"/>
    <w:rsid w:val="00BC7B94"/>
    <w:rsid w:val="00BD14CA"/>
    <w:rsid w:val="00BD32AC"/>
    <w:rsid w:val="00BD45D5"/>
    <w:rsid w:val="00BD4CB6"/>
    <w:rsid w:val="00BD6FE4"/>
    <w:rsid w:val="00BD774A"/>
    <w:rsid w:val="00BE1EA0"/>
    <w:rsid w:val="00BE34A9"/>
    <w:rsid w:val="00BE4942"/>
    <w:rsid w:val="00BE5292"/>
    <w:rsid w:val="00BE59B1"/>
    <w:rsid w:val="00BE5C5C"/>
    <w:rsid w:val="00BF76CC"/>
    <w:rsid w:val="00C01785"/>
    <w:rsid w:val="00C020FC"/>
    <w:rsid w:val="00C0270C"/>
    <w:rsid w:val="00C03FB9"/>
    <w:rsid w:val="00C117C2"/>
    <w:rsid w:val="00C11858"/>
    <w:rsid w:val="00C1500E"/>
    <w:rsid w:val="00C152AB"/>
    <w:rsid w:val="00C3075D"/>
    <w:rsid w:val="00C30C20"/>
    <w:rsid w:val="00C34884"/>
    <w:rsid w:val="00C35122"/>
    <w:rsid w:val="00C35875"/>
    <w:rsid w:val="00C362FF"/>
    <w:rsid w:val="00C37BD8"/>
    <w:rsid w:val="00C37CEE"/>
    <w:rsid w:val="00C4569B"/>
    <w:rsid w:val="00C464AD"/>
    <w:rsid w:val="00C501E5"/>
    <w:rsid w:val="00C5041A"/>
    <w:rsid w:val="00C50A86"/>
    <w:rsid w:val="00C510C8"/>
    <w:rsid w:val="00C5144A"/>
    <w:rsid w:val="00C514B7"/>
    <w:rsid w:val="00C53649"/>
    <w:rsid w:val="00C57AF4"/>
    <w:rsid w:val="00C57FBA"/>
    <w:rsid w:val="00C626CA"/>
    <w:rsid w:val="00C641F8"/>
    <w:rsid w:val="00C71140"/>
    <w:rsid w:val="00C73986"/>
    <w:rsid w:val="00C746D2"/>
    <w:rsid w:val="00C76A4F"/>
    <w:rsid w:val="00C777DA"/>
    <w:rsid w:val="00C81336"/>
    <w:rsid w:val="00C81587"/>
    <w:rsid w:val="00C81806"/>
    <w:rsid w:val="00C8244B"/>
    <w:rsid w:val="00C8581D"/>
    <w:rsid w:val="00C948C1"/>
    <w:rsid w:val="00CA0253"/>
    <w:rsid w:val="00CA0737"/>
    <w:rsid w:val="00CA483D"/>
    <w:rsid w:val="00CA5854"/>
    <w:rsid w:val="00CA6291"/>
    <w:rsid w:val="00CA68A7"/>
    <w:rsid w:val="00CB0664"/>
    <w:rsid w:val="00CB0C9F"/>
    <w:rsid w:val="00CB14F7"/>
    <w:rsid w:val="00CB3559"/>
    <w:rsid w:val="00CB4408"/>
    <w:rsid w:val="00CC0D3C"/>
    <w:rsid w:val="00CC114E"/>
    <w:rsid w:val="00CC3BDF"/>
    <w:rsid w:val="00CC3F41"/>
    <w:rsid w:val="00CC7925"/>
    <w:rsid w:val="00CD03C4"/>
    <w:rsid w:val="00CD11AD"/>
    <w:rsid w:val="00CD1278"/>
    <w:rsid w:val="00CD2C9D"/>
    <w:rsid w:val="00CD362D"/>
    <w:rsid w:val="00CD7D88"/>
    <w:rsid w:val="00CE2D76"/>
    <w:rsid w:val="00CE53C3"/>
    <w:rsid w:val="00CE642C"/>
    <w:rsid w:val="00CE7F49"/>
    <w:rsid w:val="00CF2CF1"/>
    <w:rsid w:val="00CF3689"/>
    <w:rsid w:val="00CF3A25"/>
    <w:rsid w:val="00CF6977"/>
    <w:rsid w:val="00CF6991"/>
    <w:rsid w:val="00CF6B06"/>
    <w:rsid w:val="00D01B7F"/>
    <w:rsid w:val="00D0595C"/>
    <w:rsid w:val="00D06828"/>
    <w:rsid w:val="00D06D4A"/>
    <w:rsid w:val="00D101B9"/>
    <w:rsid w:val="00D11D66"/>
    <w:rsid w:val="00D124B5"/>
    <w:rsid w:val="00D13023"/>
    <w:rsid w:val="00D13535"/>
    <w:rsid w:val="00D13827"/>
    <w:rsid w:val="00D1508F"/>
    <w:rsid w:val="00D152E6"/>
    <w:rsid w:val="00D15436"/>
    <w:rsid w:val="00D15894"/>
    <w:rsid w:val="00D15A78"/>
    <w:rsid w:val="00D2042F"/>
    <w:rsid w:val="00D25CBE"/>
    <w:rsid w:val="00D26835"/>
    <w:rsid w:val="00D2755B"/>
    <w:rsid w:val="00D32751"/>
    <w:rsid w:val="00D32E0E"/>
    <w:rsid w:val="00D34C09"/>
    <w:rsid w:val="00D35F14"/>
    <w:rsid w:val="00D366D2"/>
    <w:rsid w:val="00D37255"/>
    <w:rsid w:val="00D41C4E"/>
    <w:rsid w:val="00D434F2"/>
    <w:rsid w:val="00D45A92"/>
    <w:rsid w:val="00D51A34"/>
    <w:rsid w:val="00D57309"/>
    <w:rsid w:val="00D57414"/>
    <w:rsid w:val="00D57B7A"/>
    <w:rsid w:val="00D60E1B"/>
    <w:rsid w:val="00D61515"/>
    <w:rsid w:val="00D75493"/>
    <w:rsid w:val="00D7620F"/>
    <w:rsid w:val="00D81657"/>
    <w:rsid w:val="00D830F3"/>
    <w:rsid w:val="00D83BA8"/>
    <w:rsid w:val="00D84111"/>
    <w:rsid w:val="00D900F6"/>
    <w:rsid w:val="00D90E8B"/>
    <w:rsid w:val="00D91FDD"/>
    <w:rsid w:val="00D921F4"/>
    <w:rsid w:val="00D929C4"/>
    <w:rsid w:val="00D956FB"/>
    <w:rsid w:val="00DA60CC"/>
    <w:rsid w:val="00DA6BBE"/>
    <w:rsid w:val="00DA6DFD"/>
    <w:rsid w:val="00DA7584"/>
    <w:rsid w:val="00DB019D"/>
    <w:rsid w:val="00DB1E9B"/>
    <w:rsid w:val="00DB1EB5"/>
    <w:rsid w:val="00DB529D"/>
    <w:rsid w:val="00DB52E1"/>
    <w:rsid w:val="00DB6623"/>
    <w:rsid w:val="00DC17CA"/>
    <w:rsid w:val="00DC2910"/>
    <w:rsid w:val="00DC37C1"/>
    <w:rsid w:val="00DC7445"/>
    <w:rsid w:val="00DD2C86"/>
    <w:rsid w:val="00DD47DF"/>
    <w:rsid w:val="00DD4EE1"/>
    <w:rsid w:val="00DD5B00"/>
    <w:rsid w:val="00DD71BA"/>
    <w:rsid w:val="00DF00EF"/>
    <w:rsid w:val="00DF0B32"/>
    <w:rsid w:val="00DF10E3"/>
    <w:rsid w:val="00DF57F9"/>
    <w:rsid w:val="00E036A7"/>
    <w:rsid w:val="00E1287C"/>
    <w:rsid w:val="00E13C60"/>
    <w:rsid w:val="00E13FB2"/>
    <w:rsid w:val="00E144A9"/>
    <w:rsid w:val="00E15DEF"/>
    <w:rsid w:val="00E15E8D"/>
    <w:rsid w:val="00E17536"/>
    <w:rsid w:val="00E253D7"/>
    <w:rsid w:val="00E2754C"/>
    <w:rsid w:val="00E40F3F"/>
    <w:rsid w:val="00E51B9E"/>
    <w:rsid w:val="00E57CB1"/>
    <w:rsid w:val="00E61671"/>
    <w:rsid w:val="00E61791"/>
    <w:rsid w:val="00E61BEC"/>
    <w:rsid w:val="00E62DAB"/>
    <w:rsid w:val="00E64A49"/>
    <w:rsid w:val="00E70003"/>
    <w:rsid w:val="00E70CAE"/>
    <w:rsid w:val="00E71036"/>
    <w:rsid w:val="00E71F06"/>
    <w:rsid w:val="00E7356C"/>
    <w:rsid w:val="00E737E2"/>
    <w:rsid w:val="00E76BDE"/>
    <w:rsid w:val="00E77C6B"/>
    <w:rsid w:val="00E82614"/>
    <w:rsid w:val="00E86302"/>
    <w:rsid w:val="00E8645C"/>
    <w:rsid w:val="00E86F07"/>
    <w:rsid w:val="00E90A72"/>
    <w:rsid w:val="00E93085"/>
    <w:rsid w:val="00E9682F"/>
    <w:rsid w:val="00E9715F"/>
    <w:rsid w:val="00E97F36"/>
    <w:rsid w:val="00EA2C3B"/>
    <w:rsid w:val="00EA34C2"/>
    <w:rsid w:val="00EA3F11"/>
    <w:rsid w:val="00EA64C5"/>
    <w:rsid w:val="00EA7466"/>
    <w:rsid w:val="00EB16FA"/>
    <w:rsid w:val="00EB41D9"/>
    <w:rsid w:val="00EC26E4"/>
    <w:rsid w:val="00EC5971"/>
    <w:rsid w:val="00EC5A5E"/>
    <w:rsid w:val="00ED4761"/>
    <w:rsid w:val="00ED4854"/>
    <w:rsid w:val="00ED6AE4"/>
    <w:rsid w:val="00EE433C"/>
    <w:rsid w:val="00EF1D6B"/>
    <w:rsid w:val="00EF1D7E"/>
    <w:rsid w:val="00EF2236"/>
    <w:rsid w:val="00EF415B"/>
    <w:rsid w:val="00EF6AB8"/>
    <w:rsid w:val="00EF73AA"/>
    <w:rsid w:val="00F004B4"/>
    <w:rsid w:val="00F04C7C"/>
    <w:rsid w:val="00F05B97"/>
    <w:rsid w:val="00F06118"/>
    <w:rsid w:val="00F10255"/>
    <w:rsid w:val="00F157D2"/>
    <w:rsid w:val="00F16E17"/>
    <w:rsid w:val="00F2139F"/>
    <w:rsid w:val="00F219AE"/>
    <w:rsid w:val="00F23CF2"/>
    <w:rsid w:val="00F26364"/>
    <w:rsid w:val="00F302A9"/>
    <w:rsid w:val="00F33091"/>
    <w:rsid w:val="00F330B6"/>
    <w:rsid w:val="00F365BF"/>
    <w:rsid w:val="00F36A6C"/>
    <w:rsid w:val="00F37C23"/>
    <w:rsid w:val="00F42744"/>
    <w:rsid w:val="00F4322C"/>
    <w:rsid w:val="00F44090"/>
    <w:rsid w:val="00F46153"/>
    <w:rsid w:val="00F54033"/>
    <w:rsid w:val="00F57618"/>
    <w:rsid w:val="00F60091"/>
    <w:rsid w:val="00F61CD7"/>
    <w:rsid w:val="00F61EB6"/>
    <w:rsid w:val="00F62CCE"/>
    <w:rsid w:val="00F63439"/>
    <w:rsid w:val="00F71F67"/>
    <w:rsid w:val="00F71F79"/>
    <w:rsid w:val="00F73DC3"/>
    <w:rsid w:val="00F743CD"/>
    <w:rsid w:val="00F75A01"/>
    <w:rsid w:val="00F803DF"/>
    <w:rsid w:val="00F80571"/>
    <w:rsid w:val="00F83184"/>
    <w:rsid w:val="00F83440"/>
    <w:rsid w:val="00F84923"/>
    <w:rsid w:val="00F84C27"/>
    <w:rsid w:val="00F85669"/>
    <w:rsid w:val="00F871AE"/>
    <w:rsid w:val="00F922C5"/>
    <w:rsid w:val="00FA2275"/>
    <w:rsid w:val="00FA22AA"/>
    <w:rsid w:val="00FA3BB9"/>
    <w:rsid w:val="00FA427A"/>
    <w:rsid w:val="00FA6A56"/>
    <w:rsid w:val="00FA7243"/>
    <w:rsid w:val="00FA750C"/>
    <w:rsid w:val="00FB3818"/>
    <w:rsid w:val="00FB389C"/>
    <w:rsid w:val="00FB4E8B"/>
    <w:rsid w:val="00FC3270"/>
    <w:rsid w:val="00FC60B5"/>
    <w:rsid w:val="00FC693F"/>
    <w:rsid w:val="00FC6DEE"/>
    <w:rsid w:val="00FD4A6C"/>
    <w:rsid w:val="00FE04EF"/>
    <w:rsid w:val="00FE2DD8"/>
    <w:rsid w:val="00FE4F93"/>
    <w:rsid w:val="00FE58D2"/>
    <w:rsid w:val="00FE7790"/>
    <w:rsid w:val="00FF29A7"/>
    <w:rsid w:val="00FF5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72E02"/>
  <w14:defaultImageDpi w14:val="330"/>
  <w15:docId w15:val="{2667CCBA-80CE-4BA1-B569-467A64B6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DB1EB5"/>
    <w:pPr>
      <w:keepNext/>
      <w:keepLines/>
      <w:numPr>
        <w:numId w:val="23"/>
      </w:numPr>
      <w:tabs>
        <w:tab w:val="clear" w:pos="720"/>
      </w:tabs>
      <w:spacing w:before="480" w:after="0"/>
      <w:ind w:left="364"/>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C7DAC"/>
    <w:pPr>
      <w:keepNext/>
      <w:keepLines/>
      <w:spacing w:before="200" w:after="120"/>
      <w:outlineLvl w:val="1"/>
    </w:pPr>
    <w:rPr>
      <w:rFonts w:ascii="Plus Jakarta Sans" w:eastAsiaTheme="majorEastAsia" w:hAnsi="Plus Jakarta Sans" w:cstheme="majorBidi"/>
      <w:b/>
      <w:bCs/>
      <w:color w:val="244061" w:themeColor="accent1" w:themeShade="80"/>
      <w:sz w:val="24"/>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DB1EB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9C7DAC"/>
    <w:rPr>
      <w:rFonts w:ascii="Plus Jakarta Sans" w:eastAsiaTheme="majorEastAsia" w:hAnsi="Plus Jakarta Sans" w:cstheme="majorBidi"/>
      <w:b/>
      <w:bCs/>
      <w:color w:val="244061" w:themeColor="accent1" w:themeShade="80"/>
      <w:sz w:val="24"/>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arzeichen">
    <w:name w:val="annotation reference"/>
    <w:basedOn w:val="Absatz-Standardschriftart"/>
    <w:uiPriority w:val="99"/>
    <w:semiHidden/>
    <w:unhideWhenUsed/>
    <w:rsid w:val="0058685A"/>
    <w:rPr>
      <w:sz w:val="16"/>
      <w:szCs w:val="16"/>
    </w:rPr>
  </w:style>
  <w:style w:type="paragraph" w:styleId="Kommentartext">
    <w:name w:val="annotation text"/>
    <w:basedOn w:val="Standard"/>
    <w:link w:val="KommentartextZchn"/>
    <w:uiPriority w:val="99"/>
    <w:unhideWhenUsed/>
    <w:rsid w:val="0058685A"/>
    <w:pPr>
      <w:spacing w:line="240" w:lineRule="auto"/>
    </w:pPr>
    <w:rPr>
      <w:sz w:val="20"/>
      <w:szCs w:val="20"/>
    </w:rPr>
  </w:style>
  <w:style w:type="character" w:customStyle="1" w:styleId="KommentartextZchn">
    <w:name w:val="Kommentartext Zchn"/>
    <w:basedOn w:val="Absatz-Standardschriftart"/>
    <w:link w:val="Kommentartext"/>
    <w:uiPriority w:val="99"/>
    <w:rsid w:val="0058685A"/>
    <w:rPr>
      <w:sz w:val="20"/>
      <w:szCs w:val="20"/>
    </w:rPr>
  </w:style>
  <w:style w:type="paragraph" w:styleId="Kommentarthema">
    <w:name w:val="annotation subject"/>
    <w:basedOn w:val="Kommentartext"/>
    <w:next w:val="Kommentartext"/>
    <w:link w:val="KommentarthemaZchn"/>
    <w:uiPriority w:val="99"/>
    <w:semiHidden/>
    <w:unhideWhenUsed/>
    <w:rsid w:val="0058685A"/>
    <w:rPr>
      <w:b/>
      <w:bCs/>
    </w:rPr>
  </w:style>
  <w:style w:type="character" w:customStyle="1" w:styleId="KommentarthemaZchn">
    <w:name w:val="Kommentarthema Zchn"/>
    <w:basedOn w:val="KommentartextZchn"/>
    <w:link w:val="Kommentarthema"/>
    <w:uiPriority w:val="99"/>
    <w:semiHidden/>
    <w:rsid w:val="0058685A"/>
    <w:rPr>
      <w:b/>
      <w:bCs/>
      <w:sz w:val="20"/>
      <w:szCs w:val="20"/>
    </w:rPr>
  </w:style>
  <w:style w:type="paragraph" w:styleId="berarbeitung">
    <w:name w:val="Revision"/>
    <w:hidden/>
    <w:uiPriority w:val="99"/>
    <w:semiHidden/>
    <w:rsid w:val="00872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5430">
      <w:bodyDiv w:val="1"/>
      <w:marLeft w:val="0"/>
      <w:marRight w:val="0"/>
      <w:marTop w:val="0"/>
      <w:marBottom w:val="0"/>
      <w:divBdr>
        <w:top w:val="none" w:sz="0" w:space="0" w:color="auto"/>
        <w:left w:val="none" w:sz="0" w:space="0" w:color="auto"/>
        <w:bottom w:val="none" w:sz="0" w:space="0" w:color="auto"/>
        <w:right w:val="none" w:sz="0" w:space="0" w:color="auto"/>
      </w:divBdr>
    </w:div>
    <w:div w:id="105929092">
      <w:bodyDiv w:val="1"/>
      <w:marLeft w:val="0"/>
      <w:marRight w:val="0"/>
      <w:marTop w:val="0"/>
      <w:marBottom w:val="0"/>
      <w:divBdr>
        <w:top w:val="none" w:sz="0" w:space="0" w:color="auto"/>
        <w:left w:val="none" w:sz="0" w:space="0" w:color="auto"/>
        <w:bottom w:val="none" w:sz="0" w:space="0" w:color="auto"/>
        <w:right w:val="none" w:sz="0" w:space="0" w:color="auto"/>
      </w:divBdr>
    </w:div>
    <w:div w:id="112678025">
      <w:bodyDiv w:val="1"/>
      <w:marLeft w:val="0"/>
      <w:marRight w:val="0"/>
      <w:marTop w:val="0"/>
      <w:marBottom w:val="0"/>
      <w:divBdr>
        <w:top w:val="none" w:sz="0" w:space="0" w:color="auto"/>
        <w:left w:val="none" w:sz="0" w:space="0" w:color="auto"/>
        <w:bottom w:val="none" w:sz="0" w:space="0" w:color="auto"/>
        <w:right w:val="none" w:sz="0" w:space="0" w:color="auto"/>
      </w:divBdr>
    </w:div>
    <w:div w:id="148400540">
      <w:bodyDiv w:val="1"/>
      <w:marLeft w:val="0"/>
      <w:marRight w:val="0"/>
      <w:marTop w:val="0"/>
      <w:marBottom w:val="0"/>
      <w:divBdr>
        <w:top w:val="none" w:sz="0" w:space="0" w:color="auto"/>
        <w:left w:val="none" w:sz="0" w:space="0" w:color="auto"/>
        <w:bottom w:val="none" w:sz="0" w:space="0" w:color="auto"/>
        <w:right w:val="none" w:sz="0" w:space="0" w:color="auto"/>
      </w:divBdr>
    </w:div>
    <w:div w:id="165946531">
      <w:bodyDiv w:val="1"/>
      <w:marLeft w:val="0"/>
      <w:marRight w:val="0"/>
      <w:marTop w:val="0"/>
      <w:marBottom w:val="0"/>
      <w:divBdr>
        <w:top w:val="none" w:sz="0" w:space="0" w:color="auto"/>
        <w:left w:val="none" w:sz="0" w:space="0" w:color="auto"/>
        <w:bottom w:val="none" w:sz="0" w:space="0" w:color="auto"/>
        <w:right w:val="none" w:sz="0" w:space="0" w:color="auto"/>
      </w:divBdr>
    </w:div>
    <w:div w:id="376469813">
      <w:bodyDiv w:val="1"/>
      <w:marLeft w:val="0"/>
      <w:marRight w:val="0"/>
      <w:marTop w:val="0"/>
      <w:marBottom w:val="0"/>
      <w:divBdr>
        <w:top w:val="none" w:sz="0" w:space="0" w:color="auto"/>
        <w:left w:val="none" w:sz="0" w:space="0" w:color="auto"/>
        <w:bottom w:val="none" w:sz="0" w:space="0" w:color="auto"/>
        <w:right w:val="none" w:sz="0" w:space="0" w:color="auto"/>
      </w:divBdr>
    </w:div>
    <w:div w:id="398140813">
      <w:bodyDiv w:val="1"/>
      <w:marLeft w:val="0"/>
      <w:marRight w:val="0"/>
      <w:marTop w:val="0"/>
      <w:marBottom w:val="0"/>
      <w:divBdr>
        <w:top w:val="none" w:sz="0" w:space="0" w:color="auto"/>
        <w:left w:val="none" w:sz="0" w:space="0" w:color="auto"/>
        <w:bottom w:val="none" w:sz="0" w:space="0" w:color="auto"/>
        <w:right w:val="none" w:sz="0" w:space="0" w:color="auto"/>
      </w:divBdr>
    </w:div>
    <w:div w:id="610549519">
      <w:bodyDiv w:val="1"/>
      <w:marLeft w:val="0"/>
      <w:marRight w:val="0"/>
      <w:marTop w:val="0"/>
      <w:marBottom w:val="0"/>
      <w:divBdr>
        <w:top w:val="none" w:sz="0" w:space="0" w:color="auto"/>
        <w:left w:val="none" w:sz="0" w:space="0" w:color="auto"/>
        <w:bottom w:val="none" w:sz="0" w:space="0" w:color="auto"/>
        <w:right w:val="none" w:sz="0" w:space="0" w:color="auto"/>
      </w:divBdr>
    </w:div>
    <w:div w:id="702949345">
      <w:bodyDiv w:val="1"/>
      <w:marLeft w:val="0"/>
      <w:marRight w:val="0"/>
      <w:marTop w:val="0"/>
      <w:marBottom w:val="0"/>
      <w:divBdr>
        <w:top w:val="none" w:sz="0" w:space="0" w:color="auto"/>
        <w:left w:val="none" w:sz="0" w:space="0" w:color="auto"/>
        <w:bottom w:val="none" w:sz="0" w:space="0" w:color="auto"/>
        <w:right w:val="none" w:sz="0" w:space="0" w:color="auto"/>
      </w:divBdr>
    </w:div>
    <w:div w:id="790169266">
      <w:bodyDiv w:val="1"/>
      <w:marLeft w:val="0"/>
      <w:marRight w:val="0"/>
      <w:marTop w:val="0"/>
      <w:marBottom w:val="0"/>
      <w:divBdr>
        <w:top w:val="none" w:sz="0" w:space="0" w:color="auto"/>
        <w:left w:val="none" w:sz="0" w:space="0" w:color="auto"/>
        <w:bottom w:val="none" w:sz="0" w:space="0" w:color="auto"/>
        <w:right w:val="none" w:sz="0" w:space="0" w:color="auto"/>
      </w:divBdr>
    </w:div>
    <w:div w:id="809174437">
      <w:bodyDiv w:val="1"/>
      <w:marLeft w:val="0"/>
      <w:marRight w:val="0"/>
      <w:marTop w:val="0"/>
      <w:marBottom w:val="0"/>
      <w:divBdr>
        <w:top w:val="none" w:sz="0" w:space="0" w:color="auto"/>
        <w:left w:val="none" w:sz="0" w:space="0" w:color="auto"/>
        <w:bottom w:val="none" w:sz="0" w:space="0" w:color="auto"/>
        <w:right w:val="none" w:sz="0" w:space="0" w:color="auto"/>
      </w:divBdr>
    </w:div>
    <w:div w:id="823425187">
      <w:bodyDiv w:val="1"/>
      <w:marLeft w:val="0"/>
      <w:marRight w:val="0"/>
      <w:marTop w:val="0"/>
      <w:marBottom w:val="0"/>
      <w:divBdr>
        <w:top w:val="none" w:sz="0" w:space="0" w:color="auto"/>
        <w:left w:val="none" w:sz="0" w:space="0" w:color="auto"/>
        <w:bottom w:val="none" w:sz="0" w:space="0" w:color="auto"/>
        <w:right w:val="none" w:sz="0" w:space="0" w:color="auto"/>
      </w:divBdr>
    </w:div>
    <w:div w:id="848835900">
      <w:bodyDiv w:val="1"/>
      <w:marLeft w:val="0"/>
      <w:marRight w:val="0"/>
      <w:marTop w:val="0"/>
      <w:marBottom w:val="0"/>
      <w:divBdr>
        <w:top w:val="none" w:sz="0" w:space="0" w:color="auto"/>
        <w:left w:val="none" w:sz="0" w:space="0" w:color="auto"/>
        <w:bottom w:val="none" w:sz="0" w:space="0" w:color="auto"/>
        <w:right w:val="none" w:sz="0" w:space="0" w:color="auto"/>
      </w:divBdr>
    </w:div>
    <w:div w:id="980886180">
      <w:bodyDiv w:val="1"/>
      <w:marLeft w:val="0"/>
      <w:marRight w:val="0"/>
      <w:marTop w:val="0"/>
      <w:marBottom w:val="0"/>
      <w:divBdr>
        <w:top w:val="none" w:sz="0" w:space="0" w:color="auto"/>
        <w:left w:val="none" w:sz="0" w:space="0" w:color="auto"/>
        <w:bottom w:val="none" w:sz="0" w:space="0" w:color="auto"/>
        <w:right w:val="none" w:sz="0" w:space="0" w:color="auto"/>
      </w:divBdr>
    </w:div>
    <w:div w:id="1320037501">
      <w:bodyDiv w:val="1"/>
      <w:marLeft w:val="0"/>
      <w:marRight w:val="0"/>
      <w:marTop w:val="0"/>
      <w:marBottom w:val="0"/>
      <w:divBdr>
        <w:top w:val="none" w:sz="0" w:space="0" w:color="auto"/>
        <w:left w:val="none" w:sz="0" w:space="0" w:color="auto"/>
        <w:bottom w:val="none" w:sz="0" w:space="0" w:color="auto"/>
        <w:right w:val="none" w:sz="0" w:space="0" w:color="auto"/>
      </w:divBdr>
    </w:div>
    <w:div w:id="1430849942">
      <w:bodyDiv w:val="1"/>
      <w:marLeft w:val="0"/>
      <w:marRight w:val="0"/>
      <w:marTop w:val="0"/>
      <w:marBottom w:val="0"/>
      <w:divBdr>
        <w:top w:val="none" w:sz="0" w:space="0" w:color="auto"/>
        <w:left w:val="none" w:sz="0" w:space="0" w:color="auto"/>
        <w:bottom w:val="none" w:sz="0" w:space="0" w:color="auto"/>
        <w:right w:val="none" w:sz="0" w:space="0" w:color="auto"/>
      </w:divBdr>
    </w:div>
    <w:div w:id="1537738507">
      <w:bodyDiv w:val="1"/>
      <w:marLeft w:val="0"/>
      <w:marRight w:val="0"/>
      <w:marTop w:val="0"/>
      <w:marBottom w:val="0"/>
      <w:divBdr>
        <w:top w:val="none" w:sz="0" w:space="0" w:color="auto"/>
        <w:left w:val="none" w:sz="0" w:space="0" w:color="auto"/>
        <w:bottom w:val="none" w:sz="0" w:space="0" w:color="auto"/>
        <w:right w:val="none" w:sz="0" w:space="0" w:color="auto"/>
      </w:divBdr>
    </w:div>
    <w:div w:id="1615136405">
      <w:bodyDiv w:val="1"/>
      <w:marLeft w:val="0"/>
      <w:marRight w:val="0"/>
      <w:marTop w:val="0"/>
      <w:marBottom w:val="0"/>
      <w:divBdr>
        <w:top w:val="none" w:sz="0" w:space="0" w:color="auto"/>
        <w:left w:val="none" w:sz="0" w:space="0" w:color="auto"/>
        <w:bottom w:val="none" w:sz="0" w:space="0" w:color="auto"/>
        <w:right w:val="none" w:sz="0" w:space="0" w:color="auto"/>
      </w:divBdr>
    </w:div>
    <w:div w:id="1737127900">
      <w:bodyDiv w:val="1"/>
      <w:marLeft w:val="0"/>
      <w:marRight w:val="0"/>
      <w:marTop w:val="0"/>
      <w:marBottom w:val="0"/>
      <w:divBdr>
        <w:top w:val="none" w:sz="0" w:space="0" w:color="auto"/>
        <w:left w:val="none" w:sz="0" w:space="0" w:color="auto"/>
        <w:bottom w:val="none" w:sz="0" w:space="0" w:color="auto"/>
        <w:right w:val="none" w:sz="0" w:space="0" w:color="auto"/>
      </w:divBdr>
    </w:div>
    <w:div w:id="1758940430">
      <w:bodyDiv w:val="1"/>
      <w:marLeft w:val="0"/>
      <w:marRight w:val="0"/>
      <w:marTop w:val="0"/>
      <w:marBottom w:val="0"/>
      <w:divBdr>
        <w:top w:val="none" w:sz="0" w:space="0" w:color="auto"/>
        <w:left w:val="none" w:sz="0" w:space="0" w:color="auto"/>
        <w:bottom w:val="none" w:sz="0" w:space="0" w:color="auto"/>
        <w:right w:val="none" w:sz="0" w:space="0" w:color="auto"/>
      </w:divBdr>
    </w:div>
    <w:div w:id="2039087778">
      <w:bodyDiv w:val="1"/>
      <w:marLeft w:val="0"/>
      <w:marRight w:val="0"/>
      <w:marTop w:val="0"/>
      <w:marBottom w:val="0"/>
      <w:divBdr>
        <w:top w:val="none" w:sz="0" w:space="0" w:color="auto"/>
        <w:left w:val="none" w:sz="0" w:space="0" w:color="auto"/>
        <w:bottom w:val="none" w:sz="0" w:space="0" w:color="auto"/>
        <w:right w:val="none" w:sz="0" w:space="0" w:color="auto"/>
      </w:divBdr>
    </w:div>
    <w:div w:id="2079396914">
      <w:bodyDiv w:val="1"/>
      <w:marLeft w:val="0"/>
      <w:marRight w:val="0"/>
      <w:marTop w:val="0"/>
      <w:marBottom w:val="0"/>
      <w:divBdr>
        <w:top w:val="none" w:sz="0" w:space="0" w:color="auto"/>
        <w:left w:val="none" w:sz="0" w:space="0" w:color="auto"/>
        <w:bottom w:val="none" w:sz="0" w:space="0" w:color="auto"/>
        <w:right w:val="none" w:sz="0" w:space="0" w:color="auto"/>
      </w:divBdr>
    </w:div>
    <w:div w:id="2102528191">
      <w:bodyDiv w:val="1"/>
      <w:marLeft w:val="0"/>
      <w:marRight w:val="0"/>
      <w:marTop w:val="0"/>
      <w:marBottom w:val="0"/>
      <w:divBdr>
        <w:top w:val="none" w:sz="0" w:space="0" w:color="auto"/>
        <w:left w:val="none" w:sz="0" w:space="0" w:color="auto"/>
        <w:bottom w:val="none" w:sz="0" w:space="0" w:color="auto"/>
        <w:right w:val="none" w:sz="0" w:space="0" w:color="auto"/>
      </w:divBdr>
    </w:div>
    <w:div w:id="2121603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lus Jakarta Sans">
      <a:majorFont>
        <a:latin typeface="Plus Jakarta Sans SemiBold"/>
        <a:ea typeface=""/>
        <a:cs typeface=""/>
      </a:majorFont>
      <a:minorFont>
        <a:latin typeface="Plus Jakart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3e39601-3e21-4b2a-bae5-b8b0217122e5" xsi:nil="true"/>
    <lcf76f155ced4ddcb4097134ff3c332f xmlns="b78b0a04-274f-4238-bef7-9a7d39248c6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5C79DB3B16B1644864F05ABCD8CFD9A" ma:contentTypeVersion="13" ma:contentTypeDescription="Ein neues Dokument erstellen." ma:contentTypeScope="" ma:versionID="3ab0d698a3444717b47853e653d17291">
  <xsd:schema xmlns:xsd="http://www.w3.org/2001/XMLSchema" xmlns:xs="http://www.w3.org/2001/XMLSchema" xmlns:p="http://schemas.microsoft.com/office/2006/metadata/properties" xmlns:ns2="b78b0a04-274f-4238-bef7-9a7d39248c64" xmlns:ns3="c3e39601-3e21-4b2a-bae5-b8b0217122e5" targetNamespace="http://schemas.microsoft.com/office/2006/metadata/properties" ma:root="true" ma:fieldsID="b0a26ccb7fc0214779ec80ceedf0852f" ns2:_="" ns3:_="">
    <xsd:import namespace="b78b0a04-274f-4238-bef7-9a7d39248c64"/>
    <xsd:import namespace="c3e39601-3e21-4b2a-bae5-b8b0217122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b0a04-274f-4238-bef7-9a7d39248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19e3ed14-352d-4aa2-a63b-0b06d7ab5f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e39601-3e21-4b2a-bae5-b8b0217122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858eb-a12e-4259-8b68-9aaa3f625d76}" ma:internalName="TaxCatchAll" ma:showField="CatchAllData" ma:web="c3e39601-3e21-4b2a-bae5-b8b0217122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9D14E-6213-4772-AA65-F87671DEEECA}">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4DBF3EB-38B9-45FE-BB50-9E82120B4F27}">
  <ds:schemaRefs>
    <ds:schemaRef ds:uri="http://schemas.microsoft.com/office/2006/metadata/properties"/>
    <ds:schemaRef ds:uri="http://schemas.microsoft.com/office/infopath/2007/PartnerControls"/>
    <ds:schemaRef ds:uri="c3e39601-3e21-4b2a-bae5-b8b0217122e5"/>
    <ds:schemaRef ds:uri="b78b0a04-274f-4238-bef7-9a7d39248c64"/>
  </ds:schemaRefs>
</ds:datastoreItem>
</file>

<file path=customXml/itemProps4.xml><?xml version="1.0" encoding="utf-8"?>
<ds:datastoreItem xmlns:ds="http://schemas.openxmlformats.org/officeDocument/2006/customXml" ds:itemID="{F79848B3-602A-4951-8EBE-726A58EB9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b0a04-274f-4238-bef7-9a7d39248c64"/>
    <ds:schemaRef ds:uri="c3e39601-3e21-4b2a-bae5-b8b021712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1531</Words>
  <Characters>9648</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Zinnow Mara (zinn)</cp:lastModifiedBy>
  <cp:revision>441</cp:revision>
  <dcterms:created xsi:type="dcterms:W3CDTF">2025-09-30T03:41:00Z</dcterms:created>
  <dcterms:modified xsi:type="dcterms:W3CDTF">2026-03-15T12:10:00Z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2025-08-06T09:01:37Z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7a976a2d-3b51-4d9e-aaf1-b0c092676f73</vt:lpwstr>
  </property>
  <property fmtid="{D5CDD505-2E9C-101B-9397-08002B2CF9AE}" pid="8" name="MSIP_Label_10d9bad3-6dac-4e9a-89a3-89f3b8d247b2_ContentBits">
    <vt:lpwstr>0</vt:lpwstr>
  </property>
  <property fmtid="{D5CDD505-2E9C-101B-9397-08002B2CF9AE}" pid="9" name="MSIP_Label_10d9bad3-6dac-4e9a-89a3-89f3b8d247b2_Tag">
    <vt:lpwstr>10, 3, 0, 1</vt:lpwstr>
  </property>
  <property fmtid="{D5CDD505-2E9C-101B-9397-08002B2CF9AE}" pid="10" name="ContentTypeId">
    <vt:lpwstr>0x01010085C79DB3B16B1644864F05ABCD8CFD9A</vt:lpwstr>
  </property>
  <property fmtid="{D5CDD505-2E9C-101B-9397-08002B2CF9AE}" pid="11" name="MediaServiceImageTags">
    <vt:lpwstr/>
  </property>
</Properties>
</file>