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CDFB0" w14:textId="3170C1A5" w:rsidR="00A06162" w:rsidRPr="00542EFD" w:rsidRDefault="00A75E85" w:rsidP="00A06162">
      <w:pPr>
        <w:pStyle w:val="Titel"/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 xml:space="preserve">KALM-Matrix </w:t>
      </w:r>
      <w:r w:rsidR="0002099A" w:rsidRPr="00542EFD">
        <w:rPr>
          <w:rFonts w:ascii="Arial" w:hAnsi="Arial" w:cs="Arial"/>
          <w:lang w:val="de-CH"/>
        </w:rPr>
        <w:t xml:space="preserve">zur Reflexion von </w:t>
      </w:r>
      <w:r w:rsidR="001E7988" w:rsidRPr="00542EFD">
        <w:rPr>
          <w:rFonts w:ascii="Arial" w:hAnsi="Arial" w:cs="Arial"/>
          <w:lang w:val="de-CH"/>
        </w:rPr>
        <w:t>Beteiligungsformaten</w:t>
      </w:r>
    </w:p>
    <w:p w14:paraId="7A4A3109" w14:textId="6D184251" w:rsidR="0065353D" w:rsidRPr="00542EFD" w:rsidRDefault="005A6A97" w:rsidP="00003269">
      <w:p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 xml:space="preserve">Partizipative Formate nach deren Durchführung zu reflektieren und zu evaluieren ist unerlässlich, um die Prozesse zu verbessern und effektiver gestalten zu können. Ein Tool, welches dabei </w:t>
      </w:r>
      <w:r w:rsidR="00E907FB" w:rsidRPr="00542EFD">
        <w:rPr>
          <w:rFonts w:ascii="Arial" w:hAnsi="Arial" w:cs="Arial"/>
          <w:lang w:val="de-CH"/>
        </w:rPr>
        <w:t>hilft,</w:t>
      </w:r>
      <w:r w:rsidRPr="00542EFD">
        <w:rPr>
          <w:rFonts w:ascii="Arial" w:hAnsi="Arial" w:cs="Arial"/>
          <w:lang w:val="de-CH"/>
        </w:rPr>
        <w:t xml:space="preserve"> ist die KALM-Matrix. </w:t>
      </w:r>
      <w:r w:rsidR="00E907FB" w:rsidRPr="00542EFD">
        <w:rPr>
          <w:rFonts w:ascii="Arial" w:hAnsi="Arial" w:cs="Arial"/>
          <w:lang w:val="de-CH"/>
        </w:rPr>
        <w:t xml:space="preserve">Mit dieser können einzelne Formate systematisch analysiert werden, indem erfasst wird was </w:t>
      </w:r>
      <w:r w:rsidR="00E23E8D" w:rsidRPr="00542EFD">
        <w:rPr>
          <w:rFonts w:ascii="Arial" w:hAnsi="Arial" w:cs="Arial"/>
          <w:lang w:val="de-CH"/>
        </w:rPr>
        <w:t>b</w:t>
      </w:r>
      <w:r w:rsidR="00E907FB" w:rsidRPr="00542EFD">
        <w:rPr>
          <w:rFonts w:ascii="Arial" w:hAnsi="Arial" w:cs="Arial"/>
          <w:lang w:val="de-CH"/>
        </w:rPr>
        <w:t xml:space="preserve">eibehalten werden soll (Keep), was </w:t>
      </w:r>
      <w:r w:rsidR="00E23E8D" w:rsidRPr="00542EFD">
        <w:rPr>
          <w:rFonts w:ascii="Arial" w:hAnsi="Arial" w:cs="Arial"/>
          <w:lang w:val="de-CH"/>
        </w:rPr>
        <w:t xml:space="preserve">hinzugefügt werden soll (Add), was </w:t>
      </w:r>
      <w:r w:rsidR="00E656DE" w:rsidRPr="00542EFD">
        <w:rPr>
          <w:rFonts w:ascii="Arial" w:hAnsi="Arial" w:cs="Arial"/>
          <w:lang w:val="de-CH"/>
        </w:rPr>
        <w:t>es weniger braucht (</w:t>
      </w:r>
      <w:proofErr w:type="spellStart"/>
      <w:r w:rsidR="00E656DE" w:rsidRPr="00542EFD">
        <w:rPr>
          <w:rFonts w:ascii="Arial" w:hAnsi="Arial" w:cs="Arial"/>
          <w:lang w:val="de-CH"/>
        </w:rPr>
        <w:t>Less</w:t>
      </w:r>
      <w:proofErr w:type="spellEnd"/>
      <w:r w:rsidR="00E656DE" w:rsidRPr="00542EFD">
        <w:rPr>
          <w:rFonts w:ascii="Arial" w:hAnsi="Arial" w:cs="Arial"/>
          <w:lang w:val="de-CH"/>
        </w:rPr>
        <w:t>) und was es mehr braucht (More).</w:t>
      </w:r>
    </w:p>
    <w:p w14:paraId="661033FE" w14:textId="6A87FCEB" w:rsidR="00134990" w:rsidRPr="00542EFD" w:rsidRDefault="00134990" w:rsidP="00003269">
      <w:p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b/>
          <w:bCs/>
          <w:lang w:val="de-CH"/>
        </w:rPr>
        <w:t xml:space="preserve">Vorgehen: </w:t>
      </w:r>
      <w:r w:rsidR="00E23E8D" w:rsidRPr="00542EFD">
        <w:rPr>
          <w:rFonts w:ascii="Arial" w:hAnsi="Arial" w:cs="Arial"/>
          <w:lang w:val="de-CH"/>
        </w:rPr>
        <w:t xml:space="preserve">Für jeden der vier Bereiche der Matrix werden sich verschiedene Leitfragen </w:t>
      </w:r>
      <w:r w:rsidR="00E656DE" w:rsidRPr="00542EFD">
        <w:rPr>
          <w:rFonts w:ascii="Arial" w:hAnsi="Arial" w:cs="Arial"/>
          <w:lang w:val="de-CH"/>
        </w:rPr>
        <w:t xml:space="preserve">(s. unten) </w:t>
      </w:r>
      <w:r w:rsidR="00E23E8D" w:rsidRPr="00542EFD">
        <w:rPr>
          <w:rFonts w:ascii="Arial" w:hAnsi="Arial" w:cs="Arial"/>
          <w:lang w:val="de-CH"/>
        </w:rPr>
        <w:t xml:space="preserve">gestellt und beantwortet. So ergibt sich ein Gesamtbild, welches </w:t>
      </w:r>
      <w:r w:rsidR="00E656DE" w:rsidRPr="00542EFD">
        <w:rPr>
          <w:rFonts w:ascii="Arial" w:hAnsi="Arial" w:cs="Arial"/>
          <w:lang w:val="de-CH"/>
        </w:rPr>
        <w:t>dabei hilft, die nächsten Beteiligungsformate zu verbessern.</w:t>
      </w:r>
    </w:p>
    <w:p w14:paraId="312530E4" w14:textId="4E84FF99" w:rsidR="002A6792" w:rsidRPr="00542EFD" w:rsidRDefault="002A6792">
      <w:pPr>
        <w:rPr>
          <w:rFonts w:ascii="Arial" w:hAnsi="Arial" w:cs="Arial"/>
          <w:lang w:val="de-CH"/>
        </w:rPr>
      </w:pPr>
    </w:p>
    <w:p w14:paraId="7ACB09C9" w14:textId="59653E74" w:rsidR="00301D3C" w:rsidRPr="00542EFD" w:rsidRDefault="0095382F" w:rsidP="00717AF9">
      <w:pPr>
        <w:pStyle w:val="berschrift2"/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>Vorlage der KALM-Matrix zum Ausfüllen</w:t>
      </w:r>
    </w:p>
    <w:p w14:paraId="3FE05179" w14:textId="376F32E1" w:rsidR="00E23E8D" w:rsidRPr="00542EFD" w:rsidRDefault="007631CF" w:rsidP="0095382F">
      <w:p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noProof/>
        </w:rPr>
        <w:drawing>
          <wp:inline distT="0" distB="0" distL="0" distR="0" wp14:anchorId="48DC8EAE" wp14:editId="2A34B48B">
            <wp:extent cx="5671651" cy="4094328"/>
            <wp:effectExtent l="0" t="0" r="5715" b="1905"/>
            <wp:docPr id="45128921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471" cy="409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63C43" w14:textId="77777777" w:rsidR="00B40E7A" w:rsidRPr="00542EFD" w:rsidRDefault="00B40E7A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6"/>
          <w:lang w:val="de-CH"/>
        </w:rPr>
      </w:pPr>
      <w:r w:rsidRPr="00542EFD">
        <w:rPr>
          <w:rFonts w:ascii="Arial" w:hAnsi="Arial" w:cs="Arial"/>
          <w:lang w:val="de-CH"/>
        </w:rPr>
        <w:br w:type="page"/>
      </w:r>
    </w:p>
    <w:p w14:paraId="264A084B" w14:textId="65F54433" w:rsidR="0095382F" w:rsidRPr="00542EFD" w:rsidRDefault="0095382F" w:rsidP="0095382F">
      <w:pPr>
        <w:pStyle w:val="berschrift2"/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lastRenderedPageBreak/>
        <w:t>Leitfragen für die einzelnen Felder</w:t>
      </w:r>
    </w:p>
    <w:p w14:paraId="18AD845A" w14:textId="3EAF4B70" w:rsidR="0095382F" w:rsidRPr="00542EFD" w:rsidRDefault="0095382F" w:rsidP="00690844">
      <w:p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b/>
          <w:bCs/>
          <w:lang w:val="de-CH"/>
        </w:rPr>
        <w:t xml:space="preserve">Keep </w:t>
      </w:r>
      <w:r w:rsidRPr="00542EFD">
        <w:rPr>
          <w:rFonts w:ascii="Arial" w:hAnsi="Arial" w:cs="Arial"/>
          <w:lang w:val="de-CH"/>
        </w:rPr>
        <w:t>(Beibehalten)</w:t>
      </w:r>
    </w:p>
    <w:p w14:paraId="53BB1F26" w14:textId="356E2AE4" w:rsidR="0095382F" w:rsidRPr="00542EFD" w:rsidRDefault="0095382F" w:rsidP="00690844">
      <w:pPr>
        <w:pStyle w:val="Listenabsatz"/>
        <w:numPr>
          <w:ilvl w:val="0"/>
          <w:numId w:val="27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 xml:space="preserve">Was </w:t>
      </w:r>
      <w:r w:rsidR="00CD35B5" w:rsidRPr="00542EFD">
        <w:rPr>
          <w:rFonts w:ascii="Arial" w:hAnsi="Arial" w:cs="Arial"/>
          <w:lang w:val="de-CH"/>
        </w:rPr>
        <w:t>hat gut funktioniert</w:t>
      </w:r>
      <w:r w:rsidRPr="00542EFD">
        <w:rPr>
          <w:rFonts w:ascii="Arial" w:hAnsi="Arial" w:cs="Arial"/>
          <w:lang w:val="de-CH"/>
        </w:rPr>
        <w:t xml:space="preserve"> und soll auch künftig </w:t>
      </w:r>
      <w:r w:rsidR="00CD35B5" w:rsidRPr="00542EFD">
        <w:rPr>
          <w:rFonts w:ascii="Arial" w:hAnsi="Arial" w:cs="Arial"/>
          <w:lang w:val="de-CH"/>
        </w:rPr>
        <w:t>beibehalten werden</w:t>
      </w:r>
      <w:r w:rsidRPr="00542EFD">
        <w:rPr>
          <w:rFonts w:ascii="Arial" w:hAnsi="Arial" w:cs="Arial"/>
          <w:lang w:val="de-CH"/>
        </w:rPr>
        <w:t>?</w:t>
      </w:r>
    </w:p>
    <w:p w14:paraId="4CA6E652" w14:textId="1B02335E" w:rsidR="0095382F" w:rsidRPr="00542EFD" w:rsidRDefault="0095382F" w:rsidP="00690844">
      <w:pPr>
        <w:pStyle w:val="Listenabsatz"/>
        <w:numPr>
          <w:ilvl w:val="0"/>
          <w:numId w:val="27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 xml:space="preserve">Welche Elemente der Veranstaltung haben </w:t>
      </w:r>
      <w:r w:rsidR="00CD35B5" w:rsidRPr="00542EFD">
        <w:rPr>
          <w:rFonts w:ascii="Arial" w:hAnsi="Arial" w:cs="Arial"/>
          <w:lang w:val="de-CH"/>
        </w:rPr>
        <w:t>den Teilnehmenden</w:t>
      </w:r>
      <w:r w:rsidRPr="00542EFD">
        <w:rPr>
          <w:rFonts w:ascii="Arial" w:hAnsi="Arial" w:cs="Arial"/>
          <w:lang w:val="de-CH"/>
        </w:rPr>
        <w:t xml:space="preserve"> besonders gefallen?</w:t>
      </w:r>
    </w:p>
    <w:p w14:paraId="39DEB8BF" w14:textId="77777777" w:rsidR="0095382F" w:rsidRPr="00542EFD" w:rsidRDefault="0095382F" w:rsidP="00690844">
      <w:pPr>
        <w:pStyle w:val="Listenabsatz"/>
        <w:numPr>
          <w:ilvl w:val="0"/>
          <w:numId w:val="27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>Welche Formate oder Methoden haben gute Beteiligung ermöglicht?</w:t>
      </w:r>
    </w:p>
    <w:p w14:paraId="306252E0" w14:textId="5CE1CD2F" w:rsidR="0095382F" w:rsidRPr="00542EFD" w:rsidRDefault="0095382F" w:rsidP="00690844">
      <w:pPr>
        <w:pStyle w:val="Listenabsatz"/>
        <w:numPr>
          <w:ilvl w:val="0"/>
          <w:numId w:val="27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 xml:space="preserve">Wo haben </w:t>
      </w:r>
      <w:r w:rsidR="00CD35B5" w:rsidRPr="00542EFD">
        <w:rPr>
          <w:rFonts w:ascii="Arial" w:hAnsi="Arial" w:cs="Arial"/>
          <w:lang w:val="de-CH"/>
        </w:rPr>
        <w:t xml:space="preserve">sich die Teilnehmenden </w:t>
      </w:r>
      <w:r w:rsidRPr="00542EFD">
        <w:rPr>
          <w:rFonts w:ascii="Arial" w:hAnsi="Arial" w:cs="Arial"/>
          <w:lang w:val="de-CH"/>
        </w:rPr>
        <w:t>ernsthaft gehört und eingebunden gefühlt?</w:t>
      </w:r>
    </w:p>
    <w:p w14:paraId="13086CB1" w14:textId="12D8D6F3" w:rsidR="00690844" w:rsidRPr="00542EFD" w:rsidRDefault="0095382F" w:rsidP="00690844">
      <w:pPr>
        <w:pStyle w:val="Listenabsatz"/>
        <w:numPr>
          <w:ilvl w:val="0"/>
          <w:numId w:val="27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>Welche Rahmenbedingungen (Ort, Atmosphäre, Moderation) haben gut funktioniert?</w:t>
      </w:r>
    </w:p>
    <w:p w14:paraId="0AEB0633" w14:textId="727BC381" w:rsidR="0095382F" w:rsidRPr="00542EFD" w:rsidRDefault="0095382F" w:rsidP="00690844">
      <w:p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b/>
          <w:bCs/>
          <w:lang w:val="de-CH"/>
        </w:rPr>
        <w:t xml:space="preserve">Add </w:t>
      </w:r>
      <w:r w:rsidRPr="00542EFD">
        <w:rPr>
          <w:rFonts w:ascii="Arial" w:hAnsi="Arial" w:cs="Arial"/>
          <w:lang w:val="de-CH"/>
        </w:rPr>
        <w:t>(Hinzufügen)</w:t>
      </w:r>
    </w:p>
    <w:p w14:paraId="7559772A" w14:textId="27C3A4FD" w:rsidR="0095382F" w:rsidRPr="00542EFD" w:rsidRDefault="0095382F" w:rsidP="00690844">
      <w:pPr>
        <w:pStyle w:val="Listenabsatz"/>
        <w:numPr>
          <w:ilvl w:val="0"/>
          <w:numId w:val="28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 xml:space="preserve">Was </w:t>
      </w:r>
      <w:r w:rsidR="00B626D9" w:rsidRPr="00542EFD">
        <w:rPr>
          <w:rFonts w:ascii="Arial" w:hAnsi="Arial" w:cs="Arial"/>
          <w:lang w:val="de-CH"/>
        </w:rPr>
        <w:t>hat ge</w:t>
      </w:r>
      <w:r w:rsidRPr="00542EFD">
        <w:rPr>
          <w:rFonts w:ascii="Arial" w:hAnsi="Arial" w:cs="Arial"/>
          <w:lang w:val="de-CH"/>
        </w:rPr>
        <w:t>fehlt und sollte das nächste Mal unbedingt dazukommen?</w:t>
      </w:r>
    </w:p>
    <w:p w14:paraId="043D7FA5" w14:textId="54A035CA" w:rsidR="0095382F" w:rsidRPr="00542EFD" w:rsidRDefault="0095382F" w:rsidP="00690844">
      <w:pPr>
        <w:pStyle w:val="Listenabsatz"/>
        <w:numPr>
          <w:ilvl w:val="0"/>
          <w:numId w:val="28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>Welche Themen oder Perspektiven hätten noch berücksichtig</w:t>
      </w:r>
      <w:r w:rsidR="00B626D9" w:rsidRPr="00542EFD">
        <w:rPr>
          <w:rFonts w:ascii="Arial" w:hAnsi="Arial" w:cs="Arial"/>
          <w:lang w:val="de-CH"/>
        </w:rPr>
        <w:t>t werden</w:t>
      </w:r>
      <w:r w:rsidRPr="00542EFD">
        <w:rPr>
          <w:rFonts w:ascii="Arial" w:hAnsi="Arial" w:cs="Arial"/>
          <w:lang w:val="de-CH"/>
        </w:rPr>
        <w:t xml:space="preserve"> sollen?</w:t>
      </w:r>
    </w:p>
    <w:p w14:paraId="46569A4F" w14:textId="77777777" w:rsidR="0095382F" w:rsidRPr="00542EFD" w:rsidRDefault="0095382F" w:rsidP="00690844">
      <w:pPr>
        <w:pStyle w:val="Listenabsatz"/>
        <w:numPr>
          <w:ilvl w:val="0"/>
          <w:numId w:val="28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>Welche zusätzlichen Stakeholder sollten beim nächsten Mal eingeladen sein?</w:t>
      </w:r>
    </w:p>
    <w:p w14:paraId="036A997A" w14:textId="77777777" w:rsidR="0095382F" w:rsidRPr="00542EFD" w:rsidRDefault="0095382F" w:rsidP="00690844">
      <w:pPr>
        <w:pStyle w:val="Listenabsatz"/>
        <w:numPr>
          <w:ilvl w:val="0"/>
          <w:numId w:val="28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>Welche Methoden oder Tools könnten die Zusammenarbeit noch bereichern?</w:t>
      </w:r>
    </w:p>
    <w:p w14:paraId="2B8E8974" w14:textId="77777777" w:rsidR="0095382F" w:rsidRPr="00542EFD" w:rsidRDefault="0095382F" w:rsidP="00690844">
      <w:pPr>
        <w:pStyle w:val="Listenabsatz"/>
        <w:numPr>
          <w:ilvl w:val="0"/>
          <w:numId w:val="28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>Welche Unterstützungsangebote hätten die Teilnahme erleichtert?</w:t>
      </w:r>
    </w:p>
    <w:p w14:paraId="16EA4FC3" w14:textId="0098250C" w:rsidR="0095382F" w:rsidRPr="00542EFD" w:rsidRDefault="0095382F" w:rsidP="00690844">
      <w:pPr>
        <w:rPr>
          <w:rFonts w:ascii="Arial" w:hAnsi="Arial" w:cs="Arial"/>
          <w:lang w:val="de-CH"/>
        </w:rPr>
      </w:pPr>
      <w:proofErr w:type="spellStart"/>
      <w:r w:rsidRPr="00542EFD">
        <w:rPr>
          <w:rFonts w:ascii="Arial" w:hAnsi="Arial" w:cs="Arial"/>
          <w:b/>
          <w:bCs/>
          <w:lang w:val="de-CH"/>
        </w:rPr>
        <w:t>Less</w:t>
      </w:r>
      <w:proofErr w:type="spellEnd"/>
      <w:r w:rsidRPr="00542EFD">
        <w:rPr>
          <w:rFonts w:ascii="Arial" w:hAnsi="Arial" w:cs="Arial"/>
          <w:b/>
          <w:bCs/>
          <w:lang w:val="de-CH"/>
        </w:rPr>
        <w:t xml:space="preserve"> </w:t>
      </w:r>
      <w:r w:rsidRPr="00542EFD">
        <w:rPr>
          <w:rFonts w:ascii="Arial" w:hAnsi="Arial" w:cs="Arial"/>
          <w:lang w:val="de-CH"/>
        </w:rPr>
        <w:t>(Weniger)</w:t>
      </w:r>
    </w:p>
    <w:p w14:paraId="3602BBB7" w14:textId="77777777" w:rsidR="0095382F" w:rsidRPr="00542EFD" w:rsidRDefault="0095382F" w:rsidP="00690844">
      <w:pPr>
        <w:pStyle w:val="Listenabsatz"/>
        <w:numPr>
          <w:ilvl w:val="0"/>
          <w:numId w:val="29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>Wovon sollten wir künftig weniger machen?</w:t>
      </w:r>
    </w:p>
    <w:p w14:paraId="21E82716" w14:textId="6F2056EC" w:rsidR="0095382F" w:rsidRPr="00542EFD" w:rsidRDefault="0095382F" w:rsidP="00690844">
      <w:pPr>
        <w:pStyle w:val="Listenabsatz"/>
        <w:numPr>
          <w:ilvl w:val="0"/>
          <w:numId w:val="29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 xml:space="preserve">Was hat Zeit gekostet, ohne </w:t>
      </w:r>
      <w:r w:rsidR="000503ED" w:rsidRPr="00542EFD">
        <w:rPr>
          <w:rFonts w:ascii="Arial" w:hAnsi="Arial" w:cs="Arial"/>
          <w:lang w:val="de-CH"/>
        </w:rPr>
        <w:t xml:space="preserve">einen </w:t>
      </w:r>
      <w:r w:rsidRPr="00542EFD">
        <w:rPr>
          <w:rFonts w:ascii="Arial" w:hAnsi="Arial" w:cs="Arial"/>
          <w:lang w:val="de-CH"/>
        </w:rPr>
        <w:t>Mehrwert zu bringen?</w:t>
      </w:r>
    </w:p>
    <w:p w14:paraId="62303508" w14:textId="4DDF8AE6" w:rsidR="0095382F" w:rsidRPr="00542EFD" w:rsidRDefault="0095382F" w:rsidP="00690844">
      <w:pPr>
        <w:pStyle w:val="Listenabsatz"/>
        <w:numPr>
          <w:ilvl w:val="0"/>
          <w:numId w:val="29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 xml:space="preserve">Gab es Momente, die </w:t>
      </w:r>
      <w:r w:rsidR="000503ED" w:rsidRPr="00542EFD">
        <w:rPr>
          <w:rFonts w:ascii="Arial" w:hAnsi="Arial" w:cs="Arial"/>
          <w:lang w:val="de-CH"/>
        </w:rPr>
        <w:t>die Teilnehmenden</w:t>
      </w:r>
      <w:r w:rsidRPr="00542EFD">
        <w:rPr>
          <w:rFonts w:ascii="Arial" w:hAnsi="Arial" w:cs="Arial"/>
          <w:lang w:val="de-CH"/>
        </w:rPr>
        <w:t xml:space="preserve"> als zu komplex, zu theoretisch oder ermüdend empfunden haben?</w:t>
      </w:r>
    </w:p>
    <w:p w14:paraId="6E6F5D07" w14:textId="77777777" w:rsidR="0095382F" w:rsidRPr="00542EFD" w:rsidRDefault="0095382F" w:rsidP="00690844">
      <w:pPr>
        <w:pStyle w:val="Listenabsatz"/>
        <w:numPr>
          <w:ilvl w:val="0"/>
          <w:numId w:val="29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>Welche Formate oder Abläufe haben die Beteiligung eher erschwert?</w:t>
      </w:r>
    </w:p>
    <w:p w14:paraId="4150CFAD" w14:textId="77777777" w:rsidR="0095382F" w:rsidRPr="00542EFD" w:rsidRDefault="0095382F" w:rsidP="00690844">
      <w:pPr>
        <w:pStyle w:val="Listenabsatz"/>
        <w:numPr>
          <w:ilvl w:val="0"/>
          <w:numId w:val="29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>Wovon sollten wir uns verabschieden, damit mehr Raum für Dialog bleibt?</w:t>
      </w:r>
    </w:p>
    <w:p w14:paraId="1C59A170" w14:textId="7E69D862" w:rsidR="0095382F" w:rsidRPr="00542EFD" w:rsidRDefault="0095382F" w:rsidP="00690844">
      <w:p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b/>
          <w:bCs/>
          <w:lang w:val="de-CH"/>
        </w:rPr>
        <w:t xml:space="preserve">More </w:t>
      </w:r>
      <w:r w:rsidRPr="00542EFD">
        <w:rPr>
          <w:rFonts w:ascii="Arial" w:hAnsi="Arial" w:cs="Arial"/>
          <w:lang w:val="de-CH"/>
        </w:rPr>
        <w:t>(Mehr)</w:t>
      </w:r>
    </w:p>
    <w:p w14:paraId="359313B0" w14:textId="77777777" w:rsidR="0095382F" w:rsidRPr="00542EFD" w:rsidRDefault="0095382F" w:rsidP="00690844">
      <w:pPr>
        <w:pStyle w:val="Listenabsatz"/>
        <w:numPr>
          <w:ilvl w:val="0"/>
          <w:numId w:val="30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>Was war wertvoll und sollte verstärkt werden?</w:t>
      </w:r>
    </w:p>
    <w:p w14:paraId="66672425" w14:textId="456880C2" w:rsidR="0095382F" w:rsidRPr="00542EFD" w:rsidRDefault="005D5226" w:rsidP="00690844">
      <w:pPr>
        <w:pStyle w:val="Listenabsatz"/>
        <w:numPr>
          <w:ilvl w:val="0"/>
          <w:numId w:val="30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>Wobei</w:t>
      </w:r>
      <w:r w:rsidR="0095382F" w:rsidRPr="00542EFD">
        <w:rPr>
          <w:rFonts w:ascii="Arial" w:hAnsi="Arial" w:cs="Arial"/>
          <w:lang w:val="de-CH"/>
        </w:rPr>
        <w:t xml:space="preserve"> hätten </w:t>
      </w:r>
      <w:r w:rsidRPr="00542EFD">
        <w:rPr>
          <w:rFonts w:ascii="Arial" w:hAnsi="Arial" w:cs="Arial"/>
          <w:lang w:val="de-CH"/>
        </w:rPr>
        <w:t>sich die Teilnehmenden</w:t>
      </w:r>
      <w:r w:rsidR="0095382F" w:rsidRPr="00542EFD">
        <w:rPr>
          <w:rFonts w:ascii="Arial" w:hAnsi="Arial" w:cs="Arial"/>
          <w:lang w:val="de-CH"/>
        </w:rPr>
        <w:t xml:space="preserve"> mehr Zeit oder Raum gewünscht?</w:t>
      </w:r>
    </w:p>
    <w:p w14:paraId="1DE29E26" w14:textId="77777777" w:rsidR="0095382F" w:rsidRPr="00542EFD" w:rsidRDefault="0095382F" w:rsidP="00690844">
      <w:pPr>
        <w:pStyle w:val="Listenabsatz"/>
        <w:numPr>
          <w:ilvl w:val="0"/>
          <w:numId w:val="30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>Wo gab es besonders lebendige Diskussionen oder kreative Ergebnisse?</w:t>
      </w:r>
    </w:p>
    <w:p w14:paraId="19D9D134" w14:textId="77777777" w:rsidR="0095382F" w:rsidRPr="00542EFD" w:rsidRDefault="0095382F" w:rsidP="00690844">
      <w:pPr>
        <w:pStyle w:val="Listenabsatz"/>
        <w:numPr>
          <w:ilvl w:val="0"/>
          <w:numId w:val="30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>Welche Kommunikationsformen (z. B. Austausch in Kleingruppen) sollten wir intensivieren?</w:t>
      </w:r>
    </w:p>
    <w:p w14:paraId="543B709C" w14:textId="77777777" w:rsidR="0095382F" w:rsidRPr="00542EFD" w:rsidRDefault="0095382F" w:rsidP="00690844">
      <w:pPr>
        <w:pStyle w:val="Listenabsatz"/>
        <w:numPr>
          <w:ilvl w:val="0"/>
          <w:numId w:val="30"/>
        </w:numPr>
        <w:rPr>
          <w:rFonts w:ascii="Arial" w:hAnsi="Arial" w:cs="Arial"/>
          <w:lang w:val="de-CH"/>
        </w:rPr>
      </w:pPr>
      <w:r w:rsidRPr="00542EFD">
        <w:rPr>
          <w:rFonts w:ascii="Arial" w:hAnsi="Arial" w:cs="Arial"/>
          <w:lang w:val="de-CH"/>
        </w:rPr>
        <w:t>Was sollten wir noch stärker sichtbar machen (z. B. Ergebnisse, Feedback, Rückmeldungen)?</w:t>
      </w:r>
    </w:p>
    <w:sectPr w:rsidR="0095382F" w:rsidRPr="00542EFD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24D2A" w14:textId="77777777" w:rsidR="0016528A" w:rsidRDefault="0016528A" w:rsidP="00C3033B">
      <w:pPr>
        <w:spacing w:after="0" w:line="240" w:lineRule="auto"/>
      </w:pPr>
      <w:r>
        <w:separator/>
      </w:r>
    </w:p>
  </w:endnote>
  <w:endnote w:type="continuationSeparator" w:id="0">
    <w:p w14:paraId="5783F42B" w14:textId="77777777" w:rsidR="0016528A" w:rsidRDefault="0016528A" w:rsidP="00C3033B">
      <w:pPr>
        <w:spacing w:after="0" w:line="240" w:lineRule="auto"/>
      </w:pPr>
      <w:r>
        <w:continuationSeparator/>
      </w:r>
    </w:p>
  </w:endnote>
  <w:endnote w:type="continuationNotice" w:id="1">
    <w:p w14:paraId="7B159E24" w14:textId="77777777" w:rsidR="0016528A" w:rsidRDefault="001652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us Jakarta Sans">
    <w:altName w:val="Cambria"/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2870A" w14:textId="367326B5" w:rsidR="00C3033B" w:rsidRPr="00542EFD" w:rsidRDefault="00E656DE" w:rsidP="00C3033B">
    <w:pPr>
      <w:pStyle w:val="Fuzeile"/>
      <w:rPr>
        <w:rFonts w:ascii="Arial" w:hAnsi="Arial" w:cs="Arial"/>
        <w:sz w:val="20"/>
        <w:szCs w:val="20"/>
        <w:lang w:val="de-CH"/>
      </w:rPr>
    </w:pPr>
    <w:r w:rsidRPr="00542EFD">
      <w:rPr>
        <w:rFonts w:ascii="Arial" w:hAnsi="Arial" w:cs="Arial"/>
        <w:sz w:val="20"/>
        <w:szCs w:val="20"/>
        <w:lang w:val="de-CH"/>
      </w:rPr>
      <w:t>KALM-Matrix zur Reflexion von Beteiligungsformaten</w:t>
    </w:r>
    <w:r w:rsidR="00C3033B" w:rsidRPr="00542EFD">
      <w:rPr>
        <w:rFonts w:ascii="Arial" w:hAnsi="Arial" w:cs="Arial"/>
        <w:sz w:val="20"/>
        <w:szCs w:val="20"/>
        <w:lang w:val="de-CH"/>
      </w:rPr>
      <w:tab/>
    </w:r>
    <w:sdt>
      <w:sdtPr>
        <w:rPr>
          <w:rFonts w:ascii="Arial" w:hAnsi="Arial" w:cs="Arial"/>
          <w:sz w:val="20"/>
          <w:szCs w:val="20"/>
        </w:rPr>
        <w:id w:val="2086805676"/>
        <w:docPartObj>
          <w:docPartGallery w:val="Page Numbers (Bottom of Page)"/>
          <w:docPartUnique/>
        </w:docPartObj>
      </w:sdtPr>
      <w:sdtEndPr/>
      <w:sdtContent>
        <w:r w:rsidR="00C3033B" w:rsidRPr="00542EFD">
          <w:rPr>
            <w:rFonts w:ascii="Arial" w:hAnsi="Arial" w:cs="Arial"/>
            <w:sz w:val="20"/>
            <w:szCs w:val="20"/>
          </w:rPr>
          <w:fldChar w:fldCharType="begin"/>
        </w:r>
        <w:r w:rsidR="00C3033B" w:rsidRPr="00542EFD">
          <w:rPr>
            <w:rFonts w:ascii="Arial" w:hAnsi="Arial" w:cs="Arial"/>
            <w:sz w:val="20"/>
            <w:szCs w:val="20"/>
            <w:lang w:val="de-CH"/>
          </w:rPr>
          <w:instrText>PAGE   \* MERGEFORMAT</w:instrText>
        </w:r>
        <w:r w:rsidR="00C3033B" w:rsidRPr="00542EFD">
          <w:rPr>
            <w:rFonts w:ascii="Arial" w:hAnsi="Arial" w:cs="Arial"/>
            <w:sz w:val="20"/>
            <w:szCs w:val="20"/>
          </w:rPr>
          <w:fldChar w:fldCharType="separate"/>
        </w:r>
        <w:r w:rsidR="00C3033B" w:rsidRPr="00542EFD">
          <w:rPr>
            <w:rFonts w:ascii="Arial" w:hAnsi="Arial" w:cs="Arial"/>
            <w:sz w:val="20"/>
            <w:szCs w:val="20"/>
            <w:lang w:val="de-DE"/>
          </w:rPr>
          <w:t>2</w:t>
        </w:r>
        <w:r w:rsidR="00C3033B" w:rsidRPr="00542EFD">
          <w:rPr>
            <w:rFonts w:ascii="Arial" w:hAnsi="Arial" w:cs="Arial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3A9E3" w14:textId="77777777" w:rsidR="0016528A" w:rsidRDefault="0016528A" w:rsidP="00C3033B">
      <w:pPr>
        <w:spacing w:after="0" w:line="240" w:lineRule="auto"/>
      </w:pPr>
      <w:r>
        <w:separator/>
      </w:r>
    </w:p>
  </w:footnote>
  <w:footnote w:type="continuationSeparator" w:id="0">
    <w:p w14:paraId="7C47CE9A" w14:textId="77777777" w:rsidR="0016528A" w:rsidRDefault="0016528A" w:rsidP="00C3033B">
      <w:pPr>
        <w:spacing w:after="0" w:line="240" w:lineRule="auto"/>
      </w:pPr>
      <w:r>
        <w:continuationSeparator/>
      </w:r>
    </w:p>
  </w:footnote>
  <w:footnote w:type="continuationNotice" w:id="1">
    <w:p w14:paraId="1B324158" w14:textId="77777777" w:rsidR="0016528A" w:rsidRDefault="001652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303B0" w14:textId="77777777" w:rsidR="00C3033B" w:rsidRPr="00542EFD" w:rsidRDefault="00C3033B" w:rsidP="00542EFD">
    <w:pPr>
      <w:pStyle w:val="Kopfzeile"/>
      <w:tabs>
        <w:tab w:val="left" w:pos="1567"/>
        <w:tab w:val="right" w:pos="12960"/>
      </w:tabs>
      <w:rPr>
        <w:rFonts w:ascii="Arial" w:hAnsi="Arial" w:cs="Arial"/>
        <w:lang w:val="de-CH"/>
      </w:rPr>
    </w:pPr>
    <w:r w:rsidRPr="00542EFD">
      <w:rPr>
        <w:rFonts w:ascii="Arial" w:hAnsi="Arial" w:cs="Arial"/>
        <w:lang w:val="de-CH"/>
      </w:rPr>
      <w:t xml:space="preserve">Toolbox - Nachhaltigkeitsmanagement in Tourismusdestinationen </w:t>
    </w:r>
  </w:p>
  <w:p w14:paraId="26DC3A1F" w14:textId="77777777" w:rsidR="00C3033B" w:rsidRDefault="00C3033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0E4579"/>
    <w:multiLevelType w:val="multilevel"/>
    <w:tmpl w:val="DBC8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8037F6"/>
    <w:multiLevelType w:val="hybridMultilevel"/>
    <w:tmpl w:val="4DFC3A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307F49"/>
    <w:multiLevelType w:val="multilevel"/>
    <w:tmpl w:val="D1C6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2B4E1A"/>
    <w:multiLevelType w:val="multilevel"/>
    <w:tmpl w:val="F728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F543EA"/>
    <w:multiLevelType w:val="hybridMultilevel"/>
    <w:tmpl w:val="78CA759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A5DDD"/>
    <w:multiLevelType w:val="hybridMultilevel"/>
    <w:tmpl w:val="7850195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7D6113"/>
    <w:multiLevelType w:val="hybridMultilevel"/>
    <w:tmpl w:val="E2E282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F3D5F"/>
    <w:multiLevelType w:val="hybridMultilevel"/>
    <w:tmpl w:val="6F3480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E753D"/>
    <w:multiLevelType w:val="hybridMultilevel"/>
    <w:tmpl w:val="D7A0C326"/>
    <w:lvl w:ilvl="0" w:tplc="2D94D528">
      <w:start w:val="19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A7A50"/>
    <w:multiLevelType w:val="hybridMultilevel"/>
    <w:tmpl w:val="5DF61A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A34CB"/>
    <w:multiLevelType w:val="hybridMultilevel"/>
    <w:tmpl w:val="39748EF2"/>
    <w:lvl w:ilvl="0" w:tplc="08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8B66607"/>
    <w:multiLevelType w:val="hybridMultilevel"/>
    <w:tmpl w:val="E53607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06663"/>
    <w:multiLevelType w:val="multilevel"/>
    <w:tmpl w:val="869A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5F1E2E"/>
    <w:multiLevelType w:val="hybridMultilevel"/>
    <w:tmpl w:val="1DFA8A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119CF"/>
    <w:multiLevelType w:val="multilevel"/>
    <w:tmpl w:val="9D123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3C22CD"/>
    <w:multiLevelType w:val="multilevel"/>
    <w:tmpl w:val="B356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94244F"/>
    <w:multiLevelType w:val="multilevel"/>
    <w:tmpl w:val="4CF4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5E0CE6"/>
    <w:multiLevelType w:val="hybridMultilevel"/>
    <w:tmpl w:val="13A26D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41950"/>
    <w:multiLevelType w:val="hybridMultilevel"/>
    <w:tmpl w:val="B036BB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0C213E"/>
    <w:multiLevelType w:val="multilevel"/>
    <w:tmpl w:val="15AE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051952"/>
    <w:multiLevelType w:val="multilevel"/>
    <w:tmpl w:val="3214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0687466">
    <w:abstractNumId w:val="8"/>
  </w:num>
  <w:num w:numId="2" w16cid:durableId="1409230137">
    <w:abstractNumId w:val="6"/>
  </w:num>
  <w:num w:numId="3" w16cid:durableId="2023313019">
    <w:abstractNumId w:val="5"/>
  </w:num>
  <w:num w:numId="4" w16cid:durableId="856426940">
    <w:abstractNumId w:val="4"/>
  </w:num>
  <w:num w:numId="5" w16cid:durableId="597760359">
    <w:abstractNumId w:val="7"/>
  </w:num>
  <w:num w:numId="6" w16cid:durableId="1681661817">
    <w:abstractNumId w:val="3"/>
  </w:num>
  <w:num w:numId="7" w16cid:durableId="2064254371">
    <w:abstractNumId w:val="2"/>
  </w:num>
  <w:num w:numId="8" w16cid:durableId="1097288031">
    <w:abstractNumId w:val="1"/>
  </w:num>
  <w:num w:numId="9" w16cid:durableId="819924256">
    <w:abstractNumId w:val="0"/>
  </w:num>
  <w:num w:numId="10" w16cid:durableId="50807284">
    <w:abstractNumId w:val="12"/>
  </w:num>
  <w:num w:numId="11" w16cid:durableId="475495037">
    <w:abstractNumId w:val="29"/>
  </w:num>
  <w:num w:numId="12" w16cid:durableId="1744915692">
    <w:abstractNumId w:val="24"/>
  </w:num>
  <w:num w:numId="13" w16cid:durableId="868374136">
    <w:abstractNumId w:val="21"/>
  </w:num>
  <w:num w:numId="14" w16cid:durableId="706101442">
    <w:abstractNumId w:val="28"/>
  </w:num>
  <w:num w:numId="15" w16cid:durableId="1334451146">
    <w:abstractNumId w:val="11"/>
  </w:num>
  <w:num w:numId="16" w16cid:durableId="1985810946">
    <w:abstractNumId w:val="23"/>
  </w:num>
  <w:num w:numId="17" w16cid:durableId="963586122">
    <w:abstractNumId w:val="9"/>
  </w:num>
  <w:num w:numId="18" w16cid:durableId="1950120494">
    <w:abstractNumId w:val="25"/>
  </w:num>
  <w:num w:numId="19" w16cid:durableId="1209612115">
    <w:abstractNumId w:val="17"/>
  </w:num>
  <w:num w:numId="20" w16cid:durableId="1635329424">
    <w:abstractNumId w:val="20"/>
  </w:num>
  <w:num w:numId="21" w16cid:durableId="1614510829">
    <w:abstractNumId w:val="15"/>
  </w:num>
  <w:num w:numId="22" w16cid:durableId="2122724696">
    <w:abstractNumId w:val="13"/>
  </w:num>
  <w:num w:numId="23" w16cid:durableId="1926526287">
    <w:abstractNumId w:val="19"/>
  </w:num>
  <w:num w:numId="24" w16cid:durableId="839807475">
    <w:abstractNumId w:val="18"/>
  </w:num>
  <w:num w:numId="25" w16cid:durableId="1625190268">
    <w:abstractNumId w:val="16"/>
  </w:num>
  <w:num w:numId="26" w16cid:durableId="1975405138">
    <w:abstractNumId w:val="27"/>
  </w:num>
  <w:num w:numId="27" w16cid:durableId="1584951209">
    <w:abstractNumId w:val="10"/>
  </w:num>
  <w:num w:numId="28" w16cid:durableId="1010184997">
    <w:abstractNumId w:val="26"/>
  </w:num>
  <w:num w:numId="29" w16cid:durableId="1897426936">
    <w:abstractNumId w:val="22"/>
  </w:num>
  <w:num w:numId="30" w16cid:durableId="5385143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D8A"/>
    <w:rsid w:val="000031E6"/>
    <w:rsid w:val="00003269"/>
    <w:rsid w:val="00013A5B"/>
    <w:rsid w:val="0001662D"/>
    <w:rsid w:val="0002099A"/>
    <w:rsid w:val="00024D87"/>
    <w:rsid w:val="00025F85"/>
    <w:rsid w:val="00026095"/>
    <w:rsid w:val="00032695"/>
    <w:rsid w:val="00034616"/>
    <w:rsid w:val="00041BB4"/>
    <w:rsid w:val="00042FB6"/>
    <w:rsid w:val="000444E5"/>
    <w:rsid w:val="0004669D"/>
    <w:rsid w:val="000469F2"/>
    <w:rsid w:val="000503ED"/>
    <w:rsid w:val="00055DF7"/>
    <w:rsid w:val="00056852"/>
    <w:rsid w:val="0006063C"/>
    <w:rsid w:val="00065139"/>
    <w:rsid w:val="00065ED1"/>
    <w:rsid w:val="00067438"/>
    <w:rsid w:val="00070A06"/>
    <w:rsid w:val="00075CC6"/>
    <w:rsid w:val="00091FD3"/>
    <w:rsid w:val="000929E9"/>
    <w:rsid w:val="0009707A"/>
    <w:rsid w:val="000A3FCC"/>
    <w:rsid w:val="000A7F28"/>
    <w:rsid w:val="000B0240"/>
    <w:rsid w:val="000B6E1E"/>
    <w:rsid w:val="000B7AED"/>
    <w:rsid w:val="000C336F"/>
    <w:rsid w:val="000C400E"/>
    <w:rsid w:val="000C50DB"/>
    <w:rsid w:val="000D57FD"/>
    <w:rsid w:val="000E236F"/>
    <w:rsid w:val="000E69C3"/>
    <w:rsid w:val="000F00A8"/>
    <w:rsid w:val="000F4C16"/>
    <w:rsid w:val="00101074"/>
    <w:rsid w:val="00111E46"/>
    <w:rsid w:val="001137CA"/>
    <w:rsid w:val="00126119"/>
    <w:rsid w:val="001323EC"/>
    <w:rsid w:val="00134990"/>
    <w:rsid w:val="00147560"/>
    <w:rsid w:val="00147DEF"/>
    <w:rsid w:val="0015074B"/>
    <w:rsid w:val="0016528A"/>
    <w:rsid w:val="001678BE"/>
    <w:rsid w:val="001713EF"/>
    <w:rsid w:val="00171BE9"/>
    <w:rsid w:val="001728E5"/>
    <w:rsid w:val="0017305B"/>
    <w:rsid w:val="00181605"/>
    <w:rsid w:val="001818BF"/>
    <w:rsid w:val="00181D4B"/>
    <w:rsid w:val="00191E1F"/>
    <w:rsid w:val="0019319E"/>
    <w:rsid w:val="001A3FFD"/>
    <w:rsid w:val="001B16E8"/>
    <w:rsid w:val="001B6A5B"/>
    <w:rsid w:val="001B7E8F"/>
    <w:rsid w:val="001C44EA"/>
    <w:rsid w:val="001D0D1D"/>
    <w:rsid w:val="001D358D"/>
    <w:rsid w:val="001D3DEB"/>
    <w:rsid w:val="001E7988"/>
    <w:rsid w:val="0020614F"/>
    <w:rsid w:val="00215FAB"/>
    <w:rsid w:val="002202BB"/>
    <w:rsid w:val="0022069A"/>
    <w:rsid w:val="002218EF"/>
    <w:rsid w:val="002263C6"/>
    <w:rsid w:val="00230C4C"/>
    <w:rsid w:val="002412C6"/>
    <w:rsid w:val="00247973"/>
    <w:rsid w:val="002537A6"/>
    <w:rsid w:val="00254DA9"/>
    <w:rsid w:val="002568CE"/>
    <w:rsid w:val="0026682F"/>
    <w:rsid w:val="002711EB"/>
    <w:rsid w:val="00271FBA"/>
    <w:rsid w:val="00280821"/>
    <w:rsid w:val="00282008"/>
    <w:rsid w:val="002822D5"/>
    <w:rsid w:val="00286C54"/>
    <w:rsid w:val="00290A89"/>
    <w:rsid w:val="00290DB3"/>
    <w:rsid w:val="00291886"/>
    <w:rsid w:val="0029639D"/>
    <w:rsid w:val="00296D16"/>
    <w:rsid w:val="002A0056"/>
    <w:rsid w:val="002A1169"/>
    <w:rsid w:val="002A2603"/>
    <w:rsid w:val="002A6792"/>
    <w:rsid w:val="002B1432"/>
    <w:rsid w:val="002B2572"/>
    <w:rsid w:val="002B6E3B"/>
    <w:rsid w:val="002C024E"/>
    <w:rsid w:val="002C109E"/>
    <w:rsid w:val="002C59BE"/>
    <w:rsid w:val="002D22CA"/>
    <w:rsid w:val="002D3E65"/>
    <w:rsid w:val="002D66B9"/>
    <w:rsid w:val="002E3719"/>
    <w:rsid w:val="002E46F4"/>
    <w:rsid w:val="002F2745"/>
    <w:rsid w:val="002F35D5"/>
    <w:rsid w:val="002F40DD"/>
    <w:rsid w:val="00301D3C"/>
    <w:rsid w:val="0030767C"/>
    <w:rsid w:val="00320C0F"/>
    <w:rsid w:val="00320FDD"/>
    <w:rsid w:val="003238A4"/>
    <w:rsid w:val="00324D83"/>
    <w:rsid w:val="00325AC8"/>
    <w:rsid w:val="00326F90"/>
    <w:rsid w:val="003275A2"/>
    <w:rsid w:val="0033229E"/>
    <w:rsid w:val="00336CD5"/>
    <w:rsid w:val="00337C01"/>
    <w:rsid w:val="003538A0"/>
    <w:rsid w:val="003545B0"/>
    <w:rsid w:val="00361A8B"/>
    <w:rsid w:val="00365F7C"/>
    <w:rsid w:val="00372B0D"/>
    <w:rsid w:val="00384A68"/>
    <w:rsid w:val="00386486"/>
    <w:rsid w:val="00391972"/>
    <w:rsid w:val="003933DD"/>
    <w:rsid w:val="00397B8F"/>
    <w:rsid w:val="003A7FB9"/>
    <w:rsid w:val="003F0BA4"/>
    <w:rsid w:val="004021DC"/>
    <w:rsid w:val="004060AF"/>
    <w:rsid w:val="00412D40"/>
    <w:rsid w:val="00413EEB"/>
    <w:rsid w:val="00416EA9"/>
    <w:rsid w:val="004245C5"/>
    <w:rsid w:val="00427891"/>
    <w:rsid w:val="00430B83"/>
    <w:rsid w:val="004425AE"/>
    <w:rsid w:val="004443C8"/>
    <w:rsid w:val="00445236"/>
    <w:rsid w:val="00465818"/>
    <w:rsid w:val="00471A62"/>
    <w:rsid w:val="00476660"/>
    <w:rsid w:val="00484EA9"/>
    <w:rsid w:val="004863CD"/>
    <w:rsid w:val="0049202D"/>
    <w:rsid w:val="00497B03"/>
    <w:rsid w:val="004A2633"/>
    <w:rsid w:val="004B28EF"/>
    <w:rsid w:val="004C0596"/>
    <w:rsid w:val="004C0827"/>
    <w:rsid w:val="004C1BD2"/>
    <w:rsid w:val="004C2BB0"/>
    <w:rsid w:val="004C30A8"/>
    <w:rsid w:val="004C3185"/>
    <w:rsid w:val="004C5AA4"/>
    <w:rsid w:val="004E64FB"/>
    <w:rsid w:val="004F09DC"/>
    <w:rsid w:val="005041E6"/>
    <w:rsid w:val="00513976"/>
    <w:rsid w:val="00520BFB"/>
    <w:rsid w:val="00524B24"/>
    <w:rsid w:val="005256FB"/>
    <w:rsid w:val="0052760D"/>
    <w:rsid w:val="00542EFD"/>
    <w:rsid w:val="005502ED"/>
    <w:rsid w:val="00556D42"/>
    <w:rsid w:val="00556FAB"/>
    <w:rsid w:val="00557A04"/>
    <w:rsid w:val="00561EE7"/>
    <w:rsid w:val="00562C00"/>
    <w:rsid w:val="00562C5C"/>
    <w:rsid w:val="00564556"/>
    <w:rsid w:val="00567B8E"/>
    <w:rsid w:val="00573F7B"/>
    <w:rsid w:val="0058313C"/>
    <w:rsid w:val="005901C0"/>
    <w:rsid w:val="005907F4"/>
    <w:rsid w:val="005A4720"/>
    <w:rsid w:val="005A54C0"/>
    <w:rsid w:val="005A6A97"/>
    <w:rsid w:val="005B4300"/>
    <w:rsid w:val="005B7026"/>
    <w:rsid w:val="005C1F98"/>
    <w:rsid w:val="005C2D7C"/>
    <w:rsid w:val="005C4CEA"/>
    <w:rsid w:val="005D18E6"/>
    <w:rsid w:val="005D2FD4"/>
    <w:rsid w:val="005D5226"/>
    <w:rsid w:val="005E61E7"/>
    <w:rsid w:val="005F6866"/>
    <w:rsid w:val="006002D3"/>
    <w:rsid w:val="00600546"/>
    <w:rsid w:val="00612104"/>
    <w:rsid w:val="006137C5"/>
    <w:rsid w:val="00616380"/>
    <w:rsid w:val="006178F3"/>
    <w:rsid w:val="00617C6E"/>
    <w:rsid w:val="006207FD"/>
    <w:rsid w:val="00622F97"/>
    <w:rsid w:val="00630C99"/>
    <w:rsid w:val="0063403B"/>
    <w:rsid w:val="00637305"/>
    <w:rsid w:val="00642774"/>
    <w:rsid w:val="00647A12"/>
    <w:rsid w:val="00651090"/>
    <w:rsid w:val="00651A18"/>
    <w:rsid w:val="0065353D"/>
    <w:rsid w:val="006539AE"/>
    <w:rsid w:val="006567A0"/>
    <w:rsid w:val="006630C3"/>
    <w:rsid w:val="00674B85"/>
    <w:rsid w:val="00674E20"/>
    <w:rsid w:val="00684C3A"/>
    <w:rsid w:val="0068560A"/>
    <w:rsid w:val="00685F17"/>
    <w:rsid w:val="006867B0"/>
    <w:rsid w:val="00690844"/>
    <w:rsid w:val="006919D3"/>
    <w:rsid w:val="00692EAD"/>
    <w:rsid w:val="006968B8"/>
    <w:rsid w:val="006A0FCE"/>
    <w:rsid w:val="006A4837"/>
    <w:rsid w:val="006C327C"/>
    <w:rsid w:val="006C4ECA"/>
    <w:rsid w:val="006D1F16"/>
    <w:rsid w:val="006D3176"/>
    <w:rsid w:val="006E209B"/>
    <w:rsid w:val="006E4BC3"/>
    <w:rsid w:val="006E4DB9"/>
    <w:rsid w:val="006F0983"/>
    <w:rsid w:val="00700897"/>
    <w:rsid w:val="00700A29"/>
    <w:rsid w:val="00717AF9"/>
    <w:rsid w:val="0072515B"/>
    <w:rsid w:val="00745764"/>
    <w:rsid w:val="00746FCD"/>
    <w:rsid w:val="007516AF"/>
    <w:rsid w:val="00753B5E"/>
    <w:rsid w:val="00755780"/>
    <w:rsid w:val="007569FD"/>
    <w:rsid w:val="00757823"/>
    <w:rsid w:val="0076005B"/>
    <w:rsid w:val="007631CF"/>
    <w:rsid w:val="00767983"/>
    <w:rsid w:val="007727D6"/>
    <w:rsid w:val="00782F47"/>
    <w:rsid w:val="00792D4D"/>
    <w:rsid w:val="007A495D"/>
    <w:rsid w:val="007A7FB8"/>
    <w:rsid w:val="007B2017"/>
    <w:rsid w:val="007B52AB"/>
    <w:rsid w:val="007C121F"/>
    <w:rsid w:val="007C209A"/>
    <w:rsid w:val="007D2F00"/>
    <w:rsid w:val="007D498B"/>
    <w:rsid w:val="007D52AF"/>
    <w:rsid w:val="007E592C"/>
    <w:rsid w:val="007F0BF4"/>
    <w:rsid w:val="007F7BE9"/>
    <w:rsid w:val="008056E6"/>
    <w:rsid w:val="0081144A"/>
    <w:rsid w:val="00826791"/>
    <w:rsid w:val="0083116D"/>
    <w:rsid w:val="008353F5"/>
    <w:rsid w:val="008443E2"/>
    <w:rsid w:val="00844669"/>
    <w:rsid w:val="00845D68"/>
    <w:rsid w:val="00846664"/>
    <w:rsid w:val="00853D59"/>
    <w:rsid w:val="008743CC"/>
    <w:rsid w:val="00874EE5"/>
    <w:rsid w:val="00894DAD"/>
    <w:rsid w:val="00895AB0"/>
    <w:rsid w:val="008A1410"/>
    <w:rsid w:val="008A5DA1"/>
    <w:rsid w:val="008B0930"/>
    <w:rsid w:val="008B3F22"/>
    <w:rsid w:val="008B60AB"/>
    <w:rsid w:val="008C2424"/>
    <w:rsid w:val="008D5B92"/>
    <w:rsid w:val="008E0A92"/>
    <w:rsid w:val="008E228C"/>
    <w:rsid w:val="008F6C16"/>
    <w:rsid w:val="00906642"/>
    <w:rsid w:val="00907AB0"/>
    <w:rsid w:val="00913BEB"/>
    <w:rsid w:val="00915DD4"/>
    <w:rsid w:val="0092630E"/>
    <w:rsid w:val="00926AA2"/>
    <w:rsid w:val="009320C3"/>
    <w:rsid w:val="00934F0E"/>
    <w:rsid w:val="0094182D"/>
    <w:rsid w:val="0095382F"/>
    <w:rsid w:val="00954B5E"/>
    <w:rsid w:val="009674A9"/>
    <w:rsid w:val="00990454"/>
    <w:rsid w:val="0099081C"/>
    <w:rsid w:val="00990DBB"/>
    <w:rsid w:val="009925AE"/>
    <w:rsid w:val="009A29E4"/>
    <w:rsid w:val="009B5CE9"/>
    <w:rsid w:val="009C5E33"/>
    <w:rsid w:val="009C65C7"/>
    <w:rsid w:val="009C65CF"/>
    <w:rsid w:val="009D1342"/>
    <w:rsid w:val="009D5055"/>
    <w:rsid w:val="009D5ADE"/>
    <w:rsid w:val="009E0D1C"/>
    <w:rsid w:val="009E4983"/>
    <w:rsid w:val="009F5D56"/>
    <w:rsid w:val="00A024A4"/>
    <w:rsid w:val="00A0453F"/>
    <w:rsid w:val="00A06162"/>
    <w:rsid w:val="00A13BCA"/>
    <w:rsid w:val="00A1499B"/>
    <w:rsid w:val="00A14F5F"/>
    <w:rsid w:val="00A167B8"/>
    <w:rsid w:val="00A170BC"/>
    <w:rsid w:val="00A2275C"/>
    <w:rsid w:val="00A302AB"/>
    <w:rsid w:val="00A30DB7"/>
    <w:rsid w:val="00A31502"/>
    <w:rsid w:val="00A35CEF"/>
    <w:rsid w:val="00A424EE"/>
    <w:rsid w:val="00A43D91"/>
    <w:rsid w:val="00A56C77"/>
    <w:rsid w:val="00A6331A"/>
    <w:rsid w:val="00A6440D"/>
    <w:rsid w:val="00A6664D"/>
    <w:rsid w:val="00A72C6F"/>
    <w:rsid w:val="00A735BC"/>
    <w:rsid w:val="00A756B7"/>
    <w:rsid w:val="00A7588A"/>
    <w:rsid w:val="00A75E85"/>
    <w:rsid w:val="00A83F4C"/>
    <w:rsid w:val="00A94597"/>
    <w:rsid w:val="00A95564"/>
    <w:rsid w:val="00A96DB8"/>
    <w:rsid w:val="00AA1254"/>
    <w:rsid w:val="00AA1D8D"/>
    <w:rsid w:val="00AA5738"/>
    <w:rsid w:val="00AA5A17"/>
    <w:rsid w:val="00AA7D46"/>
    <w:rsid w:val="00AB473B"/>
    <w:rsid w:val="00AB5CBB"/>
    <w:rsid w:val="00AC020E"/>
    <w:rsid w:val="00AC350B"/>
    <w:rsid w:val="00AC4717"/>
    <w:rsid w:val="00AD3233"/>
    <w:rsid w:val="00AD3733"/>
    <w:rsid w:val="00AD49CF"/>
    <w:rsid w:val="00AF4753"/>
    <w:rsid w:val="00B03936"/>
    <w:rsid w:val="00B05AF7"/>
    <w:rsid w:val="00B15291"/>
    <w:rsid w:val="00B16352"/>
    <w:rsid w:val="00B40E7A"/>
    <w:rsid w:val="00B45214"/>
    <w:rsid w:val="00B46489"/>
    <w:rsid w:val="00B466EE"/>
    <w:rsid w:val="00B47730"/>
    <w:rsid w:val="00B514F0"/>
    <w:rsid w:val="00B53B22"/>
    <w:rsid w:val="00B626D9"/>
    <w:rsid w:val="00B73FD1"/>
    <w:rsid w:val="00B76C35"/>
    <w:rsid w:val="00B87187"/>
    <w:rsid w:val="00BA0D30"/>
    <w:rsid w:val="00BA317C"/>
    <w:rsid w:val="00BD120B"/>
    <w:rsid w:val="00BD3021"/>
    <w:rsid w:val="00BD3900"/>
    <w:rsid w:val="00BD6FE4"/>
    <w:rsid w:val="00BE415F"/>
    <w:rsid w:val="00BE63F2"/>
    <w:rsid w:val="00BF19A1"/>
    <w:rsid w:val="00BF6428"/>
    <w:rsid w:val="00C00444"/>
    <w:rsid w:val="00C01CB0"/>
    <w:rsid w:val="00C0317E"/>
    <w:rsid w:val="00C05C7B"/>
    <w:rsid w:val="00C06619"/>
    <w:rsid w:val="00C0770A"/>
    <w:rsid w:val="00C11856"/>
    <w:rsid w:val="00C127BA"/>
    <w:rsid w:val="00C14FB2"/>
    <w:rsid w:val="00C17E84"/>
    <w:rsid w:val="00C20A71"/>
    <w:rsid w:val="00C2161A"/>
    <w:rsid w:val="00C24A22"/>
    <w:rsid w:val="00C266CB"/>
    <w:rsid w:val="00C3033B"/>
    <w:rsid w:val="00C32576"/>
    <w:rsid w:val="00C348F2"/>
    <w:rsid w:val="00C361BB"/>
    <w:rsid w:val="00C57A91"/>
    <w:rsid w:val="00C671AA"/>
    <w:rsid w:val="00C672F6"/>
    <w:rsid w:val="00C67695"/>
    <w:rsid w:val="00C72E4B"/>
    <w:rsid w:val="00C7409A"/>
    <w:rsid w:val="00C81272"/>
    <w:rsid w:val="00C81419"/>
    <w:rsid w:val="00C8381C"/>
    <w:rsid w:val="00C92577"/>
    <w:rsid w:val="00C93583"/>
    <w:rsid w:val="00CB0664"/>
    <w:rsid w:val="00CB1AC5"/>
    <w:rsid w:val="00CB6DB1"/>
    <w:rsid w:val="00CC309E"/>
    <w:rsid w:val="00CC70AE"/>
    <w:rsid w:val="00CD35B5"/>
    <w:rsid w:val="00CE00BC"/>
    <w:rsid w:val="00CE4713"/>
    <w:rsid w:val="00CE62C4"/>
    <w:rsid w:val="00D00E63"/>
    <w:rsid w:val="00D057C3"/>
    <w:rsid w:val="00D15C6A"/>
    <w:rsid w:val="00D1749D"/>
    <w:rsid w:val="00D25B1B"/>
    <w:rsid w:val="00D2642E"/>
    <w:rsid w:val="00D42643"/>
    <w:rsid w:val="00D4389F"/>
    <w:rsid w:val="00D44BA9"/>
    <w:rsid w:val="00D54DDA"/>
    <w:rsid w:val="00D559AD"/>
    <w:rsid w:val="00D67C0F"/>
    <w:rsid w:val="00D7112D"/>
    <w:rsid w:val="00D75EF3"/>
    <w:rsid w:val="00D81F7D"/>
    <w:rsid w:val="00D82FDA"/>
    <w:rsid w:val="00D9455A"/>
    <w:rsid w:val="00DA16FE"/>
    <w:rsid w:val="00DB55A0"/>
    <w:rsid w:val="00DB55B5"/>
    <w:rsid w:val="00DB629B"/>
    <w:rsid w:val="00DC0DBE"/>
    <w:rsid w:val="00DC2309"/>
    <w:rsid w:val="00DC59D2"/>
    <w:rsid w:val="00DD115C"/>
    <w:rsid w:val="00DD2649"/>
    <w:rsid w:val="00DD2FB0"/>
    <w:rsid w:val="00DD5A18"/>
    <w:rsid w:val="00DD76E7"/>
    <w:rsid w:val="00DF0C1E"/>
    <w:rsid w:val="00DF41C5"/>
    <w:rsid w:val="00DF5B6D"/>
    <w:rsid w:val="00E00890"/>
    <w:rsid w:val="00E05CDB"/>
    <w:rsid w:val="00E11AE5"/>
    <w:rsid w:val="00E14F22"/>
    <w:rsid w:val="00E20E08"/>
    <w:rsid w:val="00E21CFD"/>
    <w:rsid w:val="00E23E8D"/>
    <w:rsid w:val="00E3046D"/>
    <w:rsid w:val="00E32382"/>
    <w:rsid w:val="00E433D7"/>
    <w:rsid w:val="00E50AD0"/>
    <w:rsid w:val="00E5186B"/>
    <w:rsid w:val="00E64283"/>
    <w:rsid w:val="00E64EA3"/>
    <w:rsid w:val="00E65506"/>
    <w:rsid w:val="00E656DE"/>
    <w:rsid w:val="00E728D3"/>
    <w:rsid w:val="00E8573E"/>
    <w:rsid w:val="00E907FB"/>
    <w:rsid w:val="00E93B38"/>
    <w:rsid w:val="00E96022"/>
    <w:rsid w:val="00EA31FC"/>
    <w:rsid w:val="00EB3FB7"/>
    <w:rsid w:val="00EC3245"/>
    <w:rsid w:val="00EC66E2"/>
    <w:rsid w:val="00ED6316"/>
    <w:rsid w:val="00ED6713"/>
    <w:rsid w:val="00EE3C05"/>
    <w:rsid w:val="00EE3E0E"/>
    <w:rsid w:val="00EE3F2A"/>
    <w:rsid w:val="00EF059B"/>
    <w:rsid w:val="00EF0EC0"/>
    <w:rsid w:val="00EF6B0A"/>
    <w:rsid w:val="00EF7056"/>
    <w:rsid w:val="00F12F23"/>
    <w:rsid w:val="00F22357"/>
    <w:rsid w:val="00F26273"/>
    <w:rsid w:val="00F32A53"/>
    <w:rsid w:val="00F42F50"/>
    <w:rsid w:val="00F4319B"/>
    <w:rsid w:val="00F45904"/>
    <w:rsid w:val="00F600FD"/>
    <w:rsid w:val="00F6470A"/>
    <w:rsid w:val="00F66843"/>
    <w:rsid w:val="00F92C03"/>
    <w:rsid w:val="00F92D9B"/>
    <w:rsid w:val="00F96FA7"/>
    <w:rsid w:val="00F97394"/>
    <w:rsid w:val="00FA7DB0"/>
    <w:rsid w:val="00FB4AF2"/>
    <w:rsid w:val="00FB69A5"/>
    <w:rsid w:val="00FC4047"/>
    <w:rsid w:val="00FC604B"/>
    <w:rsid w:val="00FC693F"/>
    <w:rsid w:val="00FD28B0"/>
    <w:rsid w:val="00FD339E"/>
    <w:rsid w:val="00FE143C"/>
    <w:rsid w:val="00FE1E68"/>
    <w:rsid w:val="00FE4734"/>
    <w:rsid w:val="00FE6E3D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F26043B"/>
  <w14:defaultImageDpi w14:val="330"/>
  <w15:docId w15:val="{DF8E9381-1086-4169-BC95-3DB693DB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0844"/>
    <w:rPr>
      <w:rFonts w:ascii="Plus Jakarta Sans" w:hAnsi="Plus Jakarta San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5382F"/>
    <w:pPr>
      <w:keepNext/>
      <w:keepLines/>
      <w:spacing w:before="200" w:after="120"/>
      <w:outlineLvl w:val="1"/>
    </w:pPr>
    <w:rPr>
      <w:rFonts w:eastAsiaTheme="majorEastAsia" w:cstheme="majorBidi"/>
      <w:b/>
      <w:bCs/>
      <w:color w:val="365F91" w:themeColor="accent1" w:themeShade="BF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5382F"/>
    <w:rPr>
      <w:rFonts w:ascii="Plus Jakarta Sans" w:eastAsiaTheme="majorEastAsia" w:hAnsi="Plus Jakarta Sans" w:cstheme="majorBidi"/>
      <w:b/>
      <w:bCs/>
      <w:color w:val="365F91" w:themeColor="accent1" w:themeShade="BF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5901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901C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901C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01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01C0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569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6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C79DB3B16B1644864F05ABCD8CFD9A" ma:contentTypeVersion="13" ma:contentTypeDescription="Ein neues Dokument erstellen." ma:contentTypeScope="" ma:versionID="3ab0d698a3444717b47853e653d17291">
  <xsd:schema xmlns:xsd="http://www.w3.org/2001/XMLSchema" xmlns:xs="http://www.w3.org/2001/XMLSchema" xmlns:p="http://schemas.microsoft.com/office/2006/metadata/properties" xmlns:ns2="b78b0a04-274f-4238-bef7-9a7d39248c64" xmlns:ns3="c3e39601-3e21-4b2a-bae5-b8b0217122e5" targetNamespace="http://schemas.microsoft.com/office/2006/metadata/properties" ma:root="true" ma:fieldsID="b0a26ccb7fc0214779ec80ceedf0852f" ns2:_="" ns3:_="">
    <xsd:import namespace="b78b0a04-274f-4238-bef7-9a7d39248c64"/>
    <xsd:import namespace="c3e39601-3e21-4b2a-bae5-b8b0217122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0a04-274f-4238-bef7-9a7d39248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9e3ed14-352d-4aa2-a63b-0b06d7ab5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39601-3e21-4b2a-bae5-b8b0217122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9858eb-a12e-4259-8b68-9aaa3f625d76}" ma:internalName="TaxCatchAll" ma:showField="CatchAllData" ma:web="c3e39601-3e21-4b2a-bae5-b8b0217122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e39601-3e21-4b2a-bae5-b8b0217122e5" xsi:nil="true"/>
    <lcf76f155ced4ddcb4097134ff3c332f xmlns="b78b0a04-274f-4238-bef7-9a7d39248c6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BE3D9-48AE-4B40-AC86-02FCC9604C18}"/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5075D3-E50F-4A83-9740-A52E48D8BE89}">
  <ds:schemaRefs>
    <ds:schemaRef ds:uri="http://schemas.microsoft.com/office/2006/metadata/properties"/>
    <ds:schemaRef ds:uri="http://schemas.microsoft.com/office/infopath/2007/PartnerControls"/>
    <ds:schemaRef ds:uri="c3e39601-3e21-4b2a-bae5-b8b0217122e5"/>
    <ds:schemaRef ds:uri="b78b0a04-274f-4238-bef7-9a7d39248c64"/>
  </ds:schemaRefs>
</ds:datastoreItem>
</file>

<file path=customXml/itemProps4.xml><?xml version="1.0" encoding="utf-8"?>
<ds:datastoreItem xmlns:ds="http://schemas.openxmlformats.org/officeDocument/2006/customXml" ds:itemID="{F3E9F8B5-A779-4380-B554-85D96CE026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Zinnow Mara (zinn)</cp:lastModifiedBy>
  <cp:revision>22</cp:revision>
  <dcterms:created xsi:type="dcterms:W3CDTF">2025-09-24T06:29:00Z</dcterms:created>
  <dcterms:modified xsi:type="dcterms:W3CDTF">2026-03-15T12:12:00Z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2025-08-14T06:05:25Z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5c3bd31b-4190-4dde-bcd6-b0297baeb443</vt:lpwstr>
  </property>
  <property fmtid="{D5CDD505-2E9C-101B-9397-08002B2CF9AE}" pid="8" name="MSIP_Label_10d9bad3-6dac-4e9a-89a3-89f3b8d247b2_ContentBits">
    <vt:lpwstr>0</vt:lpwstr>
  </property>
  <property fmtid="{D5CDD505-2E9C-101B-9397-08002B2CF9AE}" pid="9" name="MSIP_Label_10d9bad3-6dac-4e9a-89a3-89f3b8d247b2_Tag">
    <vt:lpwstr>10, 3, 0, 1</vt:lpwstr>
  </property>
  <property fmtid="{D5CDD505-2E9C-101B-9397-08002B2CF9AE}" pid="10" name="ContentTypeId">
    <vt:lpwstr>0x01010085C79DB3B16B1644864F05ABCD8CFD9A</vt:lpwstr>
  </property>
  <property fmtid="{D5CDD505-2E9C-101B-9397-08002B2CF9AE}" pid="11" name="MediaServiceImageTags">
    <vt:lpwstr/>
  </property>
</Properties>
</file>